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A288" w14:textId="2C3AB469" w:rsidR="00F83F85" w:rsidRPr="00C55D15" w:rsidRDefault="00000000" w:rsidP="00EE592A">
      <w:pPr>
        <w:spacing w:line="240" w:lineRule="auto"/>
        <w:ind w:left="5529"/>
        <w:rPr>
          <w:rFonts w:ascii="Times New Roman" w:hAnsi="Times New Roman" w:cs="Times New Roman"/>
          <w:sz w:val="20"/>
          <w:szCs w:val="20"/>
          <w:lang w:val="pt-BR"/>
        </w:rPr>
      </w:pPr>
      <w:r w:rsidRPr="00C55D15">
        <w:rPr>
          <w:rFonts w:ascii="Times New Roman" w:hAnsi="Times New Roman" w:cs="Times New Roman"/>
          <w:bCs/>
          <w:sz w:val="20"/>
          <w:szCs w:val="20"/>
          <w:lang w:val="pt-BR"/>
        </w:rPr>
        <w:t>PATVIRTINTA</w:t>
      </w:r>
      <w:r w:rsidR="00A058C9">
        <w:rPr>
          <w:rFonts w:ascii="Times New Roman" w:hAnsi="Times New Roman" w:cs="Times New Roman"/>
          <w:sz w:val="20"/>
          <w:szCs w:val="20"/>
          <w:lang w:val="pt-BR"/>
        </w:rPr>
        <w:br/>
      </w:r>
      <w:r w:rsidRPr="00C55D15">
        <w:rPr>
          <w:rFonts w:ascii="Times New Roman" w:hAnsi="Times New Roman" w:cs="Times New Roman"/>
          <w:sz w:val="20"/>
          <w:szCs w:val="20"/>
          <w:lang w:val="pt-BR"/>
        </w:rPr>
        <w:t xml:space="preserve">Kėdainių kultūros centro turto nuomos viešojo </w:t>
      </w:r>
      <w:r w:rsidR="00C55D15">
        <w:rPr>
          <w:rFonts w:ascii="Times New Roman" w:hAnsi="Times New Roman" w:cs="Times New Roman"/>
          <w:sz w:val="20"/>
          <w:szCs w:val="20"/>
          <w:lang w:val="pt-BR"/>
        </w:rPr>
        <w:br/>
      </w:r>
      <w:r w:rsidRPr="00C55D15">
        <w:rPr>
          <w:rFonts w:ascii="Times New Roman" w:hAnsi="Times New Roman" w:cs="Times New Roman"/>
          <w:sz w:val="20"/>
          <w:szCs w:val="20"/>
          <w:lang w:val="pt-BR"/>
        </w:rPr>
        <w:t>konkurso laikinosios komisijos</w:t>
      </w:r>
      <w:r w:rsidR="00A058C9">
        <w:rPr>
          <w:rFonts w:ascii="Times New Roman" w:hAnsi="Times New Roman" w:cs="Times New Roman"/>
          <w:sz w:val="20"/>
          <w:szCs w:val="20"/>
          <w:lang w:val="pt-BR"/>
        </w:rPr>
        <w:br/>
        <w:t xml:space="preserve">2026 m. </w:t>
      </w:r>
      <w:r w:rsidR="00D13218">
        <w:rPr>
          <w:rFonts w:ascii="Times New Roman" w:hAnsi="Times New Roman" w:cs="Times New Roman"/>
          <w:sz w:val="20"/>
          <w:szCs w:val="20"/>
          <w:lang w:val="pt-BR"/>
        </w:rPr>
        <w:t>rugpjūčio 1</w:t>
      </w:r>
      <w:r w:rsidR="005579CA">
        <w:rPr>
          <w:rFonts w:ascii="Times New Roman" w:hAnsi="Times New Roman" w:cs="Times New Roman"/>
          <w:sz w:val="20"/>
          <w:szCs w:val="20"/>
          <w:lang w:val="pt-BR"/>
        </w:rPr>
        <w:t>7</w:t>
      </w:r>
      <w:r w:rsidR="00EE592A">
        <w:rPr>
          <w:rFonts w:ascii="Times New Roman" w:hAnsi="Times New Roman" w:cs="Times New Roman"/>
          <w:sz w:val="20"/>
          <w:szCs w:val="20"/>
          <w:lang w:val="pt-BR"/>
        </w:rPr>
        <w:t xml:space="preserve"> </w:t>
      </w:r>
      <w:r w:rsidR="00A058C9">
        <w:rPr>
          <w:rFonts w:ascii="Times New Roman" w:hAnsi="Times New Roman" w:cs="Times New Roman"/>
          <w:sz w:val="20"/>
          <w:szCs w:val="20"/>
          <w:lang w:val="pt-BR"/>
        </w:rPr>
        <w:t xml:space="preserve">d. posėdžio protokolu Nr. </w:t>
      </w:r>
      <w:r w:rsidR="00EE592A">
        <w:rPr>
          <w:rFonts w:ascii="Times New Roman" w:hAnsi="Times New Roman" w:cs="Times New Roman"/>
          <w:sz w:val="20"/>
          <w:szCs w:val="20"/>
          <w:lang w:val="pt-BR"/>
        </w:rPr>
        <w:t>1</w:t>
      </w:r>
    </w:p>
    <w:p w14:paraId="2CB0D025" w14:textId="77777777" w:rsidR="00A058C9" w:rsidRDefault="00A058C9" w:rsidP="00C55D15">
      <w:pPr>
        <w:spacing w:line="240" w:lineRule="auto"/>
        <w:rPr>
          <w:rFonts w:ascii="Times New Roman" w:hAnsi="Times New Roman" w:cs="Times New Roman"/>
          <w:sz w:val="24"/>
          <w:szCs w:val="24"/>
          <w:lang w:val="pt-BR"/>
        </w:rPr>
      </w:pPr>
    </w:p>
    <w:p w14:paraId="5B1C0171" w14:textId="786D47C3" w:rsidR="00F83F85" w:rsidRPr="00A058C9" w:rsidRDefault="00000000" w:rsidP="00A058C9">
      <w:pPr>
        <w:spacing w:line="240" w:lineRule="auto"/>
        <w:jc w:val="center"/>
        <w:rPr>
          <w:rFonts w:ascii="Times New Roman" w:hAnsi="Times New Roman" w:cs="Times New Roman"/>
          <w:b/>
          <w:bCs/>
          <w:sz w:val="24"/>
          <w:szCs w:val="24"/>
          <w:lang w:val="pt-BR"/>
        </w:rPr>
      </w:pPr>
      <w:r w:rsidRPr="00A058C9">
        <w:rPr>
          <w:rFonts w:ascii="Times New Roman" w:hAnsi="Times New Roman" w:cs="Times New Roman"/>
          <w:b/>
          <w:bCs/>
          <w:sz w:val="24"/>
          <w:szCs w:val="24"/>
          <w:lang w:val="pt-BR"/>
        </w:rPr>
        <w:t>KĖDAINIŲ KULTŪROS CENTRO</w:t>
      </w:r>
      <w:r w:rsidR="00A058C9" w:rsidRPr="00A058C9">
        <w:rPr>
          <w:rFonts w:ascii="Times New Roman" w:hAnsi="Times New Roman" w:cs="Times New Roman"/>
          <w:b/>
          <w:bCs/>
          <w:sz w:val="24"/>
          <w:szCs w:val="24"/>
          <w:lang w:val="pt-BR"/>
        </w:rPr>
        <w:br/>
      </w:r>
      <w:r w:rsidRPr="00A058C9">
        <w:rPr>
          <w:rFonts w:ascii="Times New Roman" w:hAnsi="Times New Roman" w:cs="Times New Roman"/>
          <w:b/>
          <w:bCs/>
          <w:sz w:val="24"/>
          <w:szCs w:val="24"/>
          <w:lang w:val="pt-BR"/>
        </w:rPr>
        <w:t>TURTO NUOMOS VIEŠOJO KONKURSO BŪDU SĄLYGOS</w:t>
      </w:r>
    </w:p>
    <w:p w14:paraId="67FFC5DD" w14:textId="3A18A2CB" w:rsidR="00A058C9" w:rsidRPr="00F84247" w:rsidRDefault="00000000"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rPr>
        <w:t xml:space="preserve">Nuomotojas – </w:t>
      </w:r>
      <w:r w:rsidR="00A058C9" w:rsidRPr="00F84247">
        <w:rPr>
          <w:rFonts w:ascii="Times New Roman" w:hAnsi="Times New Roman" w:cs="Times New Roman"/>
          <w:sz w:val="24"/>
          <w:szCs w:val="24"/>
          <w:lang w:val="pt-BR"/>
        </w:rPr>
        <w:t>Kėdainių kultūros centras</w:t>
      </w:r>
      <w:r w:rsidRPr="00F84247">
        <w:rPr>
          <w:rFonts w:ascii="Times New Roman" w:hAnsi="Times New Roman" w:cs="Times New Roman"/>
          <w:sz w:val="24"/>
          <w:szCs w:val="24"/>
          <w:lang w:val="pt-BR"/>
        </w:rPr>
        <w:t xml:space="preserve">, </w:t>
      </w:r>
      <w:r w:rsidR="00A058C9" w:rsidRPr="00F84247">
        <w:rPr>
          <w:rFonts w:ascii="Times New Roman" w:hAnsi="Times New Roman" w:cs="Times New Roman"/>
          <w:sz w:val="24"/>
          <w:szCs w:val="24"/>
          <w:lang w:val="pt-BR"/>
        </w:rPr>
        <w:t xml:space="preserve">J.Basanavičiaus </w:t>
      </w:r>
      <w:r w:rsidRPr="00F84247">
        <w:rPr>
          <w:rFonts w:ascii="Times New Roman" w:hAnsi="Times New Roman" w:cs="Times New Roman"/>
          <w:sz w:val="24"/>
          <w:szCs w:val="24"/>
          <w:lang w:val="pt-BR"/>
        </w:rPr>
        <w:t xml:space="preserve">g. </w:t>
      </w:r>
      <w:r w:rsidR="00A058C9" w:rsidRPr="00F84247">
        <w:rPr>
          <w:rFonts w:ascii="Times New Roman" w:hAnsi="Times New Roman" w:cs="Times New Roman"/>
          <w:sz w:val="24"/>
          <w:szCs w:val="24"/>
          <w:lang w:val="pt-BR"/>
        </w:rPr>
        <w:t>24</w:t>
      </w:r>
      <w:r w:rsidRPr="00F84247">
        <w:rPr>
          <w:rFonts w:ascii="Times New Roman" w:hAnsi="Times New Roman" w:cs="Times New Roman"/>
          <w:sz w:val="24"/>
          <w:szCs w:val="24"/>
          <w:lang w:val="pt-BR"/>
        </w:rPr>
        <w:t xml:space="preserve">, </w:t>
      </w:r>
      <w:r w:rsidR="00A058C9" w:rsidRPr="00F84247">
        <w:rPr>
          <w:rFonts w:ascii="Times New Roman" w:hAnsi="Times New Roman" w:cs="Times New Roman"/>
          <w:sz w:val="24"/>
          <w:szCs w:val="24"/>
          <w:lang w:val="pt-BR"/>
        </w:rPr>
        <w:t>Kėdainiai</w:t>
      </w:r>
      <w:r w:rsidRPr="00F84247">
        <w:rPr>
          <w:rFonts w:ascii="Times New Roman" w:hAnsi="Times New Roman" w:cs="Times New Roman"/>
          <w:sz w:val="24"/>
          <w:szCs w:val="24"/>
          <w:lang w:val="pt-BR"/>
        </w:rPr>
        <w:t>, kodas:</w:t>
      </w:r>
      <w:r w:rsidR="00A058C9" w:rsidRPr="00F84247">
        <w:rPr>
          <w:rFonts w:ascii="Times New Roman" w:hAnsi="Times New Roman" w:cs="Times New Roman"/>
          <w:sz w:val="24"/>
          <w:szCs w:val="24"/>
          <w:lang w:val="pt-BR"/>
        </w:rPr>
        <w:t xml:space="preserve"> 291519170</w:t>
      </w:r>
      <w:r w:rsidRPr="00F84247">
        <w:rPr>
          <w:rFonts w:ascii="Times New Roman" w:hAnsi="Times New Roman" w:cs="Times New Roman"/>
          <w:sz w:val="24"/>
          <w:szCs w:val="24"/>
          <w:lang w:val="pt-BR"/>
        </w:rPr>
        <w:t xml:space="preserve">. Viešąjį nuomos konkursą vykdo </w:t>
      </w:r>
      <w:r w:rsidR="00A058C9" w:rsidRPr="00F84247">
        <w:rPr>
          <w:rFonts w:ascii="Times New Roman" w:hAnsi="Times New Roman" w:cs="Times New Roman"/>
          <w:sz w:val="24"/>
          <w:szCs w:val="24"/>
          <w:lang w:val="pt-BR"/>
        </w:rPr>
        <w:t>Kėdainių kultūros centro 2026</w:t>
      </w:r>
      <w:r w:rsidRPr="00F84247">
        <w:rPr>
          <w:rFonts w:ascii="Times New Roman" w:hAnsi="Times New Roman" w:cs="Times New Roman"/>
          <w:sz w:val="24"/>
          <w:szCs w:val="24"/>
          <w:lang w:val="pt-BR"/>
        </w:rPr>
        <w:t xml:space="preserve"> m.</w:t>
      </w:r>
      <w:r w:rsidR="00A058C9" w:rsidRPr="00F84247">
        <w:rPr>
          <w:rFonts w:ascii="Times New Roman" w:hAnsi="Times New Roman" w:cs="Times New Roman"/>
          <w:sz w:val="24"/>
          <w:szCs w:val="24"/>
          <w:lang w:val="pt-BR"/>
        </w:rPr>
        <w:t xml:space="preserve"> </w:t>
      </w:r>
      <w:r w:rsidR="00551C35">
        <w:rPr>
          <w:rFonts w:ascii="Times New Roman" w:hAnsi="Times New Roman" w:cs="Times New Roman"/>
          <w:sz w:val="24"/>
          <w:szCs w:val="24"/>
          <w:lang w:val="pt-BR"/>
        </w:rPr>
        <w:t>rugpjūčio 1</w:t>
      </w:r>
      <w:r w:rsidR="005579CA">
        <w:rPr>
          <w:rFonts w:ascii="Times New Roman" w:hAnsi="Times New Roman" w:cs="Times New Roman"/>
          <w:sz w:val="24"/>
          <w:szCs w:val="24"/>
          <w:lang w:val="pt-BR"/>
        </w:rPr>
        <w:t>2</w:t>
      </w:r>
      <w:r w:rsidRPr="00F84247">
        <w:rPr>
          <w:rFonts w:ascii="Times New Roman" w:hAnsi="Times New Roman" w:cs="Times New Roman"/>
          <w:sz w:val="24"/>
          <w:szCs w:val="24"/>
          <w:lang w:val="pt-BR"/>
        </w:rPr>
        <w:t xml:space="preserve"> d. įsakymu Nr. </w:t>
      </w:r>
      <w:r w:rsidR="00824141">
        <w:rPr>
          <w:rFonts w:ascii="Times New Roman" w:hAnsi="Times New Roman" w:cs="Times New Roman"/>
          <w:sz w:val="24"/>
          <w:szCs w:val="24"/>
          <w:lang w:val="pt-BR"/>
        </w:rPr>
        <w:t>V-28</w:t>
      </w:r>
      <w:r w:rsidRPr="00F84247">
        <w:rPr>
          <w:rFonts w:ascii="Times New Roman" w:hAnsi="Times New Roman" w:cs="Times New Roman"/>
          <w:sz w:val="24"/>
          <w:szCs w:val="24"/>
          <w:lang w:val="pt-BR"/>
        </w:rPr>
        <w:t xml:space="preserve"> „Dėl </w:t>
      </w:r>
      <w:r w:rsidR="005579CA">
        <w:rPr>
          <w:rFonts w:ascii="Times New Roman" w:hAnsi="Times New Roman" w:cs="Times New Roman"/>
          <w:sz w:val="24"/>
          <w:szCs w:val="24"/>
          <w:lang w:val="pt-BR"/>
        </w:rPr>
        <w:t xml:space="preserve">Kėdainių kultūros centro </w:t>
      </w:r>
      <w:r w:rsidRPr="00F84247">
        <w:rPr>
          <w:rFonts w:ascii="Times New Roman" w:hAnsi="Times New Roman" w:cs="Times New Roman"/>
          <w:sz w:val="24"/>
          <w:szCs w:val="24"/>
          <w:lang w:val="pt-BR"/>
        </w:rPr>
        <w:t>turto nuomos viešojo konkurso laikinosios komisijos</w:t>
      </w:r>
      <w:r w:rsidR="00A058C9" w:rsidRPr="00F84247">
        <w:rPr>
          <w:rFonts w:ascii="Times New Roman" w:hAnsi="Times New Roman" w:cs="Times New Roman"/>
          <w:sz w:val="24"/>
          <w:szCs w:val="24"/>
          <w:lang w:val="pt-BR"/>
        </w:rPr>
        <w:t xml:space="preserve"> </w:t>
      </w:r>
      <w:r w:rsidRPr="00F84247">
        <w:rPr>
          <w:rFonts w:ascii="Times New Roman" w:hAnsi="Times New Roman" w:cs="Times New Roman"/>
          <w:sz w:val="24"/>
          <w:szCs w:val="24"/>
          <w:lang w:val="pt-BR"/>
        </w:rPr>
        <w:t>sudarymo“ sudaryta viešajam nuomos konkursui organizuoti</w:t>
      </w:r>
      <w:r w:rsidR="00A058C9" w:rsidRPr="00F84247">
        <w:rPr>
          <w:rFonts w:ascii="Times New Roman" w:hAnsi="Times New Roman" w:cs="Times New Roman"/>
          <w:sz w:val="24"/>
          <w:szCs w:val="24"/>
          <w:lang w:val="pt-BR"/>
        </w:rPr>
        <w:t xml:space="preserve"> </w:t>
      </w:r>
      <w:r w:rsidRPr="00F84247">
        <w:rPr>
          <w:rFonts w:ascii="Times New Roman" w:hAnsi="Times New Roman" w:cs="Times New Roman"/>
          <w:sz w:val="24"/>
          <w:szCs w:val="24"/>
          <w:lang w:val="pt-BR"/>
        </w:rPr>
        <w:t>komisija (toliau – Komisija).</w:t>
      </w:r>
    </w:p>
    <w:p w14:paraId="3A6C78B2" w14:textId="3AD2F3B8" w:rsidR="004E63DF" w:rsidRPr="00F84247" w:rsidRDefault="00000000"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rPr>
        <w:t xml:space="preserve">Nuomojamas turtas – </w:t>
      </w:r>
      <w:r w:rsidR="00A058C9" w:rsidRPr="00F84247">
        <w:rPr>
          <w:rFonts w:ascii="Times New Roman" w:hAnsi="Times New Roman" w:cs="Times New Roman"/>
          <w:sz w:val="24"/>
          <w:szCs w:val="24"/>
          <w:lang w:val="pt-BR"/>
        </w:rPr>
        <w:t>Kėdainių rajono</w:t>
      </w:r>
      <w:r w:rsidRPr="00F84247">
        <w:rPr>
          <w:rFonts w:ascii="Times New Roman" w:hAnsi="Times New Roman" w:cs="Times New Roman"/>
          <w:sz w:val="24"/>
          <w:szCs w:val="24"/>
          <w:lang w:val="pt-BR"/>
        </w:rPr>
        <w:t xml:space="preserve"> savivaldybei nuosavybės teise priklausančios, </w:t>
      </w:r>
      <w:r w:rsidR="00A058C9" w:rsidRPr="00F84247">
        <w:rPr>
          <w:rFonts w:ascii="Times New Roman" w:hAnsi="Times New Roman" w:cs="Times New Roman"/>
          <w:sz w:val="24"/>
          <w:szCs w:val="24"/>
          <w:lang w:val="pt-BR"/>
        </w:rPr>
        <w:t xml:space="preserve">Kėdainių kultūros centro </w:t>
      </w:r>
      <w:r w:rsidRPr="00F84247">
        <w:rPr>
          <w:rFonts w:ascii="Times New Roman" w:hAnsi="Times New Roman" w:cs="Times New Roman"/>
          <w:sz w:val="24"/>
          <w:szCs w:val="24"/>
          <w:lang w:val="pt-BR"/>
        </w:rPr>
        <w:t xml:space="preserve">patikėjimo teise valdomos patalpos (unikalus numeris: </w:t>
      </w:r>
      <w:r w:rsidR="004E63DF" w:rsidRPr="00F84247">
        <w:rPr>
          <w:rFonts w:ascii="Times New Roman" w:hAnsi="Times New Roman" w:cs="Times New Roman"/>
          <w:sz w:val="24"/>
          <w:szCs w:val="24"/>
          <w:lang w:val="pt-BR"/>
        </w:rPr>
        <w:t>5396-1020-2014</w:t>
      </w:r>
      <w:r w:rsidRPr="00F84247">
        <w:rPr>
          <w:rFonts w:ascii="Times New Roman" w:hAnsi="Times New Roman" w:cs="Times New Roman"/>
          <w:sz w:val="24"/>
          <w:szCs w:val="24"/>
          <w:lang w:val="pt-BR"/>
        </w:rPr>
        <w:t xml:space="preserve">) </w:t>
      </w:r>
      <w:r w:rsidR="004E63DF" w:rsidRPr="00F84247">
        <w:rPr>
          <w:rFonts w:ascii="Times New Roman" w:hAnsi="Times New Roman" w:cs="Times New Roman"/>
          <w:sz w:val="24"/>
          <w:szCs w:val="24"/>
          <w:lang w:val="pt-BR"/>
        </w:rPr>
        <w:t>J.Basanavičiaus g. 24</w:t>
      </w:r>
      <w:r w:rsidRPr="00F84247">
        <w:rPr>
          <w:rFonts w:ascii="Times New Roman" w:hAnsi="Times New Roman" w:cs="Times New Roman"/>
          <w:sz w:val="24"/>
          <w:szCs w:val="24"/>
          <w:lang w:val="pt-BR"/>
        </w:rPr>
        <w:t xml:space="preserve">, </w:t>
      </w:r>
      <w:r w:rsidR="004E63DF" w:rsidRPr="00F84247">
        <w:rPr>
          <w:rFonts w:ascii="Times New Roman" w:hAnsi="Times New Roman" w:cs="Times New Roman"/>
          <w:sz w:val="24"/>
          <w:szCs w:val="24"/>
          <w:lang w:val="pt-BR"/>
        </w:rPr>
        <w:t>Kėdainiai</w:t>
      </w:r>
      <w:r w:rsidRPr="00F84247">
        <w:rPr>
          <w:rFonts w:ascii="Times New Roman" w:hAnsi="Times New Roman" w:cs="Times New Roman"/>
          <w:sz w:val="24"/>
          <w:szCs w:val="24"/>
          <w:lang w:val="pt-BR"/>
        </w:rPr>
        <w:t xml:space="preserve">. Bendras nuomojamos patalpos plotas – </w:t>
      </w:r>
      <w:r w:rsidR="004E63DF" w:rsidRPr="00F84247">
        <w:rPr>
          <w:rFonts w:ascii="Times New Roman" w:hAnsi="Times New Roman" w:cs="Times New Roman"/>
          <w:sz w:val="24"/>
          <w:szCs w:val="24"/>
          <w:lang w:val="pt-BR"/>
        </w:rPr>
        <w:t>103,</w:t>
      </w:r>
      <w:r w:rsidR="00AB302F">
        <w:rPr>
          <w:rFonts w:ascii="Times New Roman" w:hAnsi="Times New Roman" w:cs="Times New Roman"/>
          <w:sz w:val="24"/>
          <w:szCs w:val="24"/>
          <w:lang w:val="pt-BR"/>
        </w:rPr>
        <w:t>1</w:t>
      </w:r>
      <w:r w:rsidR="004E63DF" w:rsidRPr="00F84247">
        <w:rPr>
          <w:rFonts w:ascii="Times New Roman" w:hAnsi="Times New Roman" w:cs="Times New Roman"/>
          <w:sz w:val="24"/>
          <w:szCs w:val="24"/>
          <w:lang w:val="pt-BR"/>
        </w:rPr>
        <w:t>3</w:t>
      </w:r>
      <w:r w:rsidRPr="00F84247">
        <w:rPr>
          <w:rFonts w:ascii="Times New Roman" w:hAnsi="Times New Roman" w:cs="Times New Roman"/>
          <w:sz w:val="24"/>
          <w:szCs w:val="24"/>
          <w:lang w:val="pt-BR"/>
        </w:rPr>
        <w:t xml:space="preserve"> kv. m.</w:t>
      </w:r>
      <w:r w:rsidR="004E63DF" w:rsidRPr="00F84247">
        <w:rPr>
          <w:rFonts w:ascii="Times New Roman" w:hAnsi="Times New Roman" w:cs="Times New Roman"/>
          <w:sz w:val="24"/>
          <w:szCs w:val="24"/>
          <w:lang w:val="pt-BR"/>
        </w:rPr>
        <w:t>:</w:t>
      </w:r>
      <w:r w:rsidRPr="00F84247">
        <w:rPr>
          <w:rFonts w:ascii="Times New Roman" w:hAnsi="Times New Roman" w:cs="Times New Roman"/>
          <w:sz w:val="24"/>
          <w:szCs w:val="24"/>
          <w:lang w:val="pt-BR"/>
        </w:rPr>
        <w:t xml:space="preserve"> </w:t>
      </w:r>
      <w:r w:rsidR="004E63DF" w:rsidRPr="00F84247">
        <w:rPr>
          <w:rFonts w:ascii="Times New Roman" w:hAnsi="Times New Roman" w:cs="Times New Roman"/>
          <w:sz w:val="24"/>
          <w:szCs w:val="24"/>
          <w:lang w:val="lt-LT"/>
        </w:rPr>
        <w:t xml:space="preserve">dalis koridoriaus patalpos (indeksas 2-11, plotas 90 kv. m)  ir </w:t>
      </w:r>
      <w:r w:rsidR="00AB302F">
        <w:rPr>
          <w:rFonts w:ascii="Times New Roman" w:hAnsi="Times New Roman" w:cs="Times New Roman"/>
          <w:sz w:val="24"/>
          <w:szCs w:val="24"/>
          <w:lang w:val="lt-LT"/>
        </w:rPr>
        <w:t>pagalbinė</w:t>
      </w:r>
      <w:r w:rsidR="004E63DF" w:rsidRPr="00F84247">
        <w:rPr>
          <w:rFonts w:ascii="Times New Roman" w:hAnsi="Times New Roman" w:cs="Times New Roman"/>
          <w:sz w:val="24"/>
          <w:szCs w:val="24"/>
          <w:lang w:val="lt-LT"/>
        </w:rPr>
        <w:t xml:space="preserve"> patalpa (indeksas 2-14, plotas 13,13 kv. m).</w:t>
      </w:r>
      <w:r w:rsidR="004E63DF" w:rsidRPr="00F84247">
        <w:rPr>
          <w:rFonts w:ascii="Times New Roman" w:hAnsi="Times New Roman" w:cs="Times New Roman"/>
          <w:sz w:val="24"/>
          <w:szCs w:val="24"/>
          <w:lang w:val="pt-BR"/>
        </w:rPr>
        <w:t xml:space="preserve"> </w:t>
      </w:r>
      <w:r w:rsidRPr="00F84247">
        <w:rPr>
          <w:rFonts w:ascii="Times New Roman" w:hAnsi="Times New Roman" w:cs="Times New Roman"/>
          <w:sz w:val="24"/>
          <w:szCs w:val="24"/>
          <w:lang w:val="pt-BR"/>
        </w:rPr>
        <w:t>(žr. 1 priede).</w:t>
      </w:r>
      <w:r w:rsidR="004E63DF" w:rsidRPr="00F84247">
        <w:rPr>
          <w:rFonts w:ascii="Times New Roman" w:hAnsi="Times New Roman" w:cs="Times New Roman"/>
          <w:sz w:val="24"/>
          <w:szCs w:val="24"/>
          <w:lang w:val="pt-BR"/>
        </w:rPr>
        <w:t xml:space="preserve"> </w:t>
      </w:r>
    </w:p>
    <w:p w14:paraId="5431F4F2" w14:textId="77777777" w:rsidR="004E63DF" w:rsidRPr="00F84247" w:rsidRDefault="004E63DF"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rPr>
        <w:t>Turto naudojimo paskirtis – kavinės veikla.</w:t>
      </w:r>
    </w:p>
    <w:p w14:paraId="6F123B42" w14:textId="77777777" w:rsidR="00273DBB" w:rsidRPr="00F84247" w:rsidRDefault="00273DBB"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rPr>
        <w:t>Turto pradinė mėnesio nuomos kaina -</w:t>
      </w:r>
      <w:r w:rsidR="004E63DF" w:rsidRPr="00F84247">
        <w:rPr>
          <w:rFonts w:ascii="Times New Roman" w:hAnsi="Times New Roman" w:cs="Times New Roman"/>
          <w:sz w:val="24"/>
          <w:szCs w:val="24"/>
          <w:lang w:val="pt-BR"/>
        </w:rPr>
        <w:t xml:space="preserve"> 412, 52 Eur/mėn.</w:t>
      </w:r>
      <w:r w:rsidRPr="00F84247">
        <w:rPr>
          <w:rFonts w:ascii="Times New Roman" w:hAnsi="Times New Roman" w:cs="Times New Roman"/>
          <w:sz w:val="24"/>
          <w:szCs w:val="24"/>
          <w:lang w:val="pt-BR"/>
        </w:rPr>
        <w:t xml:space="preserve"> (be PVM, nuomotojas yra ne PVM mokėtojas) </w:t>
      </w:r>
    </w:p>
    <w:p w14:paraId="16999E23" w14:textId="7D4D6543" w:rsidR="00273DBB" w:rsidRPr="00F84247" w:rsidRDefault="00273DBB"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bCs/>
          <w:sz w:val="24"/>
          <w:szCs w:val="24"/>
          <w:lang w:val="pt-BR"/>
        </w:rPr>
        <w:t xml:space="preserve">Nuomininkas moka nuompinigius kas mėnesį, prieš prasidedant mėnesiui, bet ne vėliau </w:t>
      </w:r>
      <w:r w:rsidRPr="00F84247">
        <w:rPr>
          <w:rFonts w:ascii="Times New Roman" w:hAnsi="Times New Roman" w:cs="Times New Roman"/>
          <w:sz w:val="24"/>
          <w:szCs w:val="24"/>
          <w:lang w:val="pt-BR"/>
        </w:rPr>
        <w:t xml:space="preserve">kaip iki einamojo mėnesio 10 (dešimtos) dienos, pagal </w:t>
      </w:r>
      <w:r w:rsidR="00BA0BDE">
        <w:rPr>
          <w:rFonts w:ascii="Times New Roman" w:hAnsi="Times New Roman" w:cs="Times New Roman"/>
          <w:sz w:val="24"/>
          <w:szCs w:val="24"/>
          <w:lang w:val="pt-BR"/>
        </w:rPr>
        <w:t>N</w:t>
      </w:r>
      <w:r w:rsidRPr="00F84247">
        <w:rPr>
          <w:rFonts w:ascii="Times New Roman" w:hAnsi="Times New Roman" w:cs="Times New Roman"/>
          <w:sz w:val="24"/>
          <w:szCs w:val="24"/>
          <w:lang w:val="pt-BR"/>
        </w:rPr>
        <w:t>uomotojo pateiktas sąskaitas. Nuomininkas, be nuomos mokesčio, kas mėnesį moka mokesčius už suvartotą</w:t>
      </w:r>
      <w:r w:rsidR="00BA0BDE">
        <w:rPr>
          <w:rFonts w:ascii="Times New Roman" w:hAnsi="Times New Roman" w:cs="Times New Roman"/>
          <w:sz w:val="24"/>
          <w:szCs w:val="24"/>
          <w:lang w:val="pt-BR"/>
        </w:rPr>
        <w:t xml:space="preserve"> elektro</w:t>
      </w:r>
      <w:r w:rsidR="00A41490">
        <w:rPr>
          <w:rFonts w:ascii="Times New Roman" w:hAnsi="Times New Roman" w:cs="Times New Roman"/>
          <w:sz w:val="24"/>
          <w:szCs w:val="24"/>
          <w:lang w:val="pt-BR"/>
        </w:rPr>
        <w:t>s energiją,</w:t>
      </w:r>
      <w:r w:rsidRPr="00F84247">
        <w:rPr>
          <w:rFonts w:ascii="Times New Roman" w:hAnsi="Times New Roman" w:cs="Times New Roman"/>
          <w:sz w:val="24"/>
          <w:szCs w:val="24"/>
          <w:lang w:val="pt-BR"/>
        </w:rPr>
        <w:t xml:space="preserve"> vandenį</w:t>
      </w:r>
      <w:r w:rsidR="00A41490">
        <w:rPr>
          <w:rFonts w:ascii="Times New Roman" w:hAnsi="Times New Roman" w:cs="Times New Roman"/>
          <w:sz w:val="24"/>
          <w:szCs w:val="24"/>
          <w:lang w:val="pt-BR"/>
        </w:rPr>
        <w:t xml:space="preserve">, </w:t>
      </w:r>
      <w:r w:rsidR="005D1E42">
        <w:rPr>
          <w:rFonts w:ascii="Times New Roman" w:hAnsi="Times New Roman" w:cs="Times New Roman"/>
          <w:sz w:val="24"/>
          <w:szCs w:val="24"/>
          <w:lang w:val="pt-BR"/>
        </w:rPr>
        <w:t>šilumos energiją</w:t>
      </w:r>
      <w:r w:rsidRPr="00F84247">
        <w:rPr>
          <w:rFonts w:ascii="Times New Roman" w:hAnsi="Times New Roman" w:cs="Times New Roman"/>
          <w:sz w:val="24"/>
          <w:szCs w:val="24"/>
          <w:lang w:val="pt-BR"/>
        </w:rPr>
        <w:t xml:space="preserve">. Sąskaita faktūra išrašoma pagal </w:t>
      </w:r>
      <w:r w:rsidR="00A41490">
        <w:rPr>
          <w:rFonts w:ascii="Times New Roman" w:hAnsi="Times New Roman" w:cs="Times New Roman"/>
          <w:sz w:val="24"/>
          <w:szCs w:val="24"/>
          <w:lang w:val="pt-BR"/>
        </w:rPr>
        <w:t>kontrolinių</w:t>
      </w:r>
      <w:r w:rsidRPr="00F84247">
        <w:rPr>
          <w:rFonts w:ascii="Times New Roman" w:hAnsi="Times New Roman" w:cs="Times New Roman"/>
          <w:sz w:val="24"/>
          <w:szCs w:val="24"/>
          <w:lang w:val="pt-BR"/>
        </w:rPr>
        <w:t xml:space="preserve"> apskaitos skaitiklių rodmenis sekantį mėnesį.</w:t>
      </w:r>
      <w:r w:rsidRPr="00F84247">
        <w:rPr>
          <w:rFonts w:ascii="Times New Roman" w:hAnsi="Times New Roman" w:cs="Times New Roman"/>
          <w:b/>
          <w:sz w:val="24"/>
          <w:szCs w:val="24"/>
          <w:lang w:val="pt-BR"/>
        </w:rPr>
        <w:t xml:space="preserve"> </w:t>
      </w:r>
      <w:r w:rsidRPr="00F84247">
        <w:rPr>
          <w:rFonts w:ascii="Times New Roman" w:hAnsi="Times New Roman" w:cs="Times New Roman"/>
          <w:bCs/>
          <w:sz w:val="24"/>
          <w:szCs w:val="24"/>
          <w:lang w:val="pt-BR"/>
        </w:rPr>
        <w:t>Nuomininkas</w:t>
      </w:r>
      <w:r w:rsidR="00A41490">
        <w:rPr>
          <w:rFonts w:ascii="Times New Roman" w:hAnsi="Times New Roman" w:cs="Times New Roman"/>
          <w:bCs/>
          <w:sz w:val="24"/>
          <w:szCs w:val="24"/>
          <w:lang w:val="pt-BR"/>
        </w:rPr>
        <w:t xml:space="preserve"> pateiktas sąskaitas apmoka per 5 darbo dienas nuo sąskaitos gavimo. Nuomininkas, </w:t>
      </w:r>
      <w:r w:rsidRPr="00F84247">
        <w:rPr>
          <w:rFonts w:ascii="Times New Roman" w:hAnsi="Times New Roman" w:cs="Times New Roman"/>
          <w:bCs/>
          <w:sz w:val="24"/>
          <w:szCs w:val="24"/>
          <w:lang w:val="pt-BR"/>
        </w:rPr>
        <w:t xml:space="preserve">per turto nuomos Sutartyje nustatytus terminus nesumokėjęs nuompinigių, </w:t>
      </w:r>
      <w:r w:rsidRPr="00F84247">
        <w:rPr>
          <w:rFonts w:ascii="Times New Roman" w:hAnsi="Times New Roman" w:cs="Times New Roman"/>
          <w:sz w:val="24"/>
          <w:szCs w:val="24"/>
          <w:lang w:val="pt-BR"/>
        </w:rPr>
        <w:t>privalo mokėti nuomotojui 0,05 procento dydžio delspinigius nuo visos nesumokėtos sumos už kiekvieną pavėluotą dieną.</w:t>
      </w:r>
    </w:p>
    <w:p w14:paraId="1EC845A4" w14:textId="440C859C" w:rsidR="004009AB" w:rsidRPr="00F84247" w:rsidRDefault="00000000"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rPr>
        <w:t>Turtas išnuomojamas 5 metų laikotarpiui. Turtas perduodamas ir priimamas pasirašant turto</w:t>
      </w:r>
      <w:r w:rsidR="00D00125" w:rsidRPr="00F84247">
        <w:rPr>
          <w:rFonts w:ascii="Times New Roman" w:hAnsi="Times New Roman" w:cs="Times New Roman"/>
          <w:sz w:val="24"/>
          <w:szCs w:val="24"/>
          <w:lang w:val="pt-BR"/>
        </w:rPr>
        <w:t xml:space="preserve"> </w:t>
      </w:r>
      <w:r w:rsidRPr="00F84247">
        <w:rPr>
          <w:rFonts w:ascii="Times New Roman" w:hAnsi="Times New Roman" w:cs="Times New Roman"/>
          <w:sz w:val="24"/>
          <w:szCs w:val="24"/>
          <w:lang w:val="pt-BR"/>
        </w:rPr>
        <w:t>perdavimo-priėmimo aktą</w:t>
      </w:r>
      <w:r w:rsidR="00ED682E">
        <w:rPr>
          <w:rFonts w:ascii="Times New Roman" w:hAnsi="Times New Roman" w:cs="Times New Roman"/>
          <w:sz w:val="24"/>
          <w:szCs w:val="24"/>
          <w:lang w:val="pt-BR"/>
        </w:rPr>
        <w:t xml:space="preserve"> (6 priedas)</w:t>
      </w:r>
      <w:r w:rsidRPr="00F84247">
        <w:rPr>
          <w:rFonts w:ascii="Times New Roman" w:hAnsi="Times New Roman" w:cs="Times New Roman"/>
          <w:sz w:val="24"/>
          <w:szCs w:val="24"/>
          <w:lang w:val="pt-BR"/>
        </w:rPr>
        <w:t>.</w:t>
      </w:r>
      <w:r w:rsidR="004009AB" w:rsidRPr="00F84247">
        <w:rPr>
          <w:rFonts w:ascii="Times New Roman" w:hAnsi="Times New Roman" w:cs="Times New Roman"/>
          <w:sz w:val="24"/>
          <w:szCs w:val="24"/>
          <w:lang w:val="pt-BR"/>
        </w:rPr>
        <w:t xml:space="preserve"> </w:t>
      </w:r>
    </w:p>
    <w:p w14:paraId="7BD49A52" w14:textId="7B479B6F" w:rsidR="00CA0256" w:rsidRPr="00F84247" w:rsidRDefault="00D00125" w:rsidP="00F84247">
      <w:pPr>
        <w:pStyle w:val="Sraopastraipa"/>
        <w:numPr>
          <w:ilvl w:val="0"/>
          <w:numId w:val="10"/>
        </w:numPr>
        <w:rPr>
          <w:rFonts w:ascii="Times New Roman" w:hAnsi="Times New Roman" w:cs="Times New Roman"/>
          <w:bCs/>
          <w:sz w:val="24"/>
          <w:szCs w:val="24"/>
          <w:lang w:val="pt-BR"/>
        </w:rPr>
      </w:pPr>
      <w:r w:rsidRPr="00F84247">
        <w:rPr>
          <w:rFonts w:ascii="Times New Roman" w:hAnsi="Times New Roman" w:cs="Times New Roman"/>
          <w:sz w:val="24"/>
          <w:szCs w:val="24"/>
          <w:lang w:val="pt-BR"/>
        </w:rPr>
        <w:t>Konkurso dalyvių registravimo vieta: J.Basanavičiaus 24, Kėdainiai, kabinetas Nr.</w:t>
      </w:r>
      <w:r w:rsidR="00D0369B">
        <w:rPr>
          <w:rFonts w:ascii="Times New Roman" w:hAnsi="Times New Roman" w:cs="Times New Roman"/>
          <w:sz w:val="24"/>
          <w:szCs w:val="24"/>
          <w:lang w:val="pt-BR"/>
        </w:rPr>
        <w:t>106</w:t>
      </w:r>
      <w:r w:rsidR="000E6FFE" w:rsidRPr="00F84247">
        <w:rPr>
          <w:rFonts w:ascii="Times New Roman" w:hAnsi="Times New Roman" w:cs="Times New Roman"/>
          <w:sz w:val="24"/>
          <w:szCs w:val="24"/>
          <w:lang w:val="pt-BR"/>
        </w:rPr>
        <w:t xml:space="preserve">, </w:t>
      </w:r>
      <w:r w:rsidR="00D0369B">
        <w:rPr>
          <w:rFonts w:ascii="Times New Roman" w:hAnsi="Times New Roman" w:cs="Times New Roman"/>
          <w:sz w:val="24"/>
          <w:szCs w:val="24"/>
          <w:lang w:val="pt-BR"/>
        </w:rPr>
        <w:t>Rasa Paulavičienė</w:t>
      </w:r>
      <w:r w:rsidR="008A141D" w:rsidRPr="00F84247">
        <w:rPr>
          <w:rFonts w:ascii="Times New Roman" w:hAnsi="Times New Roman" w:cs="Times New Roman"/>
          <w:sz w:val="24"/>
          <w:szCs w:val="24"/>
          <w:lang w:val="pt-BR"/>
        </w:rPr>
        <w:t xml:space="preserve">, </w:t>
      </w:r>
      <w:r w:rsidR="00D0369B">
        <w:rPr>
          <w:rFonts w:ascii="Times New Roman" w:hAnsi="Times New Roman" w:cs="Times New Roman"/>
          <w:sz w:val="24"/>
          <w:szCs w:val="24"/>
          <w:lang w:val="pt-BR"/>
        </w:rPr>
        <w:t xml:space="preserve">tel. </w:t>
      </w:r>
      <w:r w:rsidR="00D0369B" w:rsidRPr="00617904">
        <w:rPr>
          <w:rFonts w:ascii="Times New Roman" w:hAnsi="Times New Roman" w:cs="Times New Roman"/>
          <w:sz w:val="24"/>
          <w:szCs w:val="24"/>
          <w:lang w:val="pt-BR"/>
        </w:rPr>
        <w:t>Nr. +370 615 43296 , el. paštas: personalaskkc@gmail.com</w:t>
      </w:r>
      <w:r w:rsidR="008A141D" w:rsidRPr="00F84247">
        <w:rPr>
          <w:rFonts w:ascii="Times New Roman" w:hAnsi="Times New Roman" w:cs="Times New Roman"/>
          <w:sz w:val="24"/>
          <w:szCs w:val="24"/>
          <w:lang w:val="pt-BR"/>
        </w:rPr>
        <w:t xml:space="preserve">, </w:t>
      </w:r>
      <w:r w:rsidR="008A141D" w:rsidRPr="00D0369B">
        <w:rPr>
          <w:rFonts w:ascii="Times New Roman" w:hAnsi="Times New Roman" w:cs="Times New Roman"/>
          <w:b/>
          <w:sz w:val="24"/>
          <w:szCs w:val="24"/>
          <w:lang w:val="pt-BR"/>
        </w:rPr>
        <w:t xml:space="preserve">Konkurso dalyvių vokai su paraiškomis registruojami 2026 m. </w:t>
      </w:r>
      <w:r w:rsidR="00195B08" w:rsidRPr="00D0369B">
        <w:rPr>
          <w:rFonts w:ascii="Times New Roman" w:hAnsi="Times New Roman" w:cs="Times New Roman"/>
          <w:b/>
          <w:sz w:val="24"/>
          <w:szCs w:val="24"/>
          <w:lang w:val="pt-BR"/>
        </w:rPr>
        <w:t xml:space="preserve">rugpjūčio </w:t>
      </w:r>
      <w:r w:rsidR="00EC53FF" w:rsidRPr="00D0369B">
        <w:rPr>
          <w:rFonts w:ascii="Times New Roman" w:hAnsi="Times New Roman" w:cs="Times New Roman"/>
          <w:b/>
          <w:sz w:val="24"/>
          <w:szCs w:val="24"/>
          <w:lang w:val="pt-BR"/>
        </w:rPr>
        <w:t>27</w:t>
      </w:r>
      <w:r w:rsidR="008A141D" w:rsidRPr="00D0369B">
        <w:rPr>
          <w:rFonts w:ascii="Times New Roman" w:hAnsi="Times New Roman" w:cs="Times New Roman"/>
          <w:b/>
          <w:sz w:val="24"/>
          <w:szCs w:val="24"/>
          <w:lang w:val="pt-BR"/>
        </w:rPr>
        <w:t xml:space="preserve"> </w:t>
      </w:r>
      <w:r w:rsidR="00D0369B" w:rsidRPr="00D0369B">
        <w:rPr>
          <w:rFonts w:ascii="Times New Roman" w:hAnsi="Times New Roman" w:cs="Times New Roman"/>
          <w:b/>
          <w:sz w:val="24"/>
          <w:szCs w:val="24"/>
          <w:lang w:val="pt-BR"/>
        </w:rPr>
        <w:t xml:space="preserve">- </w:t>
      </w:r>
      <w:r w:rsidR="00EC53FF" w:rsidRPr="00D0369B">
        <w:rPr>
          <w:rFonts w:ascii="Times New Roman" w:hAnsi="Times New Roman" w:cs="Times New Roman"/>
          <w:b/>
          <w:sz w:val="24"/>
          <w:szCs w:val="24"/>
          <w:lang w:val="lt-LT"/>
        </w:rPr>
        <w:t>28</w:t>
      </w:r>
      <w:r w:rsidR="008A141D" w:rsidRPr="00D0369B">
        <w:rPr>
          <w:rFonts w:ascii="Times New Roman" w:hAnsi="Times New Roman" w:cs="Times New Roman"/>
          <w:b/>
          <w:sz w:val="24"/>
          <w:szCs w:val="24"/>
          <w:lang w:val="pt-BR"/>
        </w:rPr>
        <w:t xml:space="preserve"> d. (nuo 9</w:t>
      </w:r>
      <w:r w:rsidR="007C3F93" w:rsidRPr="00D0369B">
        <w:rPr>
          <w:rFonts w:ascii="Times New Roman" w:hAnsi="Times New Roman" w:cs="Times New Roman"/>
          <w:b/>
          <w:sz w:val="24"/>
          <w:szCs w:val="24"/>
          <w:lang w:val="pt-BR"/>
        </w:rPr>
        <w:t>.</w:t>
      </w:r>
      <w:r w:rsidR="008A141D" w:rsidRPr="00D0369B">
        <w:rPr>
          <w:rFonts w:ascii="Times New Roman" w:hAnsi="Times New Roman" w:cs="Times New Roman"/>
          <w:b/>
          <w:sz w:val="24"/>
          <w:szCs w:val="24"/>
          <w:lang w:val="pt-BR"/>
        </w:rPr>
        <w:t>00 val. iki 1</w:t>
      </w:r>
      <w:r w:rsidR="00D0369B" w:rsidRPr="00D0369B">
        <w:rPr>
          <w:rFonts w:ascii="Times New Roman" w:hAnsi="Times New Roman" w:cs="Times New Roman"/>
          <w:b/>
          <w:sz w:val="24"/>
          <w:szCs w:val="24"/>
          <w:lang w:val="pt-BR"/>
        </w:rPr>
        <w:t>6</w:t>
      </w:r>
      <w:r w:rsidR="008A141D" w:rsidRPr="00D0369B">
        <w:rPr>
          <w:rFonts w:ascii="Times New Roman" w:hAnsi="Times New Roman" w:cs="Times New Roman"/>
          <w:b/>
          <w:sz w:val="24"/>
          <w:szCs w:val="24"/>
          <w:lang w:val="pt-BR"/>
        </w:rPr>
        <w:t>.00 val.)</w:t>
      </w:r>
      <w:r w:rsidR="004009AB" w:rsidRPr="00D0369B">
        <w:rPr>
          <w:rFonts w:ascii="Times New Roman" w:hAnsi="Times New Roman" w:cs="Times New Roman"/>
          <w:b/>
          <w:sz w:val="24"/>
          <w:szCs w:val="24"/>
          <w:lang w:val="pt-BR"/>
        </w:rPr>
        <w:t>.</w:t>
      </w:r>
      <w:r w:rsidR="00CA0256" w:rsidRPr="00F84247">
        <w:rPr>
          <w:rFonts w:ascii="Times New Roman" w:hAnsi="Times New Roman" w:cs="Times New Roman"/>
          <w:bCs/>
          <w:sz w:val="24"/>
          <w:szCs w:val="24"/>
          <w:lang w:val="pt-BR"/>
        </w:rPr>
        <w:t xml:space="preserve"> Turto nuomos konkurso dalyviai registruojami turto nuomos konkurso dalyvių registracijos lape </w:t>
      </w:r>
      <w:r w:rsidR="001C3569" w:rsidRPr="00F84247">
        <w:rPr>
          <w:rFonts w:ascii="Times New Roman" w:hAnsi="Times New Roman" w:cs="Times New Roman"/>
          <w:bCs/>
          <w:sz w:val="24"/>
          <w:szCs w:val="24"/>
          <w:lang w:val="pt-BR"/>
        </w:rPr>
        <w:t>(3 priedas)</w:t>
      </w:r>
    </w:p>
    <w:p w14:paraId="3CE6540E" w14:textId="2640BABD" w:rsidR="00164756" w:rsidRPr="00F84247" w:rsidRDefault="00164756"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bCs/>
          <w:sz w:val="24"/>
          <w:szCs w:val="24"/>
          <w:lang w:val="pt-BR"/>
        </w:rPr>
        <w:t xml:space="preserve">Konkurso dalyvis prieš atvykstant registruotis privalo sumokėti pradinį įnašą – 1237,56 Eur (vienas tūkstantis du šimtai trisdešimt septyni eurai ir penkiasdešimt šeši centai), kuris lygus paskelbtam 3 mėnesių pradiniam nuompinigių dydžiui be PVM. Sąskaitos, į kurią turi būti sumokėtas pradinis įnašas, duomenys: Kėdainių kultūros centras, </w:t>
      </w:r>
      <w:r w:rsidR="004009AB" w:rsidRPr="00F84247">
        <w:rPr>
          <w:rFonts w:ascii="Times New Roman" w:hAnsi="Times New Roman" w:cs="Times New Roman"/>
          <w:bCs/>
          <w:sz w:val="24"/>
          <w:szCs w:val="24"/>
          <w:lang w:val="pt-BR"/>
        </w:rPr>
        <w:t>AB SEB bankas sąskaita LT58 7044 0600 0807 4304, banko kodas 70440</w:t>
      </w:r>
      <w:r w:rsidRPr="00F84247">
        <w:rPr>
          <w:rFonts w:ascii="Times New Roman" w:hAnsi="Times New Roman" w:cs="Times New Roman"/>
          <w:bCs/>
          <w:sz w:val="24"/>
          <w:szCs w:val="24"/>
          <w:lang w:val="pt-BR"/>
        </w:rPr>
        <w:t>. Mokėjimo paskirtyje nurodoma: „Konkurso dalyvio pradinis įnašas“.</w:t>
      </w:r>
      <w:r w:rsidR="0032515A">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Konkurso laimėtojo pradinis įnašas įskaitomas</w:t>
      </w:r>
      <w:r w:rsidR="004009AB"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 xml:space="preserve">į turto nuompinigius. Kitiems nuomos konkurso dalyviams pradinis įnašas per 5 (penkias) </w:t>
      </w:r>
      <w:r w:rsidR="004009AB" w:rsidRPr="00F84247">
        <w:rPr>
          <w:rFonts w:ascii="Times New Roman" w:hAnsi="Times New Roman" w:cs="Times New Roman"/>
          <w:bCs/>
          <w:sz w:val="24"/>
          <w:szCs w:val="24"/>
          <w:lang w:val="pt-BR"/>
        </w:rPr>
        <w:t xml:space="preserve">darbo </w:t>
      </w:r>
      <w:r w:rsidRPr="00F84247">
        <w:rPr>
          <w:rFonts w:ascii="Times New Roman" w:hAnsi="Times New Roman" w:cs="Times New Roman"/>
          <w:bCs/>
          <w:sz w:val="24"/>
          <w:szCs w:val="24"/>
          <w:lang w:val="pt-BR"/>
        </w:rPr>
        <w:t>dienas grąžinamas į jų nurodytą sąskaitą</w:t>
      </w:r>
      <w:r w:rsidRPr="00F84247">
        <w:rPr>
          <w:rFonts w:ascii="Times New Roman" w:hAnsi="Times New Roman" w:cs="Times New Roman"/>
          <w:sz w:val="24"/>
          <w:szCs w:val="24"/>
          <w:lang w:val="pt-BR"/>
        </w:rPr>
        <w:t>.</w:t>
      </w:r>
    </w:p>
    <w:p w14:paraId="2ED19FA9" w14:textId="4B460754" w:rsidR="00195B08" w:rsidRPr="00F84247" w:rsidRDefault="00195B08" w:rsidP="00F84247">
      <w:pPr>
        <w:pStyle w:val="Sraopastraipa"/>
        <w:numPr>
          <w:ilvl w:val="0"/>
          <w:numId w:val="10"/>
        </w:numPr>
        <w:rPr>
          <w:rFonts w:ascii="Times New Roman" w:hAnsi="Times New Roman" w:cs="Times New Roman"/>
          <w:sz w:val="24"/>
          <w:szCs w:val="24"/>
          <w:lang w:val="pt-BR"/>
        </w:rPr>
      </w:pPr>
      <w:r w:rsidRPr="00D0369B">
        <w:rPr>
          <w:rFonts w:ascii="Times New Roman" w:hAnsi="Times New Roman" w:cs="Times New Roman"/>
          <w:b/>
          <w:sz w:val="24"/>
          <w:szCs w:val="24"/>
          <w:lang w:val="pt-BR"/>
        </w:rPr>
        <w:lastRenderedPageBreak/>
        <w:t xml:space="preserve">Nuomojamą plotą galima apžiūrėti 2026 m. </w:t>
      </w:r>
      <w:r w:rsidR="00EC53FF" w:rsidRPr="00D0369B">
        <w:rPr>
          <w:rFonts w:ascii="Times New Roman" w:hAnsi="Times New Roman" w:cs="Times New Roman"/>
          <w:b/>
          <w:sz w:val="24"/>
          <w:szCs w:val="24"/>
          <w:lang w:val="pt-BR"/>
        </w:rPr>
        <w:t>rugpjūčio</w:t>
      </w:r>
      <w:r w:rsidRPr="00D0369B">
        <w:rPr>
          <w:rFonts w:ascii="Times New Roman" w:hAnsi="Times New Roman" w:cs="Times New Roman"/>
          <w:b/>
          <w:sz w:val="24"/>
          <w:szCs w:val="24"/>
          <w:lang w:val="pt-BR"/>
        </w:rPr>
        <w:t xml:space="preserve"> 2</w:t>
      </w:r>
      <w:r w:rsidR="00EC53FF" w:rsidRPr="00D0369B">
        <w:rPr>
          <w:rFonts w:ascii="Times New Roman" w:hAnsi="Times New Roman" w:cs="Times New Roman"/>
          <w:b/>
          <w:sz w:val="24"/>
          <w:szCs w:val="24"/>
          <w:lang w:val="pt-BR"/>
        </w:rPr>
        <w:t>0</w:t>
      </w:r>
      <w:r w:rsidRPr="00D0369B">
        <w:rPr>
          <w:rFonts w:ascii="Times New Roman" w:hAnsi="Times New Roman" w:cs="Times New Roman"/>
          <w:b/>
          <w:sz w:val="24"/>
          <w:szCs w:val="24"/>
          <w:lang w:val="pt-BR"/>
        </w:rPr>
        <w:t xml:space="preserve"> d. </w:t>
      </w:r>
      <w:r w:rsidR="00EC53FF" w:rsidRPr="00D0369B">
        <w:rPr>
          <w:rFonts w:ascii="Times New Roman" w:hAnsi="Times New Roman" w:cs="Times New Roman"/>
          <w:b/>
          <w:sz w:val="24"/>
          <w:szCs w:val="24"/>
          <w:lang w:val="pt-BR"/>
        </w:rPr>
        <w:t xml:space="preserve">ir 21 </w:t>
      </w:r>
      <w:r w:rsidRPr="00D0369B">
        <w:rPr>
          <w:rFonts w:ascii="Times New Roman" w:hAnsi="Times New Roman" w:cs="Times New Roman"/>
          <w:b/>
          <w:sz w:val="24"/>
          <w:szCs w:val="24"/>
          <w:lang w:val="pt-BR"/>
        </w:rPr>
        <w:t xml:space="preserve">d., nuo </w:t>
      </w:r>
      <w:r w:rsidR="00EC53FF" w:rsidRPr="00D0369B">
        <w:rPr>
          <w:rFonts w:ascii="Times New Roman" w:hAnsi="Times New Roman" w:cs="Times New Roman"/>
          <w:b/>
          <w:sz w:val="24"/>
          <w:szCs w:val="24"/>
          <w:lang w:val="pt-BR"/>
        </w:rPr>
        <w:t>13.00 val.</w:t>
      </w:r>
      <w:r w:rsidRPr="00D0369B">
        <w:rPr>
          <w:rFonts w:ascii="Times New Roman" w:hAnsi="Times New Roman" w:cs="Times New Roman"/>
          <w:b/>
          <w:sz w:val="24"/>
          <w:szCs w:val="24"/>
          <w:lang w:val="pt-BR"/>
        </w:rPr>
        <w:t xml:space="preserve"> iki 17.00 val.</w:t>
      </w:r>
      <w:r w:rsidRPr="00F84247">
        <w:rPr>
          <w:rFonts w:ascii="Times New Roman" w:hAnsi="Times New Roman" w:cs="Times New Roman"/>
          <w:bCs/>
          <w:sz w:val="24"/>
          <w:szCs w:val="24"/>
          <w:lang w:val="pt-BR"/>
        </w:rPr>
        <w:t xml:space="preserve"> </w:t>
      </w:r>
      <w:r w:rsidRPr="00F84247">
        <w:rPr>
          <w:rFonts w:ascii="Times New Roman" w:hAnsi="Times New Roman" w:cs="Times New Roman"/>
          <w:sz w:val="24"/>
          <w:szCs w:val="24"/>
          <w:lang w:val="pt-BR"/>
        </w:rPr>
        <w:t>Asmuo, atsakingas už turto apžiūrą – administratorė Edita Kazlauskaitė</w:t>
      </w:r>
      <w:r w:rsidR="00D0369B">
        <w:rPr>
          <w:rFonts w:ascii="Times New Roman" w:hAnsi="Times New Roman" w:cs="Times New Roman"/>
          <w:sz w:val="24"/>
          <w:szCs w:val="24"/>
          <w:lang w:val="pt-BR"/>
        </w:rPr>
        <w:t xml:space="preserve"> </w:t>
      </w:r>
      <w:r w:rsidR="00D0369B" w:rsidRPr="00617904">
        <w:rPr>
          <w:rFonts w:ascii="Times New Roman" w:hAnsi="Times New Roman" w:cs="Times New Roman"/>
          <w:sz w:val="24"/>
          <w:szCs w:val="24"/>
          <w:lang w:val="pt-BR"/>
        </w:rPr>
        <w:t>tel. Nr. +370 614 75379 , el. paštas: kkckasa@gmail.com </w:t>
      </w:r>
    </w:p>
    <w:p w14:paraId="721A2DB3" w14:textId="13E7E1DA" w:rsidR="009D28B3" w:rsidRPr="00F84247" w:rsidRDefault="009D28B3" w:rsidP="00F84247">
      <w:pPr>
        <w:pStyle w:val="Sraopastraipa"/>
        <w:numPr>
          <w:ilvl w:val="0"/>
          <w:numId w:val="10"/>
        </w:numPr>
        <w:rPr>
          <w:rFonts w:ascii="Times New Roman" w:hAnsi="Times New Roman" w:cs="Times New Roman"/>
          <w:sz w:val="24"/>
          <w:szCs w:val="24"/>
          <w:lang w:val="pt-BR"/>
        </w:rPr>
      </w:pPr>
      <w:r w:rsidRPr="00D0369B">
        <w:rPr>
          <w:rFonts w:ascii="Times New Roman" w:hAnsi="Times New Roman" w:cs="Times New Roman"/>
          <w:b/>
          <w:sz w:val="24"/>
          <w:szCs w:val="24"/>
          <w:lang w:val="pt-BR"/>
        </w:rPr>
        <w:t xml:space="preserve">Komisijos posėdis, kuriame bus atplėšiami vokai, vyks 2026 m. rugpjūčio </w:t>
      </w:r>
      <w:r w:rsidR="00D0369B" w:rsidRPr="00D0369B">
        <w:rPr>
          <w:rFonts w:ascii="Times New Roman" w:hAnsi="Times New Roman" w:cs="Times New Roman"/>
          <w:b/>
          <w:sz w:val="24"/>
          <w:szCs w:val="24"/>
          <w:lang w:val="pt-BR"/>
        </w:rPr>
        <w:t>31</w:t>
      </w:r>
      <w:r w:rsidRPr="00D0369B">
        <w:rPr>
          <w:rFonts w:ascii="Times New Roman" w:hAnsi="Times New Roman" w:cs="Times New Roman"/>
          <w:b/>
          <w:sz w:val="24"/>
          <w:szCs w:val="24"/>
          <w:lang w:val="pt-BR"/>
        </w:rPr>
        <w:t xml:space="preserve"> d. 1</w:t>
      </w:r>
      <w:r w:rsidR="006915BB">
        <w:rPr>
          <w:rFonts w:ascii="Times New Roman" w:hAnsi="Times New Roman" w:cs="Times New Roman"/>
          <w:b/>
          <w:sz w:val="24"/>
          <w:szCs w:val="24"/>
          <w:lang w:val="pt-BR"/>
        </w:rPr>
        <w:t>0</w:t>
      </w:r>
      <w:r w:rsidRPr="00D0369B">
        <w:rPr>
          <w:rFonts w:ascii="Times New Roman" w:hAnsi="Times New Roman" w:cs="Times New Roman"/>
          <w:b/>
          <w:sz w:val="24"/>
          <w:szCs w:val="24"/>
          <w:lang w:val="pt-BR"/>
        </w:rPr>
        <w:t>.00 val.</w:t>
      </w:r>
      <w:r w:rsidRPr="00D0369B">
        <w:rPr>
          <w:rFonts w:ascii="Times New Roman" w:hAnsi="Times New Roman" w:cs="Times New Roman"/>
          <w:bCs/>
          <w:sz w:val="24"/>
          <w:szCs w:val="24"/>
          <w:lang w:val="pt-BR"/>
        </w:rPr>
        <w:t xml:space="preserve"> Kėdainių kultūros centre,</w:t>
      </w:r>
      <w:r w:rsidR="00D0369B" w:rsidRPr="00D0369B">
        <w:rPr>
          <w:rFonts w:ascii="Times New Roman" w:hAnsi="Times New Roman" w:cs="Times New Roman"/>
          <w:bCs/>
          <w:sz w:val="24"/>
          <w:szCs w:val="24"/>
          <w:lang w:val="pt-BR"/>
        </w:rPr>
        <w:t xml:space="preserve"> konferencijų salėje</w:t>
      </w:r>
      <w:r w:rsidRPr="00F84247">
        <w:rPr>
          <w:rFonts w:ascii="Times New Roman" w:hAnsi="Times New Roman" w:cs="Times New Roman"/>
          <w:sz w:val="24"/>
          <w:szCs w:val="24"/>
          <w:lang w:val="pt-BR"/>
        </w:rPr>
        <w:t xml:space="preserve"> ) J.Basanavičiaus g. 24, Kėdainiai. </w:t>
      </w:r>
    </w:p>
    <w:p w14:paraId="6103DC4B" w14:textId="77777777" w:rsidR="009D28B3" w:rsidRPr="00F84247" w:rsidRDefault="00000000" w:rsidP="00F84247">
      <w:pPr>
        <w:pStyle w:val="Sraopastraipa"/>
        <w:numPr>
          <w:ilvl w:val="0"/>
          <w:numId w:val="10"/>
        </w:numPr>
        <w:rPr>
          <w:rFonts w:ascii="Times New Roman" w:hAnsi="Times New Roman" w:cs="Times New Roman"/>
          <w:bCs/>
          <w:sz w:val="24"/>
          <w:szCs w:val="24"/>
          <w:lang w:val="pt-BR"/>
        </w:rPr>
      </w:pPr>
      <w:r w:rsidRPr="00F84247">
        <w:rPr>
          <w:rFonts w:ascii="Times New Roman" w:hAnsi="Times New Roman" w:cs="Times New Roman"/>
          <w:bCs/>
          <w:sz w:val="24"/>
          <w:szCs w:val="24"/>
          <w:lang w:val="pt-BR"/>
        </w:rPr>
        <w:t>Kitos konkurso sąlygos:</w:t>
      </w:r>
    </w:p>
    <w:p w14:paraId="4F5C0434" w14:textId="3786245E" w:rsidR="005D565B" w:rsidRDefault="005D565B" w:rsidP="00392C7D">
      <w:pPr>
        <w:pStyle w:val="Sraopastraipa"/>
        <w:numPr>
          <w:ilvl w:val="1"/>
          <w:numId w:val="10"/>
        </w:numPr>
        <w:ind w:left="851" w:hanging="142"/>
        <w:rPr>
          <w:rFonts w:ascii="Times New Roman" w:hAnsi="Times New Roman" w:cs="Times New Roman"/>
          <w:bCs/>
          <w:sz w:val="24"/>
          <w:szCs w:val="24"/>
          <w:lang w:val="pt-BR"/>
        </w:rPr>
      </w:pPr>
      <w:r>
        <w:rPr>
          <w:rFonts w:ascii="Times New Roman" w:hAnsi="Times New Roman" w:cs="Times New Roman"/>
          <w:bCs/>
          <w:sz w:val="24"/>
          <w:szCs w:val="24"/>
          <w:lang w:val="pt-BR"/>
        </w:rPr>
        <w:t xml:space="preserve"> Nuomininkas privalo savo lėšomis įsirengti jam išnuomotą erdvę</w:t>
      </w:r>
      <w:r w:rsidR="004C11A9">
        <w:rPr>
          <w:rFonts w:ascii="Times New Roman" w:hAnsi="Times New Roman" w:cs="Times New Roman"/>
          <w:bCs/>
          <w:sz w:val="24"/>
          <w:szCs w:val="24"/>
          <w:lang w:val="pt-BR"/>
        </w:rPr>
        <w:t xml:space="preserve"> t.y. prekystalis, staliukai, kėdės</w:t>
      </w:r>
      <w:r w:rsidR="00E47361">
        <w:rPr>
          <w:rFonts w:ascii="Times New Roman" w:hAnsi="Times New Roman" w:cs="Times New Roman"/>
          <w:bCs/>
          <w:sz w:val="24"/>
          <w:szCs w:val="24"/>
          <w:lang w:val="pt-BR"/>
        </w:rPr>
        <w:t>, apšvietimas</w:t>
      </w:r>
      <w:r>
        <w:rPr>
          <w:rFonts w:ascii="Times New Roman" w:hAnsi="Times New Roman" w:cs="Times New Roman"/>
          <w:bCs/>
          <w:sz w:val="24"/>
          <w:szCs w:val="24"/>
          <w:lang w:val="pt-BR"/>
        </w:rPr>
        <w:t xml:space="preserve"> </w:t>
      </w:r>
      <w:r w:rsidR="00E47361">
        <w:rPr>
          <w:rFonts w:ascii="Times New Roman" w:hAnsi="Times New Roman" w:cs="Times New Roman"/>
          <w:bCs/>
          <w:sz w:val="24"/>
          <w:szCs w:val="24"/>
          <w:lang w:val="pt-BR"/>
        </w:rPr>
        <w:t xml:space="preserve">ir t.t. </w:t>
      </w:r>
      <w:r>
        <w:rPr>
          <w:rFonts w:ascii="Times New Roman" w:hAnsi="Times New Roman" w:cs="Times New Roman"/>
          <w:bCs/>
          <w:sz w:val="24"/>
          <w:szCs w:val="24"/>
          <w:lang w:val="pt-BR"/>
        </w:rPr>
        <w:t>prieš tai susiderin</w:t>
      </w:r>
      <w:r w:rsidR="006915BB">
        <w:rPr>
          <w:rFonts w:ascii="Times New Roman" w:hAnsi="Times New Roman" w:cs="Times New Roman"/>
          <w:bCs/>
          <w:sz w:val="24"/>
          <w:szCs w:val="24"/>
          <w:lang w:val="pt-BR"/>
        </w:rPr>
        <w:t>ę</w:t>
      </w:r>
      <w:r>
        <w:rPr>
          <w:rFonts w:ascii="Times New Roman" w:hAnsi="Times New Roman" w:cs="Times New Roman"/>
          <w:bCs/>
          <w:sz w:val="24"/>
          <w:szCs w:val="24"/>
          <w:lang w:val="pt-BR"/>
        </w:rPr>
        <w:t xml:space="preserve">s su Nuomotojo interjero dizaino projekto rengėjais; </w:t>
      </w:r>
    </w:p>
    <w:p w14:paraId="01E0E656" w14:textId="727BFC9E" w:rsidR="004C11A9" w:rsidRDefault="005D565B" w:rsidP="00392C7D">
      <w:pPr>
        <w:pStyle w:val="Sraopastraipa"/>
        <w:numPr>
          <w:ilvl w:val="1"/>
          <w:numId w:val="10"/>
        </w:numPr>
        <w:ind w:left="851" w:hanging="142"/>
        <w:rPr>
          <w:rFonts w:ascii="Times New Roman" w:hAnsi="Times New Roman" w:cs="Times New Roman"/>
          <w:bCs/>
          <w:sz w:val="24"/>
          <w:szCs w:val="24"/>
          <w:lang w:val="pt-BR"/>
        </w:rPr>
      </w:pPr>
      <w:r>
        <w:rPr>
          <w:rFonts w:ascii="Times New Roman" w:hAnsi="Times New Roman" w:cs="Times New Roman"/>
          <w:bCs/>
          <w:sz w:val="24"/>
          <w:szCs w:val="24"/>
          <w:lang w:val="pt-BR"/>
        </w:rPr>
        <w:t xml:space="preserve"> </w:t>
      </w:r>
      <w:r w:rsidRPr="005D565B">
        <w:rPr>
          <w:rFonts w:ascii="Times New Roman" w:hAnsi="Times New Roman" w:cs="Times New Roman"/>
          <w:bCs/>
          <w:sz w:val="24"/>
          <w:szCs w:val="24"/>
          <w:lang w:val="pt-BR"/>
        </w:rPr>
        <w:t xml:space="preserve">Nuomininkas (pagal poreikį) </w:t>
      </w:r>
      <w:r w:rsidR="00E47361">
        <w:rPr>
          <w:rFonts w:ascii="Times New Roman" w:hAnsi="Times New Roman" w:cs="Times New Roman"/>
          <w:bCs/>
          <w:sz w:val="24"/>
          <w:szCs w:val="24"/>
          <w:lang w:val="pt-BR"/>
        </w:rPr>
        <w:t xml:space="preserve">savo lėšomis </w:t>
      </w:r>
      <w:r w:rsidRPr="005D565B">
        <w:rPr>
          <w:rFonts w:ascii="Times New Roman" w:hAnsi="Times New Roman" w:cs="Times New Roman"/>
          <w:bCs/>
          <w:sz w:val="24"/>
          <w:szCs w:val="24"/>
          <w:lang w:val="pt-BR"/>
        </w:rPr>
        <w:t xml:space="preserve">turi atnaujinti </w:t>
      </w:r>
      <w:r w:rsidR="008C6DA5" w:rsidRPr="005D565B">
        <w:rPr>
          <w:rFonts w:ascii="Times New Roman" w:hAnsi="Times New Roman" w:cs="Times New Roman"/>
          <w:bCs/>
          <w:sz w:val="24"/>
          <w:szCs w:val="24"/>
          <w:lang w:val="pt-BR"/>
        </w:rPr>
        <w:t>jam išnuomot</w:t>
      </w:r>
      <w:r w:rsidR="004C11A9">
        <w:rPr>
          <w:rFonts w:ascii="Times New Roman" w:hAnsi="Times New Roman" w:cs="Times New Roman"/>
          <w:bCs/>
          <w:sz w:val="24"/>
          <w:szCs w:val="24"/>
          <w:lang w:val="pt-BR"/>
        </w:rPr>
        <w:t>as pagalbines patalpas</w:t>
      </w:r>
      <w:r w:rsidRPr="005D565B">
        <w:rPr>
          <w:rFonts w:ascii="Times New Roman" w:hAnsi="Times New Roman" w:cs="Times New Roman"/>
          <w:bCs/>
          <w:sz w:val="24"/>
          <w:szCs w:val="24"/>
          <w:lang w:val="pt-BR"/>
        </w:rPr>
        <w:t xml:space="preserve"> t. y. </w:t>
      </w:r>
      <w:r w:rsidR="008C6DA5" w:rsidRPr="005D565B">
        <w:rPr>
          <w:rFonts w:ascii="Times New Roman" w:hAnsi="Times New Roman" w:cs="Times New Roman"/>
          <w:bCs/>
          <w:sz w:val="24"/>
          <w:szCs w:val="24"/>
          <w:lang w:val="pt-BR"/>
        </w:rPr>
        <w:t xml:space="preserve">įsirengti </w:t>
      </w:r>
      <w:r w:rsidRPr="005D565B">
        <w:rPr>
          <w:rFonts w:ascii="Times New Roman" w:hAnsi="Times New Roman" w:cs="Times New Roman"/>
          <w:bCs/>
          <w:sz w:val="24"/>
          <w:szCs w:val="24"/>
          <w:lang w:val="pt-BR"/>
        </w:rPr>
        <w:t>plautuv</w:t>
      </w:r>
      <w:r w:rsidR="004C11A9">
        <w:rPr>
          <w:rFonts w:ascii="Times New Roman" w:hAnsi="Times New Roman" w:cs="Times New Roman"/>
          <w:bCs/>
          <w:sz w:val="24"/>
          <w:szCs w:val="24"/>
          <w:lang w:val="pt-BR"/>
        </w:rPr>
        <w:t>ę</w:t>
      </w:r>
      <w:r w:rsidRPr="005D565B">
        <w:rPr>
          <w:rFonts w:ascii="Times New Roman" w:hAnsi="Times New Roman" w:cs="Times New Roman"/>
          <w:bCs/>
          <w:sz w:val="24"/>
          <w:szCs w:val="24"/>
          <w:lang w:val="pt-BR"/>
        </w:rPr>
        <w:t>,</w:t>
      </w:r>
      <w:r>
        <w:rPr>
          <w:rFonts w:ascii="Times New Roman" w:hAnsi="Times New Roman" w:cs="Times New Roman"/>
          <w:bCs/>
          <w:sz w:val="24"/>
          <w:szCs w:val="24"/>
          <w:lang w:val="pt-BR"/>
        </w:rPr>
        <w:t xml:space="preserve"> vėdinimo įrenginius</w:t>
      </w:r>
      <w:r w:rsidR="00E47361">
        <w:rPr>
          <w:rFonts w:ascii="Times New Roman" w:hAnsi="Times New Roman" w:cs="Times New Roman"/>
          <w:bCs/>
          <w:sz w:val="24"/>
          <w:szCs w:val="24"/>
          <w:lang w:val="pt-BR"/>
        </w:rPr>
        <w:t>, kontrolinius elektros ir vantentiekio skaitiklius</w:t>
      </w:r>
      <w:r w:rsidR="004C11A9">
        <w:rPr>
          <w:rFonts w:ascii="Times New Roman" w:hAnsi="Times New Roman" w:cs="Times New Roman"/>
          <w:bCs/>
          <w:sz w:val="24"/>
          <w:szCs w:val="24"/>
          <w:lang w:val="pt-BR"/>
        </w:rPr>
        <w:t>;</w:t>
      </w:r>
    </w:p>
    <w:p w14:paraId="61DEE64E" w14:textId="758BB8B7" w:rsidR="00FE0DD5" w:rsidRPr="005D565B" w:rsidRDefault="004C11A9" w:rsidP="00392C7D">
      <w:pPr>
        <w:pStyle w:val="Sraopastraipa"/>
        <w:numPr>
          <w:ilvl w:val="1"/>
          <w:numId w:val="10"/>
        </w:numPr>
        <w:ind w:left="851" w:hanging="142"/>
        <w:rPr>
          <w:rFonts w:ascii="Times New Roman" w:hAnsi="Times New Roman" w:cs="Times New Roman"/>
          <w:bCs/>
          <w:sz w:val="24"/>
          <w:szCs w:val="24"/>
          <w:lang w:val="pt-BR"/>
        </w:rPr>
      </w:pPr>
      <w:r>
        <w:rPr>
          <w:rFonts w:ascii="Times New Roman" w:hAnsi="Times New Roman" w:cs="Times New Roman"/>
          <w:bCs/>
          <w:sz w:val="24"/>
          <w:szCs w:val="24"/>
          <w:lang w:val="pt-BR"/>
        </w:rPr>
        <w:t xml:space="preserve"> Nuomininkas savo lėšomis turi </w:t>
      </w:r>
      <w:r w:rsidRPr="005D565B">
        <w:rPr>
          <w:rFonts w:ascii="Times New Roman" w:hAnsi="Times New Roman" w:cs="Times New Roman"/>
          <w:bCs/>
          <w:sz w:val="24"/>
          <w:szCs w:val="24"/>
          <w:lang w:val="pt-BR"/>
        </w:rPr>
        <w:t>pastatyti gėrimų šaldytuvą, kavos gaminimo aparatus;</w:t>
      </w:r>
    </w:p>
    <w:p w14:paraId="41CCE409" w14:textId="40CCDE6F" w:rsidR="00F84247" w:rsidRDefault="00F84247" w:rsidP="00392C7D">
      <w:pPr>
        <w:pStyle w:val="Sraopastraipa"/>
        <w:numPr>
          <w:ilvl w:val="1"/>
          <w:numId w:val="10"/>
        </w:numPr>
        <w:ind w:left="851" w:hanging="142"/>
        <w:rPr>
          <w:rFonts w:ascii="Times New Roman" w:hAnsi="Times New Roman" w:cs="Times New Roman"/>
          <w:bCs/>
          <w:sz w:val="24"/>
          <w:szCs w:val="24"/>
          <w:lang w:val="pt-BR"/>
        </w:rPr>
      </w:pPr>
      <w:r w:rsidRPr="00F84247">
        <w:rPr>
          <w:rFonts w:ascii="Times New Roman" w:hAnsi="Times New Roman" w:cs="Times New Roman"/>
          <w:bCs/>
          <w:sz w:val="24"/>
          <w:szCs w:val="24"/>
          <w:lang w:val="pt-BR"/>
        </w:rPr>
        <w:t xml:space="preserve"> įrenginiai turi būti prijungiami prie N</w:t>
      </w:r>
      <w:r>
        <w:rPr>
          <w:rFonts w:ascii="Times New Roman" w:hAnsi="Times New Roman" w:cs="Times New Roman"/>
          <w:bCs/>
          <w:sz w:val="24"/>
          <w:szCs w:val="24"/>
          <w:lang w:val="pt-BR"/>
        </w:rPr>
        <w:t>uom</w:t>
      </w:r>
      <w:r w:rsidR="00FE0DD5">
        <w:rPr>
          <w:rFonts w:ascii="Times New Roman" w:hAnsi="Times New Roman" w:cs="Times New Roman"/>
          <w:bCs/>
          <w:sz w:val="24"/>
          <w:szCs w:val="24"/>
          <w:lang w:val="pt-BR"/>
        </w:rPr>
        <w:t>otojo</w:t>
      </w:r>
      <w:r>
        <w:rPr>
          <w:rFonts w:ascii="Times New Roman" w:hAnsi="Times New Roman" w:cs="Times New Roman"/>
          <w:bCs/>
          <w:sz w:val="24"/>
          <w:szCs w:val="24"/>
          <w:lang w:val="pt-BR"/>
        </w:rPr>
        <w:t xml:space="preserve"> elektros instaliacijos tinklo, vandentiekio ir nuotekų sistemų;</w:t>
      </w:r>
    </w:p>
    <w:p w14:paraId="422E5A65" w14:textId="377CF25F" w:rsidR="00470916" w:rsidRPr="00F84247" w:rsidRDefault="006915BB" w:rsidP="00392C7D">
      <w:pPr>
        <w:pStyle w:val="Sraopastraipa"/>
        <w:numPr>
          <w:ilvl w:val="1"/>
          <w:numId w:val="10"/>
        </w:numPr>
        <w:ind w:left="851" w:hanging="142"/>
        <w:rPr>
          <w:rFonts w:ascii="Times New Roman" w:hAnsi="Times New Roman" w:cs="Times New Roman"/>
          <w:bCs/>
          <w:sz w:val="24"/>
          <w:szCs w:val="24"/>
          <w:lang w:val="pt-BR"/>
        </w:rPr>
      </w:pPr>
      <w:r w:rsidRPr="006915BB">
        <w:rPr>
          <w:rFonts w:ascii="Times New Roman" w:hAnsi="Times New Roman" w:cs="Times New Roman"/>
          <w:bCs/>
          <w:sz w:val="24"/>
          <w:szCs w:val="24"/>
          <w:lang w:val="pt-BR"/>
        </w:rPr>
        <w:t xml:space="preserve">Kavinės darbo laikas derinamas su Nuomotoju, atsižvelgiant į Kultūros centre vykstančių renginių laiką. </w:t>
      </w:r>
      <w:r w:rsidRPr="00C67BDB">
        <w:rPr>
          <w:rFonts w:ascii="Times New Roman" w:hAnsi="Times New Roman" w:cs="Times New Roman"/>
          <w:bCs/>
          <w:sz w:val="24"/>
          <w:szCs w:val="24"/>
          <w:lang w:val="pt-BR"/>
        </w:rPr>
        <w:t>Kavinė lankytojus aptarnauja tik renginių metu</w:t>
      </w:r>
      <w:r w:rsidR="00C67BDB">
        <w:rPr>
          <w:rFonts w:ascii="Times New Roman" w:hAnsi="Times New Roman" w:cs="Times New Roman"/>
          <w:bCs/>
          <w:sz w:val="24"/>
          <w:szCs w:val="24"/>
          <w:lang w:val="pt-BR"/>
        </w:rPr>
        <w:t xml:space="preserve">, </w:t>
      </w:r>
      <w:r w:rsidR="00C67BDB" w:rsidRPr="00C67BDB">
        <w:rPr>
          <w:rFonts w:ascii="Times New Roman" w:hAnsi="Times New Roman" w:cs="Times New Roman"/>
          <w:bCs/>
          <w:sz w:val="24"/>
          <w:szCs w:val="24"/>
          <w:lang w:val="pt-BR"/>
        </w:rPr>
        <w:t>kurie numatomi rugsėjo</w:t>
      </w:r>
      <w:r w:rsidR="00C67BDB" w:rsidRPr="00C67BDB">
        <w:rPr>
          <w:rFonts w:ascii="Times New Roman" w:hAnsi="Times New Roman" w:cs="Times New Roman"/>
          <w:bCs/>
          <w:sz w:val="24"/>
          <w:szCs w:val="24"/>
          <w:lang w:val="pt-BR"/>
        </w:rPr>
        <w:t xml:space="preserve"> </w:t>
      </w:r>
      <w:r w:rsidR="00C67BDB" w:rsidRPr="00C67BDB">
        <w:rPr>
          <w:rFonts w:ascii="Times New Roman" w:hAnsi="Times New Roman" w:cs="Times New Roman"/>
          <w:bCs/>
          <w:sz w:val="24"/>
          <w:szCs w:val="24"/>
          <w:lang w:val="pt-BR"/>
        </w:rPr>
        <w:t>-</w:t>
      </w:r>
      <w:r w:rsidR="00C67BDB">
        <w:rPr>
          <w:rFonts w:ascii="Times New Roman" w:hAnsi="Times New Roman" w:cs="Times New Roman"/>
          <w:bCs/>
          <w:sz w:val="24"/>
          <w:szCs w:val="24"/>
          <w:lang w:val="pt-BR"/>
        </w:rPr>
        <w:t xml:space="preserve"> </w:t>
      </w:r>
      <w:r w:rsidR="00C67BDB" w:rsidRPr="00C67BDB">
        <w:rPr>
          <w:rFonts w:ascii="Times New Roman" w:hAnsi="Times New Roman" w:cs="Times New Roman"/>
          <w:bCs/>
          <w:sz w:val="24"/>
          <w:szCs w:val="24"/>
          <w:lang w:val="pt-BR"/>
        </w:rPr>
        <w:t>gegužės mėnesiais</w:t>
      </w:r>
      <w:r w:rsidRPr="00C67BDB">
        <w:rPr>
          <w:rFonts w:ascii="Times New Roman" w:hAnsi="Times New Roman" w:cs="Times New Roman"/>
          <w:bCs/>
          <w:sz w:val="24"/>
          <w:szCs w:val="24"/>
          <w:lang w:val="pt-BR"/>
        </w:rPr>
        <w:t>;</w:t>
      </w:r>
      <w:r w:rsidR="00470916">
        <w:rPr>
          <w:rFonts w:ascii="Times New Roman" w:hAnsi="Times New Roman" w:cs="Times New Roman"/>
          <w:bCs/>
          <w:sz w:val="24"/>
          <w:szCs w:val="24"/>
          <w:lang w:val="pt-BR"/>
        </w:rPr>
        <w:t xml:space="preserve">  </w:t>
      </w:r>
    </w:p>
    <w:p w14:paraId="21543B9C" w14:textId="7A781C8D" w:rsidR="008C6DA5" w:rsidRPr="00F84247" w:rsidRDefault="004C11A9" w:rsidP="00392C7D">
      <w:pPr>
        <w:pStyle w:val="Sraopastraipa"/>
        <w:numPr>
          <w:ilvl w:val="1"/>
          <w:numId w:val="10"/>
        </w:numPr>
        <w:ind w:left="851" w:hanging="142"/>
        <w:rPr>
          <w:rFonts w:ascii="Times New Roman" w:hAnsi="Times New Roman" w:cs="Times New Roman"/>
          <w:sz w:val="24"/>
          <w:szCs w:val="24"/>
          <w:lang w:val="pt-BR"/>
        </w:rPr>
      </w:pPr>
      <w:r>
        <w:rPr>
          <w:rFonts w:ascii="Times New Roman" w:hAnsi="Times New Roman" w:cs="Times New Roman"/>
          <w:bCs/>
          <w:sz w:val="24"/>
          <w:szCs w:val="24"/>
          <w:lang w:val="pt-BR"/>
        </w:rPr>
        <w:t xml:space="preserve"> Nuomininkas </w:t>
      </w:r>
      <w:r w:rsidRPr="00F84247">
        <w:rPr>
          <w:rFonts w:ascii="Times New Roman" w:hAnsi="Times New Roman" w:cs="Times New Roman"/>
          <w:bCs/>
          <w:sz w:val="24"/>
          <w:szCs w:val="24"/>
          <w:lang w:val="pt-BR"/>
        </w:rPr>
        <w:t>turi užtikrinti lankytojų aptarnavimą renginių metu ne vėliau kaip 2 val. iki renginio</w:t>
      </w:r>
      <w:r w:rsidR="008C6DA5" w:rsidRPr="00F84247">
        <w:rPr>
          <w:rFonts w:ascii="Times New Roman" w:hAnsi="Times New Roman" w:cs="Times New Roman"/>
          <w:bCs/>
          <w:sz w:val="24"/>
          <w:szCs w:val="24"/>
          <w:lang w:val="pt-BR"/>
        </w:rPr>
        <w:t xml:space="preserve"> </w:t>
      </w:r>
      <w:r w:rsidRPr="00F84247">
        <w:rPr>
          <w:rFonts w:ascii="Times New Roman" w:hAnsi="Times New Roman" w:cs="Times New Roman"/>
          <w:sz w:val="24"/>
          <w:szCs w:val="24"/>
          <w:lang w:val="pt-BR"/>
        </w:rPr>
        <w:t>pradžios</w:t>
      </w:r>
      <w:r w:rsidR="004D7EA2">
        <w:rPr>
          <w:rFonts w:ascii="Times New Roman" w:hAnsi="Times New Roman" w:cs="Times New Roman"/>
          <w:sz w:val="24"/>
          <w:szCs w:val="24"/>
          <w:lang w:val="pt-BR"/>
        </w:rPr>
        <w:t xml:space="preserve"> ir 1 val. po renginio pabaigos</w:t>
      </w:r>
      <w:r w:rsidRPr="00F84247">
        <w:rPr>
          <w:rFonts w:ascii="Times New Roman" w:hAnsi="Times New Roman" w:cs="Times New Roman"/>
          <w:sz w:val="24"/>
          <w:szCs w:val="24"/>
          <w:lang w:val="pt-BR"/>
        </w:rPr>
        <w:t>;</w:t>
      </w:r>
    </w:p>
    <w:p w14:paraId="6C7B7425" w14:textId="7A259179" w:rsidR="008C6DA5" w:rsidRPr="00F84247" w:rsidRDefault="004D7EA2" w:rsidP="00392C7D">
      <w:pPr>
        <w:pStyle w:val="Sraopastraipa"/>
        <w:numPr>
          <w:ilvl w:val="1"/>
          <w:numId w:val="10"/>
        </w:numPr>
        <w:ind w:left="851" w:hanging="142"/>
        <w:rPr>
          <w:rFonts w:ascii="Times New Roman" w:hAnsi="Times New Roman" w:cs="Times New Roman"/>
          <w:sz w:val="24"/>
          <w:szCs w:val="24"/>
          <w:lang w:val="pt-BR"/>
        </w:rPr>
      </w:pPr>
      <w:r>
        <w:rPr>
          <w:rFonts w:ascii="Times New Roman" w:hAnsi="Times New Roman" w:cs="Times New Roman"/>
          <w:bCs/>
          <w:sz w:val="24"/>
          <w:szCs w:val="24"/>
          <w:lang w:val="pt-BR"/>
        </w:rPr>
        <w:t xml:space="preserve"> </w:t>
      </w:r>
      <w:r w:rsidR="004C11A9">
        <w:rPr>
          <w:rFonts w:ascii="Times New Roman" w:hAnsi="Times New Roman" w:cs="Times New Roman"/>
          <w:bCs/>
          <w:sz w:val="24"/>
          <w:szCs w:val="24"/>
          <w:lang w:val="pt-BR"/>
        </w:rPr>
        <w:t>kavinės</w:t>
      </w:r>
      <w:r w:rsidRPr="00F84247">
        <w:rPr>
          <w:rFonts w:ascii="Times New Roman" w:hAnsi="Times New Roman" w:cs="Times New Roman"/>
          <w:bCs/>
          <w:sz w:val="24"/>
          <w:szCs w:val="24"/>
          <w:lang w:val="pt-BR"/>
        </w:rPr>
        <w:t xml:space="preserve"> veikloje naudojami įrenginiai turi būti eksploatuojami laikantis elektros įrenginių</w:t>
      </w:r>
      <w:r w:rsidR="008C6DA5" w:rsidRPr="00F84247">
        <w:rPr>
          <w:rFonts w:ascii="Times New Roman" w:hAnsi="Times New Roman" w:cs="Times New Roman"/>
          <w:bCs/>
          <w:sz w:val="24"/>
          <w:szCs w:val="24"/>
          <w:lang w:val="pt-BR"/>
        </w:rPr>
        <w:t xml:space="preserve"> </w:t>
      </w:r>
      <w:r w:rsidRPr="00F84247">
        <w:rPr>
          <w:rFonts w:ascii="Times New Roman" w:hAnsi="Times New Roman" w:cs="Times New Roman"/>
          <w:sz w:val="24"/>
          <w:szCs w:val="24"/>
          <w:lang w:val="pt-BR"/>
        </w:rPr>
        <w:t>eksploatavimo saugos taisyklių ir higienos normų reikalavimų;</w:t>
      </w:r>
    </w:p>
    <w:p w14:paraId="37F4F535" w14:textId="6B063ECF" w:rsidR="008C6DA5" w:rsidRPr="00F84247" w:rsidRDefault="004D7EA2" w:rsidP="00392C7D">
      <w:pPr>
        <w:pStyle w:val="Sraopastraipa"/>
        <w:numPr>
          <w:ilvl w:val="1"/>
          <w:numId w:val="10"/>
        </w:numPr>
        <w:ind w:left="851" w:hanging="142"/>
        <w:rPr>
          <w:rFonts w:ascii="Times New Roman" w:hAnsi="Times New Roman" w:cs="Times New Roman"/>
          <w:sz w:val="24"/>
          <w:szCs w:val="24"/>
          <w:lang w:val="pt-BR"/>
        </w:rPr>
      </w:pPr>
      <w:r>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Nuomininkas turi atsakyti už gėrimų, maisto produktų kokybę, užtikrinti jų atitiktį</w:t>
      </w:r>
      <w:r w:rsidR="008C6DA5" w:rsidRPr="00F84247">
        <w:rPr>
          <w:rFonts w:ascii="Times New Roman" w:hAnsi="Times New Roman" w:cs="Times New Roman"/>
          <w:bCs/>
          <w:sz w:val="24"/>
          <w:szCs w:val="24"/>
          <w:lang w:val="pt-BR"/>
        </w:rPr>
        <w:t xml:space="preserve"> </w:t>
      </w:r>
      <w:r w:rsidRPr="00F84247">
        <w:rPr>
          <w:rFonts w:ascii="Times New Roman" w:hAnsi="Times New Roman" w:cs="Times New Roman"/>
          <w:sz w:val="24"/>
          <w:szCs w:val="24"/>
          <w:lang w:val="pt-BR"/>
        </w:rPr>
        <w:t>higienos normoms;</w:t>
      </w:r>
    </w:p>
    <w:p w14:paraId="54455250" w14:textId="69A488DA" w:rsidR="008C6DA5" w:rsidRPr="00F84247" w:rsidRDefault="004D7EA2" w:rsidP="00392C7D">
      <w:pPr>
        <w:pStyle w:val="Sraopastraipa"/>
        <w:numPr>
          <w:ilvl w:val="1"/>
          <w:numId w:val="10"/>
        </w:numPr>
        <w:ind w:left="851" w:hanging="142"/>
        <w:rPr>
          <w:rFonts w:ascii="Times New Roman" w:hAnsi="Times New Roman" w:cs="Times New Roman"/>
          <w:sz w:val="24"/>
          <w:szCs w:val="24"/>
          <w:lang w:val="pt-BR"/>
        </w:rPr>
      </w:pPr>
      <w:r>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Nuomininkas turi pasiūlyti ne mažiau kaip 5 gaiviųjų, stipriųjų, karštųjų gėrimų bei ne</w:t>
      </w:r>
      <w:r w:rsidR="008C6DA5"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mažiau kaip 10 užkandžių asortimentą;</w:t>
      </w:r>
    </w:p>
    <w:p w14:paraId="641C5332" w14:textId="7E309876" w:rsidR="004D7EA2" w:rsidRDefault="004D7EA2" w:rsidP="00392C7D">
      <w:pPr>
        <w:pStyle w:val="Sraopastraipa"/>
        <w:numPr>
          <w:ilvl w:val="1"/>
          <w:numId w:val="10"/>
        </w:numPr>
        <w:ind w:left="851" w:hanging="142"/>
        <w:rPr>
          <w:rFonts w:ascii="Times New Roman" w:hAnsi="Times New Roman" w:cs="Times New Roman"/>
          <w:sz w:val="24"/>
          <w:szCs w:val="24"/>
          <w:lang w:val="pt-BR"/>
        </w:rPr>
      </w:pPr>
      <w:r w:rsidRPr="004D7EA2">
        <w:rPr>
          <w:rFonts w:ascii="Times New Roman" w:hAnsi="Times New Roman" w:cs="Times New Roman"/>
          <w:bCs/>
          <w:sz w:val="24"/>
          <w:szCs w:val="24"/>
          <w:lang w:val="pt-BR"/>
        </w:rPr>
        <w:t>Nuomininkas turi užtikrinti galimybę klientams atsiskaityti grynaisiais pinigais ir</w:t>
      </w:r>
      <w:r w:rsidR="008C6DA5" w:rsidRPr="004D7EA2">
        <w:rPr>
          <w:rFonts w:ascii="Times New Roman" w:hAnsi="Times New Roman" w:cs="Times New Roman"/>
          <w:bCs/>
          <w:sz w:val="24"/>
          <w:szCs w:val="24"/>
          <w:lang w:val="pt-BR"/>
        </w:rPr>
        <w:t xml:space="preserve"> </w:t>
      </w:r>
      <w:r w:rsidRPr="004D7EA2">
        <w:rPr>
          <w:rFonts w:ascii="Times New Roman" w:hAnsi="Times New Roman" w:cs="Times New Roman"/>
          <w:sz w:val="24"/>
          <w:szCs w:val="24"/>
          <w:lang w:val="pt-BR"/>
        </w:rPr>
        <w:t>kreditinėmis/debetinėmis kortelėmis.</w:t>
      </w:r>
      <w:r>
        <w:rPr>
          <w:rFonts w:ascii="Times New Roman" w:hAnsi="Times New Roman" w:cs="Times New Roman"/>
          <w:sz w:val="24"/>
          <w:szCs w:val="24"/>
          <w:lang w:val="pt-BR"/>
        </w:rPr>
        <w:t xml:space="preserve"> </w:t>
      </w:r>
    </w:p>
    <w:p w14:paraId="448EA1F9" w14:textId="0C098412" w:rsidR="00CA0256" w:rsidRPr="004D7EA2" w:rsidRDefault="00000000" w:rsidP="00392C7D">
      <w:pPr>
        <w:pStyle w:val="Sraopastraipa"/>
        <w:numPr>
          <w:ilvl w:val="1"/>
          <w:numId w:val="10"/>
        </w:numPr>
        <w:ind w:left="851" w:hanging="142"/>
        <w:rPr>
          <w:rFonts w:ascii="Times New Roman" w:hAnsi="Times New Roman" w:cs="Times New Roman"/>
          <w:sz w:val="24"/>
          <w:szCs w:val="24"/>
          <w:lang w:val="pt-BR"/>
        </w:rPr>
      </w:pPr>
      <w:r w:rsidRPr="004D7EA2">
        <w:rPr>
          <w:rFonts w:ascii="Times New Roman" w:hAnsi="Times New Roman" w:cs="Times New Roman"/>
          <w:bCs/>
          <w:sz w:val="24"/>
          <w:szCs w:val="24"/>
          <w:lang w:val="pt-BR"/>
        </w:rPr>
        <w:t>Nuomininkas, vykdydamas savo veiklą išsinuomotame plote, yra atsakingas už</w:t>
      </w:r>
      <w:r w:rsidR="008C6DA5" w:rsidRPr="004D7EA2">
        <w:rPr>
          <w:rFonts w:ascii="Times New Roman" w:hAnsi="Times New Roman" w:cs="Times New Roman"/>
          <w:bCs/>
          <w:sz w:val="24"/>
          <w:szCs w:val="24"/>
          <w:lang w:val="pt-BR"/>
        </w:rPr>
        <w:t xml:space="preserve"> </w:t>
      </w:r>
      <w:r w:rsidRPr="004D7EA2">
        <w:rPr>
          <w:rFonts w:ascii="Times New Roman" w:hAnsi="Times New Roman" w:cs="Times New Roman"/>
          <w:sz w:val="24"/>
          <w:szCs w:val="24"/>
          <w:lang w:val="pt-BR"/>
        </w:rPr>
        <w:t>priešgaisrinių, darbo ir sveikatos saugos reikalavimų, numatytų Lietuvos Respublikos teisės aktuose,</w:t>
      </w:r>
      <w:r w:rsidR="00CA0256" w:rsidRPr="004D7EA2">
        <w:rPr>
          <w:rFonts w:ascii="Times New Roman" w:hAnsi="Times New Roman" w:cs="Times New Roman"/>
          <w:sz w:val="24"/>
          <w:szCs w:val="24"/>
          <w:lang w:val="pt-BR"/>
        </w:rPr>
        <w:t xml:space="preserve"> </w:t>
      </w:r>
      <w:r w:rsidRPr="004D7EA2">
        <w:rPr>
          <w:rFonts w:ascii="Times New Roman" w:hAnsi="Times New Roman" w:cs="Times New Roman"/>
          <w:sz w:val="24"/>
          <w:szCs w:val="24"/>
          <w:lang w:val="pt-BR"/>
        </w:rPr>
        <w:t>vykdymą</w:t>
      </w:r>
      <w:r w:rsidR="0047532F" w:rsidRPr="004D7EA2">
        <w:rPr>
          <w:rFonts w:ascii="Times New Roman" w:hAnsi="Times New Roman" w:cs="Times New Roman"/>
          <w:sz w:val="24"/>
          <w:szCs w:val="24"/>
          <w:lang w:val="pt-BR"/>
        </w:rPr>
        <w:t>;</w:t>
      </w:r>
      <w:r w:rsidR="00CA0256" w:rsidRPr="004D7EA2">
        <w:rPr>
          <w:rFonts w:ascii="Times New Roman" w:hAnsi="Times New Roman" w:cs="Times New Roman"/>
          <w:sz w:val="24"/>
          <w:szCs w:val="24"/>
          <w:lang w:val="pt-BR"/>
        </w:rPr>
        <w:t xml:space="preserve"> </w:t>
      </w:r>
    </w:p>
    <w:p w14:paraId="5C55A508" w14:textId="663BADBB" w:rsidR="00392C7D" w:rsidRDefault="00000000" w:rsidP="00392C7D">
      <w:pPr>
        <w:pStyle w:val="Sraopastraipa"/>
        <w:numPr>
          <w:ilvl w:val="1"/>
          <w:numId w:val="10"/>
        </w:numPr>
        <w:ind w:left="851" w:hanging="142"/>
        <w:rPr>
          <w:rFonts w:ascii="Times New Roman" w:hAnsi="Times New Roman" w:cs="Times New Roman"/>
          <w:sz w:val="24"/>
          <w:szCs w:val="24"/>
          <w:lang w:val="pt-BR"/>
        </w:rPr>
      </w:pPr>
      <w:r w:rsidRPr="00F84247">
        <w:rPr>
          <w:rFonts w:ascii="Times New Roman" w:hAnsi="Times New Roman" w:cs="Times New Roman"/>
          <w:bCs/>
          <w:sz w:val="24"/>
          <w:szCs w:val="24"/>
          <w:lang w:val="pt-BR"/>
        </w:rPr>
        <w:t>Nuomininkas turi teisę raštu kreiptis į Nuomotoją dėl veiklos sustabdymo ne dėl</w:t>
      </w:r>
      <w:r w:rsidR="00CA0256" w:rsidRPr="00F84247">
        <w:rPr>
          <w:rFonts w:ascii="Times New Roman" w:hAnsi="Times New Roman" w:cs="Times New Roman"/>
          <w:bCs/>
          <w:sz w:val="24"/>
          <w:szCs w:val="24"/>
          <w:lang w:val="pt-BR"/>
        </w:rPr>
        <w:t xml:space="preserve"> </w:t>
      </w:r>
      <w:r w:rsidRPr="00F84247">
        <w:rPr>
          <w:rFonts w:ascii="Times New Roman" w:hAnsi="Times New Roman" w:cs="Times New Roman"/>
          <w:sz w:val="24"/>
          <w:szCs w:val="24"/>
          <w:lang w:val="pt-BR"/>
        </w:rPr>
        <w:t xml:space="preserve">Nuomininko kaltės. Nuomininkas, gavęs Nuomotojo raštą, vykdo procedūras vadovaujantis </w:t>
      </w:r>
      <w:r w:rsidR="00CA0256" w:rsidRPr="00F84247">
        <w:rPr>
          <w:rFonts w:ascii="Times New Roman" w:hAnsi="Times New Roman" w:cs="Times New Roman"/>
          <w:sz w:val="24"/>
          <w:szCs w:val="24"/>
          <w:lang w:val="pt-BR"/>
        </w:rPr>
        <w:t>Kėdainių rajono</w:t>
      </w:r>
      <w:r w:rsidRPr="00F84247">
        <w:rPr>
          <w:rFonts w:ascii="Times New Roman" w:hAnsi="Times New Roman" w:cs="Times New Roman"/>
          <w:sz w:val="24"/>
          <w:szCs w:val="24"/>
          <w:lang w:val="pt-BR"/>
        </w:rPr>
        <w:t xml:space="preserve"> savivaldybės nuosavybės teise priklausančio ir patikėjimo teise valdomo turto nuomos tvarkos</w:t>
      </w:r>
      <w:r w:rsidR="00CA0256" w:rsidRPr="00F84247">
        <w:rPr>
          <w:rFonts w:ascii="Times New Roman" w:hAnsi="Times New Roman" w:cs="Times New Roman"/>
          <w:sz w:val="24"/>
          <w:szCs w:val="24"/>
          <w:lang w:val="pt-BR"/>
        </w:rPr>
        <w:t xml:space="preserve"> </w:t>
      </w:r>
      <w:r w:rsidRPr="00F84247">
        <w:rPr>
          <w:rFonts w:ascii="Times New Roman" w:hAnsi="Times New Roman" w:cs="Times New Roman"/>
          <w:sz w:val="24"/>
          <w:szCs w:val="24"/>
          <w:lang w:val="pt-BR"/>
        </w:rPr>
        <w:t>aprašu</w:t>
      </w:r>
      <w:r w:rsidR="00392C7D">
        <w:rPr>
          <w:rFonts w:ascii="Times New Roman" w:hAnsi="Times New Roman" w:cs="Times New Roman"/>
          <w:sz w:val="24"/>
          <w:szCs w:val="24"/>
          <w:lang w:val="pt-BR"/>
        </w:rPr>
        <w:t>;</w:t>
      </w:r>
    </w:p>
    <w:p w14:paraId="2DA9C18A" w14:textId="4AB488BD" w:rsidR="00392C7D" w:rsidRPr="00392C7D" w:rsidRDefault="006C7592" w:rsidP="00392C7D">
      <w:pPr>
        <w:pStyle w:val="Sraopastraipa"/>
        <w:numPr>
          <w:ilvl w:val="1"/>
          <w:numId w:val="10"/>
        </w:numPr>
        <w:ind w:left="851" w:hanging="142"/>
        <w:rPr>
          <w:rFonts w:ascii="Times New Roman" w:hAnsi="Times New Roman" w:cs="Times New Roman"/>
          <w:sz w:val="24"/>
          <w:szCs w:val="24"/>
          <w:lang w:val="pt-BR"/>
        </w:rPr>
      </w:pPr>
      <w:r w:rsidRPr="006C7592">
        <w:rPr>
          <w:rFonts w:ascii="Times New Roman" w:hAnsi="Times New Roman" w:cs="Times New Roman"/>
          <w:sz w:val="24"/>
          <w:szCs w:val="24"/>
          <w:lang w:val="pt-BR"/>
        </w:rPr>
        <w:t>kitos šiame dokumente nenustatytos nuomos sąlygos, jei tokios paaiškėtų ir / ar atsirastų, būtų aptartos ir įrašyto nuomos sutartyje.</w:t>
      </w:r>
      <w:r w:rsidR="00392C7D" w:rsidRPr="00392C7D">
        <w:rPr>
          <w:rFonts w:ascii="Times New Roman" w:hAnsi="Times New Roman" w:cs="Times New Roman"/>
          <w:sz w:val="24"/>
          <w:szCs w:val="24"/>
          <w:lang w:val="pt-BR"/>
        </w:rPr>
        <w:t xml:space="preserve"> </w:t>
      </w:r>
    </w:p>
    <w:p w14:paraId="1D7AF417" w14:textId="2E1318C3" w:rsidR="00CA0256" w:rsidRPr="00F84247" w:rsidRDefault="00CA0256" w:rsidP="00F84247">
      <w:pPr>
        <w:pStyle w:val="Sraopastraipa"/>
        <w:numPr>
          <w:ilvl w:val="0"/>
          <w:numId w:val="10"/>
        </w:numPr>
        <w:rPr>
          <w:rFonts w:ascii="Times New Roman" w:hAnsi="Times New Roman" w:cs="Times New Roman"/>
          <w:bCs/>
          <w:sz w:val="24"/>
          <w:szCs w:val="24"/>
          <w:lang w:val="pt-BR"/>
        </w:rPr>
      </w:pPr>
      <w:r w:rsidRPr="00F84247">
        <w:rPr>
          <w:rFonts w:ascii="Times New Roman" w:hAnsi="Times New Roman" w:cs="Times New Roman"/>
          <w:sz w:val="24"/>
          <w:szCs w:val="24"/>
          <w:lang w:val="pt-BR"/>
        </w:rPr>
        <w:t>Konkurso dalyviai 7 punkte nurodytu laiku pateikia užklijuotą voką. Ant voko turi būti užrašyta: konkurso dalyvio pavadinimas ir adresas, turto, kurio nuomos konkursas buvo paskelbtas, pavadinimas, adresas ir nuoroda „Turto nuomos konkursui“. Kartu su voku</w:t>
      </w:r>
      <w:r w:rsidR="005C7B54" w:rsidRPr="00F84247">
        <w:rPr>
          <w:rFonts w:ascii="Times New Roman" w:hAnsi="Times New Roman" w:cs="Times New Roman"/>
          <w:sz w:val="24"/>
          <w:szCs w:val="24"/>
          <w:lang w:val="pt-BR"/>
        </w:rPr>
        <w:t xml:space="preserve"> </w:t>
      </w:r>
      <w:r w:rsidRPr="00F84247">
        <w:rPr>
          <w:rFonts w:ascii="Times New Roman" w:hAnsi="Times New Roman" w:cs="Times New Roman"/>
          <w:sz w:val="24"/>
          <w:szCs w:val="24"/>
          <w:lang w:val="pt-BR"/>
        </w:rPr>
        <w:t xml:space="preserve"> pateikiami pradinio įnašo sumokėjim</w:t>
      </w:r>
      <w:r w:rsidR="005C7B54" w:rsidRPr="00F84247">
        <w:rPr>
          <w:rFonts w:ascii="Times New Roman" w:hAnsi="Times New Roman" w:cs="Times New Roman"/>
          <w:sz w:val="24"/>
          <w:szCs w:val="24"/>
          <w:lang w:val="pt-BR"/>
        </w:rPr>
        <w:t>ą patvirtinantys</w:t>
      </w:r>
      <w:r w:rsidRPr="00F84247">
        <w:rPr>
          <w:rFonts w:ascii="Times New Roman" w:hAnsi="Times New Roman" w:cs="Times New Roman"/>
          <w:sz w:val="24"/>
          <w:szCs w:val="24"/>
          <w:lang w:val="pt-BR"/>
        </w:rPr>
        <w:t xml:space="preserve"> dokumentai</w:t>
      </w:r>
      <w:r w:rsidR="005C7B54" w:rsidRPr="00F84247">
        <w:rPr>
          <w:rFonts w:ascii="Times New Roman" w:hAnsi="Times New Roman" w:cs="Times New Roman"/>
          <w:sz w:val="24"/>
          <w:szCs w:val="24"/>
          <w:lang w:val="pt-BR"/>
        </w:rPr>
        <w:t xml:space="preserve">. </w:t>
      </w:r>
      <w:r w:rsidRPr="00F84247">
        <w:rPr>
          <w:rFonts w:ascii="Times New Roman" w:hAnsi="Times New Roman" w:cs="Times New Roman"/>
          <w:bCs/>
          <w:sz w:val="24"/>
          <w:szCs w:val="24"/>
          <w:lang w:val="pt-BR"/>
        </w:rPr>
        <w:t>Voke turi būti pateikti šie dokumentai:</w:t>
      </w:r>
    </w:p>
    <w:p w14:paraId="3B825807" w14:textId="5A4BDD08" w:rsidR="00F83F85" w:rsidRPr="00F84247" w:rsidRDefault="00000000" w:rsidP="00836631">
      <w:pPr>
        <w:pStyle w:val="Sraopastraipa"/>
        <w:numPr>
          <w:ilvl w:val="1"/>
          <w:numId w:val="10"/>
        </w:numPr>
        <w:ind w:left="709" w:firstLine="0"/>
        <w:rPr>
          <w:rFonts w:ascii="Times New Roman" w:hAnsi="Times New Roman" w:cs="Times New Roman"/>
          <w:sz w:val="24"/>
          <w:szCs w:val="24"/>
          <w:lang w:val="pt-BR"/>
        </w:rPr>
      </w:pPr>
      <w:r w:rsidRPr="00801C2C">
        <w:rPr>
          <w:rFonts w:ascii="Times New Roman" w:hAnsi="Times New Roman" w:cs="Times New Roman"/>
          <w:bCs/>
          <w:sz w:val="24"/>
          <w:szCs w:val="24"/>
          <w:lang w:val="pt-BR"/>
        </w:rPr>
        <w:lastRenderedPageBreak/>
        <w:t>Paraiška (2 priedas), kurioje nurodomas konkurso dalyvio ar jo įgalioto asmens vardas</w:t>
      </w:r>
      <w:r w:rsidRPr="00F84247">
        <w:rPr>
          <w:rFonts w:ascii="Times New Roman" w:hAnsi="Times New Roman" w:cs="Times New Roman"/>
          <w:b/>
          <w:sz w:val="24"/>
          <w:szCs w:val="24"/>
          <w:lang w:val="pt-BR"/>
        </w:rPr>
        <w:t>,</w:t>
      </w:r>
      <w:r w:rsidR="005C7B54" w:rsidRPr="00F84247">
        <w:rPr>
          <w:rFonts w:ascii="Times New Roman" w:hAnsi="Times New Roman" w:cs="Times New Roman"/>
          <w:b/>
          <w:sz w:val="24"/>
          <w:szCs w:val="24"/>
          <w:lang w:val="pt-BR"/>
        </w:rPr>
        <w:t xml:space="preserve"> </w:t>
      </w:r>
      <w:r w:rsidRPr="00F84247">
        <w:rPr>
          <w:rFonts w:ascii="Times New Roman" w:hAnsi="Times New Roman" w:cs="Times New Roman"/>
          <w:sz w:val="24"/>
          <w:szCs w:val="24"/>
          <w:lang w:val="pt-BR"/>
        </w:rPr>
        <w:t>pavardė ir gyvenamosios vietos adresas</w:t>
      </w:r>
      <w:r w:rsidR="005C7B54" w:rsidRPr="00F84247">
        <w:rPr>
          <w:rFonts w:ascii="Times New Roman" w:hAnsi="Times New Roman" w:cs="Times New Roman"/>
          <w:sz w:val="24"/>
          <w:szCs w:val="24"/>
          <w:lang w:val="pt-BR"/>
        </w:rPr>
        <w:t>, telefono numeris, elektroninio pašto adresas</w:t>
      </w:r>
      <w:r w:rsidRPr="00F84247">
        <w:rPr>
          <w:rFonts w:ascii="Times New Roman" w:hAnsi="Times New Roman" w:cs="Times New Roman"/>
          <w:sz w:val="24"/>
          <w:szCs w:val="24"/>
          <w:lang w:val="pt-BR"/>
        </w:rPr>
        <w:t xml:space="preserve"> (fiziniams asmenims) arba </w:t>
      </w:r>
      <w:r w:rsidR="005C7B54" w:rsidRPr="00F84247">
        <w:rPr>
          <w:rFonts w:ascii="Times New Roman" w:hAnsi="Times New Roman" w:cs="Times New Roman"/>
          <w:sz w:val="24"/>
          <w:szCs w:val="24"/>
          <w:lang w:val="pt-BR"/>
        </w:rPr>
        <w:t xml:space="preserve">juridinio </w:t>
      </w:r>
      <w:r w:rsidRPr="00F84247">
        <w:rPr>
          <w:rFonts w:ascii="Times New Roman" w:hAnsi="Times New Roman" w:cs="Times New Roman"/>
          <w:sz w:val="24"/>
          <w:szCs w:val="24"/>
          <w:lang w:val="pt-BR"/>
        </w:rPr>
        <w:t>asmens</w:t>
      </w:r>
      <w:r w:rsidR="005C7B54" w:rsidRPr="00F84247">
        <w:rPr>
          <w:rFonts w:ascii="Times New Roman" w:hAnsi="Times New Roman" w:cs="Times New Roman"/>
          <w:sz w:val="24"/>
          <w:szCs w:val="24"/>
          <w:lang w:val="pt-BR"/>
        </w:rPr>
        <w:t xml:space="preserve"> teisinė forma, pavadinimas, </w:t>
      </w:r>
      <w:r w:rsidRPr="00F84247">
        <w:rPr>
          <w:rFonts w:ascii="Times New Roman" w:hAnsi="Times New Roman" w:cs="Times New Roman"/>
          <w:sz w:val="24"/>
          <w:szCs w:val="24"/>
          <w:lang w:val="pt-BR"/>
        </w:rPr>
        <w:t>kodas ir buveinės adresas, steigimo dokumentų kopijos</w:t>
      </w:r>
      <w:r w:rsidR="005C7B54" w:rsidRPr="00F84247">
        <w:rPr>
          <w:rFonts w:ascii="Times New Roman" w:hAnsi="Times New Roman" w:cs="Times New Roman"/>
          <w:sz w:val="24"/>
          <w:szCs w:val="24"/>
          <w:lang w:val="pt-BR"/>
        </w:rPr>
        <w:t xml:space="preserve">, </w:t>
      </w:r>
      <w:r w:rsidRPr="00F84247">
        <w:rPr>
          <w:rFonts w:ascii="Times New Roman" w:hAnsi="Times New Roman" w:cs="Times New Roman"/>
          <w:sz w:val="24"/>
          <w:szCs w:val="24"/>
          <w:lang w:val="pt-BR"/>
        </w:rPr>
        <w:t>telefono numeris, elektroninio pašto adresas</w:t>
      </w:r>
      <w:r w:rsidR="005C7B54" w:rsidRPr="00F84247">
        <w:rPr>
          <w:rFonts w:ascii="Times New Roman" w:hAnsi="Times New Roman" w:cs="Times New Roman"/>
          <w:sz w:val="24"/>
          <w:szCs w:val="24"/>
          <w:lang w:val="pt-BR"/>
        </w:rPr>
        <w:t xml:space="preserve"> (juridiniams asmenims) pasiūlymas, kuriame nurodomas siūlomas konkretus nuompinigių dydis, konkurso dalyvio sąskaitos, į kurią reikia pervesti grąžinamą pradinį įnašą, rekvizitai;</w:t>
      </w:r>
    </w:p>
    <w:p w14:paraId="67512AD9" w14:textId="77777777" w:rsidR="005C7B54" w:rsidRPr="00F84247" w:rsidRDefault="005C7B54" w:rsidP="00836631">
      <w:pPr>
        <w:pStyle w:val="Sraopastraipa"/>
        <w:numPr>
          <w:ilvl w:val="1"/>
          <w:numId w:val="10"/>
        </w:numPr>
        <w:ind w:left="709" w:firstLine="0"/>
        <w:rPr>
          <w:rFonts w:ascii="Times New Roman" w:hAnsi="Times New Roman" w:cs="Times New Roman"/>
          <w:sz w:val="24"/>
          <w:szCs w:val="24"/>
          <w:lang w:val="pt-BR"/>
        </w:rPr>
      </w:pPr>
      <w:r w:rsidRPr="00F84247">
        <w:rPr>
          <w:rFonts w:ascii="Times New Roman" w:hAnsi="Times New Roman" w:cs="Times New Roman"/>
          <w:b/>
          <w:sz w:val="24"/>
          <w:szCs w:val="24"/>
          <w:lang w:val="pt-BR"/>
        </w:rPr>
        <w:t xml:space="preserve"> </w:t>
      </w:r>
      <w:r w:rsidRPr="00F84247">
        <w:rPr>
          <w:rFonts w:ascii="Times New Roman" w:hAnsi="Times New Roman" w:cs="Times New Roman"/>
          <w:sz w:val="24"/>
          <w:szCs w:val="24"/>
          <w:lang w:val="pt-BR" w:eastAsia="lt-LT"/>
        </w:rPr>
        <w:t>nustatyta tvarka patvirtintas įgaliojimas, jeigu konkurso dalyviui konkurse atstovauja įgaliotas asmuo;</w:t>
      </w:r>
    </w:p>
    <w:p w14:paraId="382BEDB0" w14:textId="77777777" w:rsidR="000B0985" w:rsidRPr="00F84247" w:rsidRDefault="000B0985" w:rsidP="00836631">
      <w:pPr>
        <w:pStyle w:val="Sraopastraipa"/>
        <w:numPr>
          <w:ilvl w:val="1"/>
          <w:numId w:val="10"/>
        </w:numPr>
        <w:ind w:left="709" w:firstLine="0"/>
        <w:rPr>
          <w:rFonts w:ascii="Times New Roman" w:hAnsi="Times New Roman" w:cs="Times New Roman"/>
          <w:sz w:val="24"/>
          <w:szCs w:val="24"/>
          <w:lang w:val="pt-BR"/>
        </w:rPr>
      </w:pPr>
      <w:r w:rsidRPr="00F84247">
        <w:rPr>
          <w:rFonts w:ascii="Times New Roman" w:hAnsi="Times New Roman" w:cs="Times New Roman"/>
          <w:sz w:val="24"/>
          <w:szCs w:val="24"/>
          <w:lang w:val="pt-BR" w:eastAsia="lt-LT"/>
        </w:rPr>
        <w:t>paaiškinimas, kokiam tikslui konkurso dalyvis naudos nuomojamą turtą, dokumentai, patvirtinantys, kad konkurso dalyvio veikla atitinka viešo turto nuomos konkurso sąlygose nustatyto pobūdžio veiklą.</w:t>
      </w:r>
    </w:p>
    <w:p w14:paraId="03C01272" w14:textId="04709010" w:rsidR="0000797B" w:rsidRPr="00F84247" w:rsidRDefault="0000797B"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eastAsia="lt-LT"/>
        </w:rPr>
        <w:t xml:space="preserve">Konkurso dalyviai registruojami </w:t>
      </w:r>
      <w:r w:rsidR="000B0985" w:rsidRPr="00F84247">
        <w:rPr>
          <w:rFonts w:ascii="Times New Roman" w:hAnsi="Times New Roman" w:cs="Times New Roman"/>
          <w:sz w:val="24"/>
          <w:szCs w:val="24"/>
          <w:lang w:val="pt-BR" w:eastAsia="lt-LT"/>
        </w:rPr>
        <w:t>turto nuomos konkurso dalyvių registracijos pažymoje</w:t>
      </w:r>
      <w:r w:rsidR="000A6ED9">
        <w:rPr>
          <w:rFonts w:ascii="Times New Roman" w:hAnsi="Times New Roman" w:cs="Times New Roman"/>
          <w:sz w:val="24"/>
          <w:szCs w:val="24"/>
          <w:lang w:val="pt-BR" w:eastAsia="lt-LT"/>
        </w:rPr>
        <w:t xml:space="preserve"> (3 priedas)</w:t>
      </w:r>
      <w:r w:rsidR="000B0985" w:rsidRPr="00F84247">
        <w:rPr>
          <w:rFonts w:ascii="Times New Roman" w:hAnsi="Times New Roman" w:cs="Times New Roman"/>
          <w:sz w:val="24"/>
          <w:szCs w:val="24"/>
          <w:lang w:val="pt-BR" w:eastAsia="lt-LT"/>
        </w:rPr>
        <w:t>. </w:t>
      </w:r>
    </w:p>
    <w:p w14:paraId="21EB4892" w14:textId="591C8586" w:rsidR="005C7B54" w:rsidRPr="00F84247" w:rsidRDefault="0000797B"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eastAsia="lt-LT"/>
        </w:rPr>
        <w:t>Konkurso dalyviui išduodamas konkurso dalyvio pažymėjimas</w:t>
      </w:r>
      <w:r w:rsidR="00F204A2">
        <w:rPr>
          <w:rFonts w:ascii="Times New Roman" w:hAnsi="Times New Roman" w:cs="Times New Roman"/>
          <w:sz w:val="24"/>
          <w:szCs w:val="24"/>
          <w:lang w:val="pt-BR" w:eastAsia="lt-LT"/>
        </w:rPr>
        <w:t xml:space="preserve"> (4 priedas)</w:t>
      </w:r>
      <w:r w:rsidRPr="00F84247">
        <w:rPr>
          <w:rFonts w:ascii="Times New Roman" w:hAnsi="Times New Roman" w:cs="Times New Roman"/>
          <w:sz w:val="24"/>
          <w:szCs w:val="24"/>
          <w:lang w:val="pt-BR" w:eastAsia="lt-LT"/>
        </w:rPr>
        <w:t>, kuriame nurodytas registracijos eilės numeris, voko gavimo data ir laikas, Komisijos posėdžio vieta (adresas), data ir tikslus laikas.</w:t>
      </w:r>
      <w:r w:rsidR="005C7B54" w:rsidRPr="00F84247">
        <w:rPr>
          <w:rFonts w:ascii="Times New Roman" w:hAnsi="Times New Roman" w:cs="Times New Roman"/>
          <w:b/>
          <w:sz w:val="24"/>
          <w:szCs w:val="24"/>
          <w:lang w:val="pt-BR"/>
        </w:rPr>
        <w:t xml:space="preserve"> </w:t>
      </w:r>
    </w:p>
    <w:p w14:paraId="0111330E" w14:textId="3AEC2EAE" w:rsidR="0000797B" w:rsidRPr="00F84247" w:rsidRDefault="00372AFC"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eastAsia="lt-LT"/>
        </w:rPr>
        <w:t>Iki Komisijos posėdžio pradžios konkurso dalyvių vokai su dokumentais neatplėšiami, kiti asmenys su duomenimis apie įregistruotus konkurso dalyvius nesupažindinami</w:t>
      </w:r>
    </w:p>
    <w:p w14:paraId="749C7137" w14:textId="39BE72F0" w:rsidR="00372AFC" w:rsidRPr="00F84247" w:rsidRDefault="00372AFC"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eastAsia="lt-LT"/>
        </w:rPr>
        <w:t xml:space="preserve">Viešajame nuomos konkurse, kuris vyks 10 punkte nurorytu laiku dalyvauti turi teisę įregistruoti konkurso dalyviai, turintys registracijos pažymėjimą ir pateikę asmens tapatybę patvirtinantį dokumentą. </w:t>
      </w:r>
    </w:p>
    <w:p w14:paraId="0EDA15F4" w14:textId="77777777" w:rsidR="00314311" w:rsidRPr="00F84247" w:rsidRDefault="00372AFC"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eastAsia="lt-LT"/>
        </w:rPr>
        <w:t>Komisijos posėdyje konkurso dalyviai įsitikina, kad vokai su dokumentais nepažeisti, Komisijos pirmininkas atplėšia vokus, nepažeisdamas voko užklijavimo juostos. Komisijos nariai, nustatę, kad konkurso dalyvių vokuose yra visi Tvarkos aprašo 1</w:t>
      </w:r>
      <w:r w:rsidR="00314311" w:rsidRPr="00F84247">
        <w:rPr>
          <w:rFonts w:ascii="Times New Roman" w:hAnsi="Times New Roman" w:cs="Times New Roman"/>
          <w:sz w:val="24"/>
          <w:szCs w:val="24"/>
          <w:lang w:val="pt-BR" w:eastAsia="lt-LT"/>
        </w:rPr>
        <w:t>2</w:t>
      </w:r>
      <w:r w:rsidRPr="00F84247">
        <w:rPr>
          <w:rFonts w:ascii="Times New Roman" w:hAnsi="Times New Roman" w:cs="Times New Roman"/>
          <w:sz w:val="24"/>
          <w:szCs w:val="24"/>
          <w:lang w:val="pt-BR" w:eastAsia="lt-LT"/>
        </w:rPr>
        <w:t xml:space="preserve"> punkte nurodyti dokumentai, skelbia konkurso dalyvių siūlomus turto nuompinigių dydžius ir sudaro pasiūlymų eilę</w:t>
      </w:r>
      <w:r w:rsidR="00314311" w:rsidRPr="00F84247">
        <w:rPr>
          <w:rFonts w:ascii="Times New Roman" w:hAnsi="Times New Roman" w:cs="Times New Roman"/>
          <w:sz w:val="24"/>
          <w:szCs w:val="24"/>
          <w:lang w:val="pt-BR" w:eastAsia="lt-LT"/>
        </w:rPr>
        <w:t>.</w:t>
      </w:r>
    </w:p>
    <w:p w14:paraId="2950B3CF" w14:textId="5F88F29A" w:rsidR="00372AFC" w:rsidRPr="00F84247" w:rsidRDefault="00314311" w:rsidP="00F84247">
      <w:pPr>
        <w:pStyle w:val="Sraopastraipa"/>
        <w:numPr>
          <w:ilvl w:val="0"/>
          <w:numId w:val="10"/>
        </w:numPr>
        <w:rPr>
          <w:rFonts w:ascii="Times New Roman" w:hAnsi="Times New Roman" w:cs="Times New Roman"/>
          <w:sz w:val="24"/>
          <w:szCs w:val="24"/>
          <w:lang w:val="pt-BR"/>
        </w:rPr>
      </w:pPr>
      <w:r w:rsidRPr="00F84247">
        <w:rPr>
          <w:rFonts w:ascii="Times New Roman" w:hAnsi="Times New Roman" w:cs="Times New Roman"/>
          <w:sz w:val="24"/>
          <w:szCs w:val="24"/>
          <w:lang w:val="pt-BR" w:eastAsia="lt-LT"/>
        </w:rPr>
        <w:t>Konkurso laimėtoju pripažįstamas konkurso dalyvis, pasiūlęs didžiausią nuompinigių dydį. Jeigu tokį pat (didžiausią) dydį pasiūlo keli dalyviai, atnaujinamas dalyvių varžymasis, o dalyviai privalo pateikti naują ne mažesnio dydžio nuompinigių pasiūlymą.</w:t>
      </w:r>
    </w:p>
    <w:p w14:paraId="532CBB43" w14:textId="77777777" w:rsidR="00314311" w:rsidRPr="00F84247" w:rsidRDefault="00314311" w:rsidP="00F84247">
      <w:pPr>
        <w:pStyle w:val="Sraopastraipa"/>
        <w:numPr>
          <w:ilvl w:val="0"/>
          <w:numId w:val="10"/>
        </w:numPr>
        <w:jc w:val="both"/>
        <w:rPr>
          <w:rFonts w:ascii="Times New Roman" w:hAnsi="Times New Roman" w:cs="Times New Roman"/>
          <w:sz w:val="24"/>
          <w:szCs w:val="24"/>
          <w:lang w:val="pt-BR" w:eastAsia="lt-LT"/>
        </w:rPr>
      </w:pPr>
      <w:r w:rsidRPr="00F84247">
        <w:rPr>
          <w:rFonts w:ascii="Times New Roman" w:hAnsi="Times New Roman" w:cs="Times New Roman"/>
          <w:sz w:val="24"/>
          <w:szCs w:val="24"/>
          <w:lang w:val="pt-BR" w:eastAsia="lt-LT"/>
        </w:rPr>
        <w:t xml:space="preserve">Kėdainių kultūros centras bet kuriuo metu iki nuomos sutarties sudarymo turi teisę motyvuotu rašytiniu sprendimu nutraukti konkurso procedūras, jeigu: </w:t>
      </w:r>
    </w:p>
    <w:p w14:paraId="21FA11DD" w14:textId="77777777" w:rsidR="00E757EA" w:rsidRPr="00F84247" w:rsidRDefault="00314311" w:rsidP="00F84247">
      <w:pPr>
        <w:pStyle w:val="Sraopastraipa"/>
        <w:numPr>
          <w:ilvl w:val="1"/>
          <w:numId w:val="10"/>
        </w:numPr>
        <w:ind w:left="360" w:firstLine="491"/>
        <w:jc w:val="both"/>
        <w:rPr>
          <w:rFonts w:ascii="Times New Roman" w:hAnsi="Times New Roman" w:cs="Times New Roman"/>
          <w:sz w:val="24"/>
          <w:szCs w:val="24"/>
          <w:lang w:val="pt-BR" w:eastAsia="lt-LT"/>
        </w:rPr>
      </w:pPr>
      <w:r w:rsidRPr="00F84247">
        <w:rPr>
          <w:rFonts w:ascii="Times New Roman" w:hAnsi="Times New Roman" w:cs="Times New Roman"/>
          <w:sz w:val="24"/>
          <w:szCs w:val="24"/>
          <w:lang w:val="pt-BR" w:eastAsia="lt-LT"/>
        </w:rPr>
        <w:t xml:space="preserve">atsiranda aplinkybių, kurių nebuvo galima numatyti iki paskelbiant konkursą; </w:t>
      </w:r>
    </w:p>
    <w:p w14:paraId="33EC7F87" w14:textId="77777777" w:rsidR="00E757EA" w:rsidRPr="00F84247" w:rsidRDefault="00314311" w:rsidP="00F84247">
      <w:pPr>
        <w:pStyle w:val="Sraopastraipa"/>
        <w:numPr>
          <w:ilvl w:val="1"/>
          <w:numId w:val="10"/>
        </w:numPr>
        <w:ind w:left="360" w:firstLine="491"/>
        <w:jc w:val="both"/>
        <w:rPr>
          <w:rFonts w:ascii="Times New Roman" w:hAnsi="Times New Roman" w:cs="Times New Roman"/>
          <w:sz w:val="24"/>
          <w:szCs w:val="24"/>
          <w:lang w:val="pt-BR" w:eastAsia="lt-LT"/>
        </w:rPr>
      </w:pPr>
      <w:r w:rsidRPr="00F84247">
        <w:rPr>
          <w:rFonts w:ascii="Times New Roman" w:hAnsi="Times New Roman" w:cs="Times New Roman"/>
          <w:sz w:val="24"/>
          <w:szCs w:val="24"/>
          <w:lang w:val="pt-BR" w:eastAsia="lt-LT"/>
        </w:rPr>
        <w:t>paskelbus konkursą paaiškėja, kad Savivaldybės turto nuoma negalima.</w:t>
      </w:r>
    </w:p>
    <w:p w14:paraId="779F3789" w14:textId="459AF433" w:rsidR="00314311" w:rsidRPr="00F84247" w:rsidRDefault="00314311" w:rsidP="00F84247">
      <w:pPr>
        <w:pStyle w:val="Sraopastraipa"/>
        <w:numPr>
          <w:ilvl w:val="0"/>
          <w:numId w:val="10"/>
        </w:numPr>
        <w:jc w:val="both"/>
        <w:rPr>
          <w:rFonts w:ascii="Times New Roman" w:hAnsi="Times New Roman" w:cs="Times New Roman"/>
          <w:sz w:val="24"/>
          <w:szCs w:val="24"/>
          <w:lang w:val="pt-BR" w:eastAsia="lt-LT"/>
        </w:rPr>
      </w:pPr>
      <w:r w:rsidRPr="00F84247">
        <w:rPr>
          <w:rFonts w:ascii="Times New Roman" w:hAnsi="Times New Roman" w:cs="Times New Roman"/>
          <w:sz w:val="24"/>
          <w:szCs w:val="24"/>
          <w:lang w:val="pt-BR" w:eastAsia="lt-LT"/>
        </w:rPr>
        <w:t>Konkurso dalyviai apie sprendimą nutraukti konkurso procedūras informuojami raštu, pradinis įnašas jiems grąžinamas per 5 darbo dienas nuo sprendimo nutraukti konkursą priėmimo.</w:t>
      </w:r>
    </w:p>
    <w:p w14:paraId="60B8B2AB" w14:textId="0A0C3B71" w:rsidR="001C3569" w:rsidRPr="00F84247" w:rsidRDefault="00E757EA" w:rsidP="00F84247">
      <w:pPr>
        <w:pStyle w:val="Sraopastraipa"/>
        <w:numPr>
          <w:ilvl w:val="0"/>
          <w:numId w:val="10"/>
        </w:numPr>
        <w:jc w:val="both"/>
        <w:rPr>
          <w:rFonts w:ascii="Times New Roman" w:hAnsi="Times New Roman" w:cs="Times New Roman"/>
          <w:sz w:val="24"/>
          <w:szCs w:val="24"/>
          <w:lang w:val="pt-BR"/>
        </w:rPr>
      </w:pPr>
      <w:r w:rsidRPr="00F84247">
        <w:rPr>
          <w:rFonts w:ascii="Times New Roman" w:hAnsi="Times New Roman" w:cs="Times New Roman"/>
          <w:sz w:val="24"/>
          <w:szCs w:val="24"/>
          <w:lang w:val="pt-BR" w:eastAsia="lt-LT"/>
        </w:rPr>
        <w:t>Kėdainių kultūros centras su turto nuomos konkurso laimėtoju arba jo įgaliotu atstovu pasirašo nustatytą turto nuomos sutartį.</w:t>
      </w:r>
      <w:r w:rsidR="000A6ED9">
        <w:rPr>
          <w:rFonts w:ascii="Times New Roman" w:hAnsi="Times New Roman" w:cs="Times New Roman"/>
          <w:sz w:val="24"/>
          <w:szCs w:val="24"/>
          <w:lang w:val="pt-BR" w:eastAsia="lt-LT"/>
        </w:rPr>
        <w:t>(5</w:t>
      </w:r>
      <w:r w:rsidR="000A6ED9" w:rsidRPr="00F84247">
        <w:rPr>
          <w:rFonts w:ascii="Times New Roman" w:hAnsi="Times New Roman" w:cs="Times New Roman"/>
          <w:sz w:val="24"/>
          <w:szCs w:val="24"/>
          <w:lang w:val="pt-BR" w:eastAsia="lt-LT"/>
        </w:rPr>
        <w:t xml:space="preserve"> pried</w:t>
      </w:r>
      <w:r w:rsidR="000A6ED9">
        <w:rPr>
          <w:rFonts w:ascii="Times New Roman" w:hAnsi="Times New Roman" w:cs="Times New Roman"/>
          <w:sz w:val="24"/>
          <w:szCs w:val="24"/>
          <w:lang w:val="pt-BR" w:eastAsia="lt-LT"/>
        </w:rPr>
        <w:t>as)</w:t>
      </w:r>
    </w:p>
    <w:p w14:paraId="495B5866" w14:textId="77777777" w:rsidR="00F84247" w:rsidRPr="00F84247" w:rsidRDefault="001C3569" w:rsidP="00F84247">
      <w:pPr>
        <w:pStyle w:val="Sraopastraipa"/>
        <w:numPr>
          <w:ilvl w:val="0"/>
          <w:numId w:val="10"/>
        </w:numPr>
        <w:jc w:val="both"/>
        <w:rPr>
          <w:rFonts w:ascii="Times New Roman" w:hAnsi="Times New Roman" w:cs="Times New Roman"/>
          <w:sz w:val="24"/>
          <w:szCs w:val="24"/>
          <w:lang w:val="pt-BR"/>
        </w:rPr>
      </w:pPr>
      <w:r w:rsidRPr="00F84247">
        <w:rPr>
          <w:rFonts w:ascii="Times New Roman" w:hAnsi="Times New Roman" w:cs="Times New Roman"/>
          <w:sz w:val="24"/>
          <w:szCs w:val="24"/>
          <w:lang w:val="pt-BR" w:eastAsia="lt-LT"/>
        </w:rPr>
        <w:t>Turto perdavimas įforminamas 2 priede nustatytu Savivaldybės ilgalaikio materialiojo turto perdavimo– priėmimo aktu.</w:t>
      </w:r>
      <w:r w:rsidR="00F84247" w:rsidRPr="00F84247">
        <w:rPr>
          <w:rFonts w:ascii="Times New Roman" w:hAnsi="Times New Roman" w:cs="Times New Roman"/>
          <w:sz w:val="24"/>
          <w:szCs w:val="24"/>
          <w:lang w:val="pt-BR" w:eastAsia="lt-LT"/>
        </w:rPr>
        <w:t xml:space="preserve"> </w:t>
      </w:r>
    </w:p>
    <w:p w14:paraId="709A2ED6" w14:textId="77777777" w:rsidR="00F84247" w:rsidRPr="00F84247" w:rsidRDefault="00000000" w:rsidP="00F84247">
      <w:pPr>
        <w:pStyle w:val="Sraopastraipa"/>
        <w:numPr>
          <w:ilvl w:val="0"/>
          <w:numId w:val="10"/>
        </w:numPr>
        <w:jc w:val="both"/>
        <w:rPr>
          <w:rFonts w:ascii="Times New Roman" w:hAnsi="Times New Roman" w:cs="Times New Roman"/>
          <w:bCs/>
          <w:sz w:val="24"/>
          <w:szCs w:val="24"/>
          <w:lang w:val="pt-BR"/>
        </w:rPr>
      </w:pPr>
      <w:r w:rsidRPr="00F84247">
        <w:rPr>
          <w:rFonts w:ascii="Times New Roman" w:hAnsi="Times New Roman" w:cs="Times New Roman"/>
          <w:bCs/>
          <w:sz w:val="24"/>
          <w:szCs w:val="24"/>
          <w:lang w:val="pt-BR"/>
        </w:rPr>
        <w:t>Jeigu dalyvauti konkurse užsiregistruoja tik vienas konkurso dalyvis, jo pateikti</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dokumentai atitinka konkurso sąlygų reikalavimus ir jis pasiūlo turto nuompinigių dydį, ne mažesnį</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už nustatytą pradinį nuompinigių dydį, konkurso dalyvis pripažįstamas konkurso laimėtoju.</w:t>
      </w:r>
    </w:p>
    <w:p w14:paraId="05214BD6" w14:textId="77777777" w:rsidR="00F84247" w:rsidRPr="00F84247" w:rsidRDefault="00000000" w:rsidP="00F84247">
      <w:pPr>
        <w:pStyle w:val="Sraopastraipa"/>
        <w:numPr>
          <w:ilvl w:val="0"/>
          <w:numId w:val="10"/>
        </w:numPr>
        <w:jc w:val="both"/>
        <w:rPr>
          <w:rFonts w:ascii="Times New Roman" w:hAnsi="Times New Roman" w:cs="Times New Roman"/>
          <w:bCs/>
          <w:sz w:val="24"/>
          <w:szCs w:val="24"/>
          <w:lang w:val="pt-BR"/>
        </w:rPr>
      </w:pPr>
      <w:r w:rsidRPr="00F84247">
        <w:rPr>
          <w:rFonts w:ascii="Times New Roman" w:hAnsi="Times New Roman" w:cs="Times New Roman"/>
          <w:bCs/>
          <w:sz w:val="24"/>
          <w:szCs w:val="24"/>
          <w:lang w:val="pt-BR"/>
        </w:rPr>
        <w:lastRenderedPageBreak/>
        <w:t>Kiekvienas nuomos konkursu suinteresuotas dalyvis, kuris mano, kad Nuomotojas</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nesilaikė sąlygų ir pažeidė ar pažeis jo teisėtus interesus, turi raštu pateikti pretenziją Nuomotojui.</w:t>
      </w:r>
    </w:p>
    <w:p w14:paraId="5FD2DDA4" w14:textId="77777777" w:rsidR="00F84247" w:rsidRPr="00F84247" w:rsidRDefault="00000000" w:rsidP="00F84247">
      <w:pPr>
        <w:pStyle w:val="Sraopastraipa"/>
        <w:numPr>
          <w:ilvl w:val="0"/>
          <w:numId w:val="10"/>
        </w:numPr>
        <w:jc w:val="both"/>
        <w:rPr>
          <w:rFonts w:ascii="Times New Roman" w:hAnsi="Times New Roman" w:cs="Times New Roman"/>
          <w:bCs/>
          <w:sz w:val="24"/>
          <w:szCs w:val="24"/>
          <w:lang w:val="pt-BR"/>
        </w:rPr>
      </w:pPr>
      <w:r w:rsidRPr="00F84247">
        <w:rPr>
          <w:rFonts w:ascii="Times New Roman" w:hAnsi="Times New Roman" w:cs="Times New Roman"/>
          <w:bCs/>
          <w:sz w:val="24"/>
          <w:szCs w:val="24"/>
          <w:lang w:val="pt-BR"/>
        </w:rPr>
        <w:t>Pretenzija dėl nuomos konkurso sąlygų turi būti pateikiama per 3 d. d. nuo nuomos</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konkurso sąlygų paskelbimo dienos.</w:t>
      </w:r>
    </w:p>
    <w:p w14:paraId="117FF0F9" w14:textId="77777777" w:rsidR="00F84247" w:rsidRPr="00F84247" w:rsidRDefault="00000000" w:rsidP="00F84247">
      <w:pPr>
        <w:pStyle w:val="Sraopastraipa"/>
        <w:numPr>
          <w:ilvl w:val="0"/>
          <w:numId w:val="10"/>
        </w:numPr>
        <w:jc w:val="both"/>
        <w:rPr>
          <w:rFonts w:ascii="Times New Roman" w:hAnsi="Times New Roman" w:cs="Times New Roman"/>
          <w:bCs/>
          <w:sz w:val="24"/>
          <w:szCs w:val="24"/>
          <w:lang w:val="pt-BR"/>
        </w:rPr>
      </w:pPr>
      <w:r w:rsidRPr="00F84247">
        <w:rPr>
          <w:rFonts w:ascii="Times New Roman" w:hAnsi="Times New Roman" w:cs="Times New Roman"/>
          <w:bCs/>
          <w:sz w:val="24"/>
          <w:szCs w:val="24"/>
          <w:lang w:val="pt-BR"/>
        </w:rPr>
        <w:t>Gavus pretenziją, kol pretenzija nebus išnagrinėta ir kol nebus pateiktas atsakymas į ją,</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jokie kiti sprendimai dėl šio nuomos konkurso nepriimami.</w:t>
      </w:r>
    </w:p>
    <w:p w14:paraId="51E7EA3D" w14:textId="77777777" w:rsidR="00F84247" w:rsidRPr="00F84247" w:rsidRDefault="00000000" w:rsidP="00F84247">
      <w:pPr>
        <w:pStyle w:val="Sraopastraipa"/>
        <w:numPr>
          <w:ilvl w:val="0"/>
          <w:numId w:val="10"/>
        </w:numPr>
        <w:jc w:val="both"/>
        <w:rPr>
          <w:rFonts w:ascii="Times New Roman" w:hAnsi="Times New Roman" w:cs="Times New Roman"/>
          <w:bCs/>
          <w:sz w:val="24"/>
          <w:szCs w:val="24"/>
          <w:lang w:val="pt-BR"/>
        </w:rPr>
      </w:pPr>
      <w:r w:rsidRPr="00F84247">
        <w:rPr>
          <w:rFonts w:ascii="Times New Roman" w:hAnsi="Times New Roman" w:cs="Times New Roman"/>
          <w:bCs/>
          <w:sz w:val="24"/>
          <w:szCs w:val="24"/>
          <w:lang w:val="pt-BR"/>
        </w:rPr>
        <w:t>Pretenzija dėl konkurso laimėtojo paskelbimo turi būti pareikšta raštu per 3 darbo dienas</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nuo Nuomotojo informacijos apie priimtą sprendimą raštu, el. paštu išsiuntimo dalyviams dienos.</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Pretenzija, pateikta praleidus nustatytą terminą, nesvarstoma ir grąžinama ją pateikusiam dalyviui.</w:t>
      </w:r>
    </w:p>
    <w:p w14:paraId="560E0A9B" w14:textId="77777777" w:rsidR="00F84247" w:rsidRPr="00F84247" w:rsidRDefault="00000000" w:rsidP="00F84247">
      <w:pPr>
        <w:pStyle w:val="Sraopastraipa"/>
        <w:numPr>
          <w:ilvl w:val="0"/>
          <w:numId w:val="10"/>
        </w:numPr>
        <w:jc w:val="both"/>
        <w:rPr>
          <w:rFonts w:ascii="Times New Roman" w:hAnsi="Times New Roman" w:cs="Times New Roman"/>
          <w:bCs/>
          <w:sz w:val="24"/>
          <w:szCs w:val="24"/>
          <w:lang w:val="pt-BR"/>
        </w:rPr>
      </w:pPr>
      <w:r w:rsidRPr="00F84247">
        <w:rPr>
          <w:rFonts w:ascii="Times New Roman" w:hAnsi="Times New Roman" w:cs="Times New Roman"/>
          <w:bCs/>
          <w:sz w:val="24"/>
          <w:szCs w:val="24"/>
          <w:lang w:val="pt-BR"/>
        </w:rPr>
        <w:t>Jeigu dalyvio rašytinė pretenzija gauta iki sprendimo apie nuomos konkursą laimėjusį</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dalyvį pranešimo priėmimo, Nuomotojas privalo sustabdyti nuomos konkurso procedūras iki</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išnagrinės šią pretenziją ir priims dėl jos sprendimą.</w:t>
      </w:r>
    </w:p>
    <w:p w14:paraId="58F175E8" w14:textId="77777777" w:rsidR="00F84247" w:rsidRPr="00F84247" w:rsidRDefault="00000000" w:rsidP="00F84247">
      <w:pPr>
        <w:pStyle w:val="Sraopastraipa"/>
        <w:numPr>
          <w:ilvl w:val="0"/>
          <w:numId w:val="10"/>
        </w:numPr>
        <w:jc w:val="both"/>
        <w:rPr>
          <w:rFonts w:ascii="Times New Roman" w:hAnsi="Times New Roman" w:cs="Times New Roman"/>
          <w:bCs/>
          <w:sz w:val="24"/>
          <w:szCs w:val="24"/>
          <w:lang w:val="pt-BR"/>
        </w:rPr>
      </w:pPr>
      <w:r w:rsidRPr="00F84247">
        <w:rPr>
          <w:rFonts w:ascii="Times New Roman" w:hAnsi="Times New Roman" w:cs="Times New Roman"/>
          <w:bCs/>
          <w:sz w:val="24"/>
          <w:szCs w:val="24"/>
          <w:lang w:val="pt-BR"/>
        </w:rPr>
        <w:t>Nuomotojas išnagrinėja pretenziją ir priima motyvuotą sprendimą ne vėliau kaip per 5</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darbo dienas nuo pretenzijos gavimo dienos, taip pat apie priimtą sprendimą ne vėliau kaip kitą darbo</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dieną raštu praneša pretenziją pateikusiajam dalyviui ir kitiems derybose dalyvavusiems</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kandidatams. Išnagrinėjus pretenziją, nuomos konkurso procedūra tęsiama.</w:t>
      </w:r>
    </w:p>
    <w:p w14:paraId="5A2C47EF" w14:textId="60808963" w:rsidR="00F83F85" w:rsidRDefault="00000000" w:rsidP="00F84247">
      <w:pPr>
        <w:pStyle w:val="Sraopastraipa"/>
        <w:numPr>
          <w:ilvl w:val="0"/>
          <w:numId w:val="10"/>
        </w:numPr>
        <w:jc w:val="both"/>
        <w:rPr>
          <w:rFonts w:ascii="Times New Roman" w:hAnsi="Times New Roman" w:cs="Times New Roman"/>
          <w:bCs/>
          <w:sz w:val="24"/>
          <w:szCs w:val="24"/>
          <w:lang w:val="pt-BR"/>
        </w:rPr>
      </w:pPr>
      <w:r w:rsidRPr="00F84247">
        <w:rPr>
          <w:rFonts w:ascii="Times New Roman" w:hAnsi="Times New Roman" w:cs="Times New Roman"/>
          <w:bCs/>
          <w:sz w:val="24"/>
          <w:szCs w:val="24"/>
          <w:lang w:val="pt-BR"/>
        </w:rPr>
        <w:t>Konkurso dalyviai Nuomotojo sprendimus ar sprendimus dėl išnagrinėtų pretenzijų gali</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apskųsti Lietuvos Respublikos administracinių bylų teisenos įstatymo arba Lietuvos Respublikos</w:t>
      </w:r>
      <w:r w:rsidR="00F84247" w:rsidRPr="00F84247">
        <w:rPr>
          <w:rFonts w:ascii="Times New Roman" w:hAnsi="Times New Roman" w:cs="Times New Roman"/>
          <w:bCs/>
          <w:sz w:val="24"/>
          <w:szCs w:val="24"/>
          <w:lang w:val="pt-BR"/>
        </w:rPr>
        <w:t xml:space="preserve"> </w:t>
      </w:r>
      <w:r w:rsidRPr="00F84247">
        <w:rPr>
          <w:rFonts w:ascii="Times New Roman" w:hAnsi="Times New Roman" w:cs="Times New Roman"/>
          <w:bCs/>
          <w:sz w:val="24"/>
          <w:szCs w:val="24"/>
          <w:lang w:val="pt-BR"/>
        </w:rPr>
        <w:t>civilinio proceso kodekso nustatyta tvarka.</w:t>
      </w:r>
    </w:p>
    <w:p w14:paraId="2E0113F1" w14:textId="77777777" w:rsidR="0003161E" w:rsidRDefault="0003161E" w:rsidP="0003161E">
      <w:pPr>
        <w:jc w:val="both"/>
        <w:rPr>
          <w:rFonts w:ascii="Times New Roman" w:hAnsi="Times New Roman" w:cs="Times New Roman"/>
          <w:bCs/>
          <w:sz w:val="24"/>
          <w:szCs w:val="24"/>
          <w:lang w:val="pt-BR"/>
        </w:rPr>
      </w:pPr>
    </w:p>
    <w:p w14:paraId="4A196281" w14:textId="77777777" w:rsidR="0003161E" w:rsidRDefault="0003161E" w:rsidP="0003161E">
      <w:pPr>
        <w:ind w:left="5040"/>
        <w:rPr>
          <w:rFonts w:ascii="Times New Roman" w:hAnsi="Times New Roman" w:cs="Times New Roman"/>
          <w:bCs/>
          <w:sz w:val="24"/>
          <w:szCs w:val="24"/>
          <w:lang w:val="pt-BR"/>
        </w:rPr>
      </w:pPr>
    </w:p>
    <w:p w14:paraId="5081C3BF" w14:textId="77777777" w:rsidR="007C77D1" w:rsidRDefault="007C77D1" w:rsidP="0003161E">
      <w:pPr>
        <w:ind w:left="5040"/>
        <w:rPr>
          <w:rFonts w:ascii="Times New Roman" w:hAnsi="Times New Roman" w:cs="Times New Roman"/>
          <w:bCs/>
          <w:sz w:val="24"/>
          <w:szCs w:val="24"/>
          <w:lang w:val="pt-BR"/>
        </w:rPr>
      </w:pPr>
    </w:p>
    <w:p w14:paraId="1FD61FAD" w14:textId="77777777" w:rsidR="007C77D1" w:rsidRDefault="007C77D1" w:rsidP="0003161E">
      <w:pPr>
        <w:ind w:left="5040"/>
        <w:rPr>
          <w:rFonts w:ascii="Times New Roman" w:hAnsi="Times New Roman" w:cs="Times New Roman"/>
          <w:bCs/>
          <w:sz w:val="24"/>
          <w:szCs w:val="24"/>
          <w:lang w:val="pt-BR"/>
        </w:rPr>
      </w:pPr>
    </w:p>
    <w:p w14:paraId="6D15C874" w14:textId="77777777" w:rsidR="007C77D1" w:rsidRDefault="007C77D1" w:rsidP="0003161E">
      <w:pPr>
        <w:ind w:left="5040"/>
        <w:rPr>
          <w:rFonts w:ascii="Times New Roman" w:hAnsi="Times New Roman" w:cs="Times New Roman"/>
          <w:bCs/>
          <w:sz w:val="24"/>
          <w:szCs w:val="24"/>
          <w:lang w:val="pt-BR"/>
        </w:rPr>
      </w:pPr>
    </w:p>
    <w:p w14:paraId="695DB021" w14:textId="77777777" w:rsidR="007C77D1" w:rsidRDefault="007C77D1" w:rsidP="0003161E">
      <w:pPr>
        <w:ind w:left="5040"/>
        <w:rPr>
          <w:rFonts w:ascii="Times New Roman" w:hAnsi="Times New Roman" w:cs="Times New Roman"/>
          <w:bCs/>
          <w:sz w:val="24"/>
          <w:szCs w:val="24"/>
          <w:lang w:val="pt-BR"/>
        </w:rPr>
      </w:pPr>
    </w:p>
    <w:p w14:paraId="15646ECE" w14:textId="77777777" w:rsidR="008577F4" w:rsidRDefault="008577F4" w:rsidP="0003161E">
      <w:pPr>
        <w:ind w:left="5040"/>
        <w:rPr>
          <w:rFonts w:ascii="Times New Roman" w:hAnsi="Times New Roman" w:cs="Times New Roman"/>
          <w:bCs/>
          <w:sz w:val="24"/>
          <w:szCs w:val="24"/>
          <w:lang w:val="pt-BR"/>
        </w:rPr>
      </w:pPr>
    </w:p>
    <w:p w14:paraId="778BF57F" w14:textId="77777777" w:rsidR="008577F4" w:rsidRDefault="008577F4" w:rsidP="0003161E">
      <w:pPr>
        <w:ind w:left="5040"/>
        <w:rPr>
          <w:rFonts w:ascii="Times New Roman" w:hAnsi="Times New Roman" w:cs="Times New Roman"/>
          <w:bCs/>
          <w:sz w:val="24"/>
          <w:szCs w:val="24"/>
          <w:lang w:val="pt-BR"/>
        </w:rPr>
      </w:pPr>
    </w:p>
    <w:p w14:paraId="2F21E96D" w14:textId="77777777" w:rsidR="008577F4" w:rsidRDefault="008577F4" w:rsidP="0003161E">
      <w:pPr>
        <w:ind w:left="5040"/>
        <w:rPr>
          <w:rFonts w:ascii="Times New Roman" w:hAnsi="Times New Roman" w:cs="Times New Roman"/>
          <w:bCs/>
          <w:sz w:val="24"/>
          <w:szCs w:val="24"/>
          <w:lang w:val="pt-BR"/>
        </w:rPr>
      </w:pPr>
    </w:p>
    <w:p w14:paraId="27E9E5CE" w14:textId="77777777" w:rsidR="008577F4" w:rsidRDefault="008577F4" w:rsidP="0003161E">
      <w:pPr>
        <w:ind w:left="5040"/>
        <w:rPr>
          <w:rFonts w:ascii="Times New Roman" w:hAnsi="Times New Roman" w:cs="Times New Roman"/>
          <w:bCs/>
          <w:sz w:val="24"/>
          <w:szCs w:val="24"/>
          <w:lang w:val="pt-BR"/>
        </w:rPr>
      </w:pPr>
    </w:p>
    <w:p w14:paraId="4AD979BE" w14:textId="77777777" w:rsidR="00801C2C" w:rsidRDefault="00801C2C" w:rsidP="0003161E">
      <w:pPr>
        <w:ind w:left="5040"/>
        <w:rPr>
          <w:rFonts w:ascii="Times New Roman" w:hAnsi="Times New Roman" w:cs="Times New Roman"/>
          <w:bCs/>
          <w:sz w:val="24"/>
          <w:szCs w:val="24"/>
          <w:lang w:val="pt-BR"/>
        </w:rPr>
      </w:pPr>
    </w:p>
    <w:p w14:paraId="389C567D" w14:textId="77777777" w:rsidR="00801C2C" w:rsidRDefault="00801C2C" w:rsidP="0003161E">
      <w:pPr>
        <w:ind w:left="5040"/>
        <w:rPr>
          <w:rFonts w:ascii="Times New Roman" w:hAnsi="Times New Roman" w:cs="Times New Roman"/>
          <w:bCs/>
          <w:sz w:val="24"/>
          <w:szCs w:val="24"/>
          <w:lang w:val="pt-BR"/>
        </w:rPr>
      </w:pPr>
    </w:p>
    <w:p w14:paraId="55A153F1" w14:textId="77777777" w:rsidR="008577F4" w:rsidRDefault="008577F4" w:rsidP="0003161E">
      <w:pPr>
        <w:ind w:left="5040"/>
        <w:rPr>
          <w:rFonts w:ascii="Times New Roman" w:hAnsi="Times New Roman" w:cs="Times New Roman"/>
          <w:bCs/>
          <w:sz w:val="24"/>
          <w:szCs w:val="24"/>
          <w:lang w:val="pt-BR"/>
        </w:rPr>
      </w:pPr>
    </w:p>
    <w:p w14:paraId="07212A3B" w14:textId="77777777" w:rsidR="008577F4" w:rsidRDefault="008577F4" w:rsidP="0003161E">
      <w:pPr>
        <w:ind w:left="5040"/>
        <w:rPr>
          <w:rFonts w:ascii="Times New Roman" w:hAnsi="Times New Roman" w:cs="Times New Roman"/>
          <w:bCs/>
          <w:sz w:val="24"/>
          <w:szCs w:val="24"/>
          <w:lang w:val="pt-BR"/>
        </w:rPr>
      </w:pPr>
    </w:p>
    <w:p w14:paraId="1137250D" w14:textId="77777777" w:rsidR="008577F4" w:rsidRDefault="008577F4" w:rsidP="0003161E">
      <w:pPr>
        <w:ind w:left="5040"/>
        <w:rPr>
          <w:rFonts w:ascii="Times New Roman" w:hAnsi="Times New Roman" w:cs="Times New Roman"/>
          <w:bCs/>
          <w:sz w:val="24"/>
          <w:szCs w:val="24"/>
          <w:lang w:val="pt-BR"/>
        </w:rPr>
      </w:pPr>
    </w:p>
    <w:p w14:paraId="16001F37" w14:textId="77777777" w:rsidR="007C77D1" w:rsidRPr="008577F4" w:rsidRDefault="007C77D1" w:rsidP="008577F4">
      <w:pPr>
        <w:spacing w:line="240" w:lineRule="auto"/>
        <w:ind w:left="5760"/>
        <w:rPr>
          <w:rFonts w:ascii="Times New Roman" w:hAnsi="Times New Roman" w:cs="Times New Roman"/>
          <w:bCs/>
          <w:sz w:val="20"/>
          <w:szCs w:val="20"/>
          <w:lang w:val="pt-BR"/>
        </w:rPr>
      </w:pPr>
      <w:r w:rsidRPr="008577F4">
        <w:rPr>
          <w:rFonts w:ascii="Times New Roman" w:hAnsi="Times New Roman" w:cs="Times New Roman"/>
          <w:bCs/>
          <w:sz w:val="20"/>
          <w:szCs w:val="20"/>
          <w:lang w:val="pt-BR"/>
        </w:rPr>
        <w:t xml:space="preserve">Kėdainių kultūros centro turto </w:t>
      </w:r>
      <w:r w:rsidRPr="008577F4">
        <w:rPr>
          <w:rFonts w:ascii="Times New Roman" w:hAnsi="Times New Roman" w:cs="Times New Roman"/>
          <w:bCs/>
          <w:sz w:val="20"/>
          <w:szCs w:val="20"/>
          <w:lang w:val="pt-BR"/>
        </w:rPr>
        <w:br/>
        <w:t>nuomos viešojo konkurso sąlygų 1 priedas</w:t>
      </w:r>
    </w:p>
    <w:p w14:paraId="4D0D659D" w14:textId="76035B60" w:rsidR="007C77D1" w:rsidRDefault="007C77D1" w:rsidP="0003161E">
      <w:pPr>
        <w:jc w:val="center"/>
        <w:rPr>
          <w:rFonts w:ascii="Times New Roman" w:hAnsi="Times New Roman" w:cs="Times New Roman"/>
          <w:bCs/>
          <w:sz w:val="24"/>
          <w:szCs w:val="24"/>
          <w:lang w:val="pt-BR"/>
        </w:rPr>
      </w:pPr>
    </w:p>
    <w:p w14:paraId="2D7E474B" w14:textId="3B51BAC2" w:rsidR="007C77D1" w:rsidRDefault="0003161E" w:rsidP="0003161E">
      <w:pPr>
        <w:jc w:val="center"/>
        <w:rPr>
          <w:rFonts w:ascii="Times New Roman" w:hAnsi="Times New Roman" w:cs="Times New Roman"/>
          <w:bCs/>
          <w:noProof/>
          <w:sz w:val="24"/>
          <w:szCs w:val="24"/>
          <w:lang w:val="pt-BR"/>
        </w:rPr>
      </w:pPr>
      <w:r w:rsidRPr="008577F4">
        <w:rPr>
          <w:rFonts w:ascii="Times New Roman" w:hAnsi="Times New Roman" w:cs="Times New Roman"/>
          <w:b/>
          <w:sz w:val="24"/>
          <w:szCs w:val="24"/>
          <w:lang w:val="pt-BR"/>
        </w:rPr>
        <w:t>NUOMOJAMŲ PATALPŲ PLANAS</w:t>
      </w:r>
      <w:r w:rsidR="007C77D1" w:rsidRPr="008577F4">
        <w:rPr>
          <w:rFonts w:ascii="Times New Roman" w:hAnsi="Times New Roman" w:cs="Times New Roman"/>
          <w:b/>
          <w:sz w:val="24"/>
          <w:szCs w:val="24"/>
          <w:lang w:val="pt-BR"/>
        </w:rPr>
        <w:br/>
        <w:t>Kėdainių kultūros centras, J.Basanavičiaus g. 24, Kėdainiai</w:t>
      </w:r>
      <w:r w:rsidR="00380FC8" w:rsidRPr="008577F4">
        <w:rPr>
          <w:b/>
          <w:lang w:val="pt-BR"/>
        </w:rPr>
        <w:t xml:space="preserve"> </w:t>
      </w:r>
      <w:r w:rsidR="00380FC8" w:rsidRPr="00380FC8">
        <w:rPr>
          <w:rFonts w:ascii="Times New Roman" w:hAnsi="Times New Roman" w:cs="Times New Roman"/>
          <w:bCs/>
          <w:noProof/>
          <w:sz w:val="24"/>
          <w:szCs w:val="24"/>
          <w:lang w:val="pt-BR"/>
        </w:rPr>
        <w:t xml:space="preserve"> </w:t>
      </w:r>
      <w:r w:rsidR="007C77D1">
        <w:rPr>
          <w:rFonts w:ascii="Times New Roman" w:hAnsi="Times New Roman" w:cs="Times New Roman"/>
          <w:bCs/>
          <w:noProof/>
          <w:sz w:val="24"/>
          <w:szCs w:val="24"/>
          <w:lang w:val="pt-BR"/>
        </w:rPr>
        <w:drawing>
          <wp:inline distT="0" distB="0" distL="0" distR="0" wp14:anchorId="417D5E6E" wp14:editId="5347D4AE">
            <wp:extent cx="4843145" cy="6929009"/>
            <wp:effectExtent l="0" t="0" r="0" b="5715"/>
            <wp:docPr id="174610106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101067" name="Paveikslėlis 1"/>
                    <pic:cNvPicPr/>
                  </pic:nvPicPr>
                  <pic:blipFill>
                    <a:blip r:embed="rId8"/>
                    <a:stretch>
                      <a:fillRect/>
                    </a:stretch>
                  </pic:blipFill>
                  <pic:spPr>
                    <a:xfrm>
                      <a:off x="0" y="0"/>
                      <a:ext cx="4843145" cy="6929009"/>
                    </a:xfrm>
                    <a:prstGeom prst="rect">
                      <a:avLst/>
                    </a:prstGeom>
                  </pic:spPr>
                </pic:pic>
              </a:graphicData>
            </a:graphic>
          </wp:inline>
        </w:drawing>
      </w:r>
    </w:p>
    <w:p w14:paraId="0135566D" w14:textId="77777777" w:rsidR="00B65627" w:rsidRDefault="00B65627" w:rsidP="0003161E">
      <w:pPr>
        <w:jc w:val="center"/>
        <w:rPr>
          <w:rFonts w:ascii="Times New Roman" w:hAnsi="Times New Roman" w:cs="Times New Roman"/>
          <w:bCs/>
          <w:noProof/>
          <w:sz w:val="24"/>
          <w:szCs w:val="24"/>
          <w:lang w:val="pt-BR"/>
        </w:rPr>
      </w:pPr>
    </w:p>
    <w:p w14:paraId="3FC9872A" w14:textId="77777777" w:rsidR="00B65627" w:rsidRDefault="00B65627" w:rsidP="0003161E">
      <w:pPr>
        <w:jc w:val="center"/>
        <w:rPr>
          <w:rFonts w:ascii="Times New Roman" w:hAnsi="Times New Roman" w:cs="Times New Roman"/>
          <w:bCs/>
          <w:noProof/>
          <w:sz w:val="24"/>
          <w:szCs w:val="24"/>
          <w:lang w:val="pt-BR"/>
        </w:rPr>
      </w:pPr>
    </w:p>
    <w:p w14:paraId="039D8CEE" w14:textId="0D5D342A" w:rsidR="007C77D1" w:rsidRPr="008577F4" w:rsidRDefault="007C77D1" w:rsidP="008577F4">
      <w:pPr>
        <w:spacing w:line="240" w:lineRule="auto"/>
        <w:ind w:left="5760"/>
        <w:rPr>
          <w:rFonts w:ascii="Times New Roman" w:hAnsi="Times New Roman" w:cs="Times New Roman"/>
          <w:bCs/>
          <w:sz w:val="20"/>
          <w:szCs w:val="20"/>
          <w:lang w:val="pt-BR"/>
        </w:rPr>
      </w:pPr>
      <w:r w:rsidRPr="008577F4">
        <w:rPr>
          <w:rFonts w:ascii="Times New Roman" w:hAnsi="Times New Roman" w:cs="Times New Roman"/>
          <w:bCs/>
          <w:sz w:val="20"/>
          <w:szCs w:val="20"/>
          <w:lang w:val="pt-BR"/>
        </w:rPr>
        <w:t xml:space="preserve">Kėdainių kultūros centro turto </w:t>
      </w:r>
      <w:r w:rsidRPr="008577F4">
        <w:rPr>
          <w:rFonts w:ascii="Times New Roman" w:hAnsi="Times New Roman" w:cs="Times New Roman"/>
          <w:bCs/>
          <w:sz w:val="20"/>
          <w:szCs w:val="20"/>
          <w:lang w:val="pt-BR"/>
        </w:rPr>
        <w:br/>
        <w:t>nuomos viešojo konkurso sąlygų 2 priedas</w:t>
      </w:r>
    </w:p>
    <w:p w14:paraId="3D55838F" w14:textId="77777777" w:rsidR="00805F62" w:rsidRPr="00457E51" w:rsidRDefault="00805F62" w:rsidP="0003161E">
      <w:pPr>
        <w:jc w:val="center"/>
        <w:rPr>
          <w:rFonts w:ascii="Times New Roman" w:hAnsi="Times New Roman" w:cs="Times New Roman"/>
          <w:bCs/>
          <w:sz w:val="20"/>
          <w:szCs w:val="20"/>
          <w:lang w:val="pt-BR"/>
        </w:rPr>
      </w:pPr>
      <w:r>
        <w:rPr>
          <w:rFonts w:ascii="Times New Roman" w:hAnsi="Times New Roman" w:cs="Times New Roman"/>
          <w:bCs/>
          <w:sz w:val="24"/>
          <w:szCs w:val="24"/>
          <w:lang w:val="pt-BR"/>
        </w:rPr>
        <w:t>______________________________________________________</w:t>
      </w:r>
      <w:r>
        <w:rPr>
          <w:rFonts w:ascii="Times New Roman" w:hAnsi="Times New Roman" w:cs="Times New Roman"/>
          <w:bCs/>
          <w:sz w:val="24"/>
          <w:szCs w:val="24"/>
          <w:lang w:val="pt-BR"/>
        </w:rPr>
        <w:br/>
      </w:r>
      <w:r w:rsidRPr="00457E51">
        <w:rPr>
          <w:rFonts w:ascii="Times New Roman" w:hAnsi="Times New Roman" w:cs="Times New Roman"/>
          <w:bCs/>
          <w:sz w:val="20"/>
          <w:szCs w:val="20"/>
          <w:lang w:val="pt-BR"/>
        </w:rPr>
        <w:t>(Konkurso dalyvio pavadinimas)</w:t>
      </w:r>
    </w:p>
    <w:p w14:paraId="549D1F62" w14:textId="77777777" w:rsidR="00805F62" w:rsidRDefault="00805F62" w:rsidP="00EE574E">
      <w:pPr>
        <w:spacing w:line="240" w:lineRule="auto"/>
        <w:rPr>
          <w:rFonts w:ascii="Times New Roman" w:hAnsi="Times New Roman" w:cs="Times New Roman"/>
          <w:bCs/>
          <w:sz w:val="24"/>
          <w:szCs w:val="24"/>
          <w:lang w:val="pt-BR"/>
        </w:rPr>
      </w:pPr>
      <w:r>
        <w:rPr>
          <w:rFonts w:ascii="Times New Roman" w:hAnsi="Times New Roman" w:cs="Times New Roman"/>
          <w:bCs/>
          <w:sz w:val="24"/>
          <w:szCs w:val="24"/>
          <w:lang w:val="pt-BR"/>
        </w:rPr>
        <w:t>Kėdainių kultūros centro</w:t>
      </w:r>
      <w:r>
        <w:rPr>
          <w:rFonts w:ascii="Times New Roman" w:hAnsi="Times New Roman" w:cs="Times New Roman"/>
          <w:bCs/>
          <w:sz w:val="24"/>
          <w:szCs w:val="24"/>
          <w:lang w:val="pt-BR"/>
        </w:rPr>
        <w:br/>
        <w:t>turto nuomos viešojo konkurso laikinajai komisijai</w:t>
      </w:r>
    </w:p>
    <w:p w14:paraId="710095C5" w14:textId="2275F627" w:rsidR="00805F62" w:rsidRDefault="00805F62" w:rsidP="00805F62">
      <w:pPr>
        <w:jc w:val="center"/>
        <w:rPr>
          <w:rFonts w:ascii="Times New Roman" w:hAnsi="Times New Roman" w:cs="Times New Roman"/>
          <w:b/>
          <w:sz w:val="24"/>
          <w:szCs w:val="24"/>
          <w:lang w:val="pt-BR"/>
        </w:rPr>
      </w:pPr>
      <w:r>
        <w:rPr>
          <w:rFonts w:ascii="Times New Roman" w:hAnsi="Times New Roman" w:cs="Times New Roman"/>
          <w:b/>
          <w:sz w:val="24"/>
          <w:szCs w:val="24"/>
          <w:lang w:val="pt-BR"/>
        </w:rPr>
        <w:t>PARAIŠKA</w:t>
      </w:r>
      <w:r>
        <w:rPr>
          <w:rFonts w:ascii="Times New Roman" w:hAnsi="Times New Roman" w:cs="Times New Roman"/>
          <w:b/>
          <w:sz w:val="24"/>
          <w:szCs w:val="24"/>
          <w:lang w:val="pt-BR"/>
        </w:rPr>
        <w:br/>
        <w:t>DĖL KĖDAINIŲ KULTŪROS CENTRO TURTO NUOMOS</w:t>
      </w:r>
    </w:p>
    <w:p w14:paraId="63CB2D90" w14:textId="06E9C6B0" w:rsidR="00805F62" w:rsidRPr="00805F62" w:rsidRDefault="00805F62" w:rsidP="00805F62">
      <w:pPr>
        <w:jc w:val="center"/>
        <w:rPr>
          <w:rFonts w:ascii="Times New Roman" w:hAnsi="Times New Roman" w:cs="Times New Roman"/>
          <w:bCs/>
          <w:sz w:val="24"/>
          <w:szCs w:val="24"/>
          <w:lang w:val="pt-BR"/>
        </w:rPr>
      </w:pPr>
      <w:r w:rsidRPr="00805F62">
        <w:rPr>
          <w:rFonts w:ascii="Times New Roman" w:hAnsi="Times New Roman" w:cs="Times New Roman"/>
          <w:bCs/>
          <w:sz w:val="24"/>
          <w:szCs w:val="24"/>
          <w:lang w:val="pt-BR"/>
        </w:rPr>
        <w:t>2026 m. _______________ d.</w:t>
      </w:r>
    </w:p>
    <w:tbl>
      <w:tblPr>
        <w:tblStyle w:val="Lentelstinklelis"/>
        <w:tblW w:w="0" w:type="auto"/>
        <w:tblInd w:w="108" w:type="dxa"/>
        <w:tblLook w:val="04A0" w:firstRow="1" w:lastRow="0" w:firstColumn="1" w:lastColumn="0" w:noHBand="0" w:noVBand="1"/>
      </w:tblPr>
      <w:tblGrid>
        <w:gridCol w:w="4111"/>
        <w:gridCol w:w="5245"/>
      </w:tblGrid>
      <w:tr w:rsidR="00805F62" w:rsidRPr="006915BB" w14:paraId="53AF3B03" w14:textId="77777777" w:rsidTr="0027429C">
        <w:tc>
          <w:tcPr>
            <w:tcW w:w="4111" w:type="dxa"/>
          </w:tcPr>
          <w:p w14:paraId="57719C2F" w14:textId="1AFE26B3" w:rsidR="00805F62" w:rsidRDefault="00805F62" w:rsidP="00805F62">
            <w:pPr>
              <w:rPr>
                <w:rFonts w:ascii="Times New Roman" w:hAnsi="Times New Roman" w:cs="Times New Roman"/>
                <w:bCs/>
                <w:sz w:val="24"/>
                <w:szCs w:val="24"/>
                <w:lang w:val="pt-BR"/>
              </w:rPr>
            </w:pPr>
            <w:r>
              <w:rPr>
                <w:rFonts w:ascii="Times New Roman" w:hAnsi="Times New Roman" w:cs="Times New Roman"/>
                <w:bCs/>
                <w:sz w:val="24"/>
                <w:szCs w:val="24"/>
                <w:lang w:val="pt-BR"/>
              </w:rPr>
              <w:t>Konkurso dalyvio ar jo įgalioto asmens vardas, pavardė / juridinio asmens</w:t>
            </w:r>
            <w:r w:rsidR="00380FC8">
              <w:rPr>
                <w:rFonts w:ascii="Times New Roman" w:hAnsi="Times New Roman" w:cs="Times New Roman"/>
                <w:bCs/>
                <w:sz w:val="24"/>
                <w:szCs w:val="24"/>
                <w:lang w:val="pt-BR"/>
              </w:rPr>
              <w:t xml:space="preserve"> teisinė forma,</w:t>
            </w:r>
            <w:r>
              <w:rPr>
                <w:rFonts w:ascii="Times New Roman" w:hAnsi="Times New Roman" w:cs="Times New Roman"/>
                <w:bCs/>
                <w:sz w:val="24"/>
                <w:szCs w:val="24"/>
                <w:lang w:val="pt-BR"/>
              </w:rPr>
              <w:t xml:space="preserve"> pavadinimas</w:t>
            </w:r>
          </w:p>
        </w:tc>
        <w:tc>
          <w:tcPr>
            <w:tcW w:w="5245" w:type="dxa"/>
          </w:tcPr>
          <w:p w14:paraId="3C819EA0" w14:textId="77777777" w:rsidR="00805F62" w:rsidRDefault="00805F62" w:rsidP="00805F62">
            <w:pPr>
              <w:jc w:val="center"/>
              <w:rPr>
                <w:rFonts w:ascii="Times New Roman" w:hAnsi="Times New Roman" w:cs="Times New Roman"/>
                <w:bCs/>
                <w:sz w:val="24"/>
                <w:szCs w:val="24"/>
                <w:lang w:val="pt-BR"/>
              </w:rPr>
            </w:pPr>
          </w:p>
        </w:tc>
      </w:tr>
      <w:tr w:rsidR="00805F62" w14:paraId="66A3B843" w14:textId="77777777" w:rsidTr="0027429C">
        <w:tc>
          <w:tcPr>
            <w:tcW w:w="4111" w:type="dxa"/>
          </w:tcPr>
          <w:p w14:paraId="0477C899" w14:textId="61FD72E1" w:rsidR="00805F62" w:rsidRDefault="00805F62" w:rsidP="00805F62">
            <w:pPr>
              <w:rPr>
                <w:rFonts w:ascii="Times New Roman" w:hAnsi="Times New Roman" w:cs="Times New Roman"/>
                <w:bCs/>
                <w:sz w:val="24"/>
                <w:szCs w:val="24"/>
                <w:lang w:val="pt-BR"/>
              </w:rPr>
            </w:pPr>
            <w:r>
              <w:rPr>
                <w:rFonts w:ascii="Times New Roman" w:hAnsi="Times New Roman" w:cs="Times New Roman"/>
                <w:bCs/>
                <w:sz w:val="24"/>
                <w:szCs w:val="24"/>
                <w:lang w:val="pt-BR"/>
              </w:rPr>
              <w:t>Fizinio / juridinio</w:t>
            </w:r>
            <w:r w:rsidR="00EE574E">
              <w:rPr>
                <w:rFonts w:ascii="Times New Roman" w:hAnsi="Times New Roman" w:cs="Times New Roman"/>
                <w:bCs/>
                <w:sz w:val="24"/>
                <w:szCs w:val="24"/>
                <w:lang w:val="pt-BR"/>
              </w:rPr>
              <w:t xml:space="preserve"> asmens kodas</w:t>
            </w:r>
            <w:r>
              <w:rPr>
                <w:rFonts w:ascii="Times New Roman" w:hAnsi="Times New Roman" w:cs="Times New Roman"/>
                <w:bCs/>
                <w:sz w:val="24"/>
                <w:szCs w:val="24"/>
                <w:lang w:val="pt-BR"/>
              </w:rPr>
              <w:t xml:space="preserve"> </w:t>
            </w:r>
          </w:p>
        </w:tc>
        <w:tc>
          <w:tcPr>
            <w:tcW w:w="5245" w:type="dxa"/>
          </w:tcPr>
          <w:p w14:paraId="02573548" w14:textId="77777777" w:rsidR="00805F62" w:rsidRDefault="00805F62" w:rsidP="00805F62">
            <w:pPr>
              <w:jc w:val="center"/>
              <w:rPr>
                <w:rFonts w:ascii="Times New Roman" w:hAnsi="Times New Roman" w:cs="Times New Roman"/>
                <w:bCs/>
                <w:sz w:val="24"/>
                <w:szCs w:val="24"/>
                <w:lang w:val="pt-BR"/>
              </w:rPr>
            </w:pPr>
          </w:p>
        </w:tc>
      </w:tr>
      <w:tr w:rsidR="00805F62" w14:paraId="66F05BD3" w14:textId="77777777" w:rsidTr="0027429C">
        <w:tc>
          <w:tcPr>
            <w:tcW w:w="4111" w:type="dxa"/>
          </w:tcPr>
          <w:p w14:paraId="31E0C985" w14:textId="4F53205E" w:rsidR="00805F62" w:rsidRDefault="00EE574E" w:rsidP="00EE574E">
            <w:pPr>
              <w:rPr>
                <w:rFonts w:ascii="Times New Roman" w:hAnsi="Times New Roman" w:cs="Times New Roman"/>
                <w:bCs/>
                <w:sz w:val="24"/>
                <w:szCs w:val="24"/>
                <w:lang w:val="pt-BR"/>
              </w:rPr>
            </w:pPr>
            <w:r>
              <w:rPr>
                <w:rFonts w:ascii="Times New Roman" w:hAnsi="Times New Roman" w:cs="Times New Roman"/>
                <w:bCs/>
                <w:sz w:val="24"/>
                <w:szCs w:val="24"/>
                <w:lang w:val="pt-BR"/>
              </w:rPr>
              <w:t>Gyvenamosios vietos / buveinės adresas</w:t>
            </w:r>
          </w:p>
        </w:tc>
        <w:tc>
          <w:tcPr>
            <w:tcW w:w="5245" w:type="dxa"/>
          </w:tcPr>
          <w:p w14:paraId="179FC25E" w14:textId="77777777" w:rsidR="00805F62" w:rsidRDefault="00805F62" w:rsidP="00805F62">
            <w:pPr>
              <w:jc w:val="center"/>
              <w:rPr>
                <w:rFonts w:ascii="Times New Roman" w:hAnsi="Times New Roman" w:cs="Times New Roman"/>
                <w:bCs/>
                <w:sz w:val="24"/>
                <w:szCs w:val="24"/>
                <w:lang w:val="pt-BR"/>
              </w:rPr>
            </w:pPr>
          </w:p>
        </w:tc>
      </w:tr>
      <w:tr w:rsidR="00805F62" w14:paraId="73DCBF37" w14:textId="77777777" w:rsidTr="0027429C">
        <w:tc>
          <w:tcPr>
            <w:tcW w:w="4111" w:type="dxa"/>
          </w:tcPr>
          <w:p w14:paraId="2DFF9907" w14:textId="06A43D4D" w:rsidR="00805F62" w:rsidRDefault="00EE574E" w:rsidP="00EE574E">
            <w:pPr>
              <w:rPr>
                <w:rFonts w:ascii="Times New Roman" w:hAnsi="Times New Roman" w:cs="Times New Roman"/>
                <w:bCs/>
                <w:sz w:val="24"/>
                <w:szCs w:val="24"/>
                <w:lang w:val="pt-BR"/>
              </w:rPr>
            </w:pPr>
            <w:r>
              <w:rPr>
                <w:rFonts w:ascii="Times New Roman" w:hAnsi="Times New Roman" w:cs="Times New Roman"/>
                <w:bCs/>
                <w:sz w:val="24"/>
                <w:szCs w:val="24"/>
                <w:lang w:val="pt-BR"/>
              </w:rPr>
              <w:t>Kontaktinio asmens telefono numeris</w:t>
            </w:r>
          </w:p>
        </w:tc>
        <w:tc>
          <w:tcPr>
            <w:tcW w:w="5245" w:type="dxa"/>
          </w:tcPr>
          <w:p w14:paraId="419E602F" w14:textId="77777777" w:rsidR="00805F62" w:rsidRDefault="00805F62" w:rsidP="00805F62">
            <w:pPr>
              <w:jc w:val="center"/>
              <w:rPr>
                <w:rFonts w:ascii="Times New Roman" w:hAnsi="Times New Roman" w:cs="Times New Roman"/>
                <w:bCs/>
                <w:sz w:val="24"/>
                <w:szCs w:val="24"/>
                <w:lang w:val="pt-BR"/>
              </w:rPr>
            </w:pPr>
          </w:p>
        </w:tc>
      </w:tr>
      <w:tr w:rsidR="00805F62" w:rsidRPr="006915BB" w14:paraId="5D8FD493" w14:textId="77777777" w:rsidTr="0027429C">
        <w:tc>
          <w:tcPr>
            <w:tcW w:w="4111" w:type="dxa"/>
          </w:tcPr>
          <w:p w14:paraId="76A0A081" w14:textId="4F893BEB" w:rsidR="00805F62" w:rsidRDefault="00EE574E" w:rsidP="00EE574E">
            <w:pPr>
              <w:rPr>
                <w:rFonts w:ascii="Times New Roman" w:hAnsi="Times New Roman" w:cs="Times New Roman"/>
                <w:bCs/>
                <w:sz w:val="24"/>
                <w:szCs w:val="24"/>
                <w:lang w:val="pt-BR"/>
              </w:rPr>
            </w:pPr>
            <w:r>
              <w:rPr>
                <w:rFonts w:ascii="Times New Roman" w:hAnsi="Times New Roman" w:cs="Times New Roman"/>
                <w:bCs/>
                <w:sz w:val="24"/>
                <w:szCs w:val="24"/>
                <w:lang w:val="pt-BR"/>
              </w:rPr>
              <w:t>Kontaktinio asmens el.pašto adresas</w:t>
            </w:r>
          </w:p>
        </w:tc>
        <w:tc>
          <w:tcPr>
            <w:tcW w:w="5245" w:type="dxa"/>
          </w:tcPr>
          <w:p w14:paraId="0B3A7B10" w14:textId="77777777" w:rsidR="00805F62" w:rsidRDefault="00805F62" w:rsidP="00805F62">
            <w:pPr>
              <w:jc w:val="center"/>
              <w:rPr>
                <w:rFonts w:ascii="Times New Roman" w:hAnsi="Times New Roman" w:cs="Times New Roman"/>
                <w:bCs/>
                <w:sz w:val="24"/>
                <w:szCs w:val="24"/>
                <w:lang w:val="pt-BR"/>
              </w:rPr>
            </w:pPr>
          </w:p>
        </w:tc>
      </w:tr>
    </w:tbl>
    <w:p w14:paraId="6447ED1D" w14:textId="497EF5D9" w:rsidR="00805F62" w:rsidRDefault="00805F62" w:rsidP="0027429C">
      <w:pPr>
        <w:pStyle w:val="Betarp"/>
        <w:rPr>
          <w:lang w:val="pt-BR"/>
        </w:rPr>
      </w:pPr>
      <w:r w:rsidRPr="00EE574E">
        <w:rPr>
          <w:lang w:val="pt-BR"/>
        </w:rPr>
        <w:br/>
      </w:r>
      <w:r w:rsidR="00EE574E" w:rsidRPr="00EE574E">
        <w:rPr>
          <w:lang w:val="pt-BR"/>
        </w:rPr>
        <w:t xml:space="preserve"> </w:t>
      </w:r>
      <w:r w:rsidR="00EE574E" w:rsidRPr="00EE574E">
        <w:rPr>
          <w:lang w:val="pt-BR"/>
        </w:rPr>
        <w:tab/>
        <w:t>Pažymime, kad sutinkame su visomis Kėdainių kultū</w:t>
      </w:r>
      <w:r w:rsidR="00EE574E">
        <w:rPr>
          <w:lang w:val="pt-BR"/>
        </w:rPr>
        <w:t>ros centro turto nuomos viešojo konkurso sąlygomis ir siūlome:</w:t>
      </w:r>
    </w:p>
    <w:tbl>
      <w:tblPr>
        <w:tblStyle w:val="Lentelstinklelis"/>
        <w:tblW w:w="0" w:type="auto"/>
        <w:tblLook w:val="04A0" w:firstRow="1" w:lastRow="0" w:firstColumn="1" w:lastColumn="0" w:noHBand="0" w:noVBand="1"/>
      </w:tblPr>
      <w:tblGrid>
        <w:gridCol w:w="570"/>
        <w:gridCol w:w="3277"/>
        <w:gridCol w:w="1296"/>
        <w:gridCol w:w="1460"/>
        <w:gridCol w:w="1524"/>
        <w:gridCol w:w="1457"/>
      </w:tblGrid>
      <w:tr w:rsidR="00EE574E" w:rsidRPr="006915BB" w14:paraId="4139C8F4" w14:textId="77777777" w:rsidTr="00457E51">
        <w:tc>
          <w:tcPr>
            <w:tcW w:w="556" w:type="dxa"/>
            <w:shd w:val="clear" w:color="auto" w:fill="F2F2F2" w:themeFill="background1" w:themeFillShade="F2"/>
          </w:tcPr>
          <w:p w14:paraId="15A5C97A" w14:textId="705E9C29" w:rsidR="00EE574E" w:rsidRPr="00457E51" w:rsidRDefault="006002A8" w:rsidP="00EE574E">
            <w:pPr>
              <w:rPr>
                <w:rFonts w:ascii="Times New Roman" w:hAnsi="Times New Roman" w:cs="Times New Roman"/>
                <w:b/>
                <w:sz w:val="24"/>
                <w:szCs w:val="24"/>
                <w:lang w:val="pt-BR"/>
              </w:rPr>
            </w:pPr>
            <w:r w:rsidRPr="00457E51">
              <w:rPr>
                <w:rFonts w:ascii="Times New Roman" w:hAnsi="Times New Roman" w:cs="Times New Roman"/>
                <w:b/>
                <w:sz w:val="24"/>
                <w:szCs w:val="24"/>
                <w:lang w:val="pt-BR"/>
              </w:rPr>
              <w:t>Eil.</w:t>
            </w:r>
            <w:r w:rsidRPr="00457E51">
              <w:rPr>
                <w:rFonts w:ascii="Times New Roman" w:hAnsi="Times New Roman" w:cs="Times New Roman"/>
                <w:b/>
                <w:sz w:val="24"/>
                <w:szCs w:val="24"/>
                <w:lang w:val="pt-BR"/>
              </w:rPr>
              <w:br/>
              <w:t>Nr.</w:t>
            </w:r>
          </w:p>
        </w:tc>
        <w:tc>
          <w:tcPr>
            <w:tcW w:w="3277" w:type="dxa"/>
            <w:shd w:val="clear" w:color="auto" w:fill="F2F2F2" w:themeFill="background1" w:themeFillShade="F2"/>
          </w:tcPr>
          <w:p w14:paraId="142F14BB" w14:textId="7DF167AA" w:rsidR="00EE574E" w:rsidRPr="00457E51" w:rsidRDefault="006002A8" w:rsidP="00EE574E">
            <w:pPr>
              <w:rPr>
                <w:rFonts w:ascii="Times New Roman" w:hAnsi="Times New Roman" w:cs="Times New Roman"/>
                <w:b/>
                <w:sz w:val="24"/>
                <w:szCs w:val="24"/>
                <w:lang w:val="pt-BR"/>
              </w:rPr>
            </w:pPr>
            <w:r w:rsidRPr="00457E51">
              <w:rPr>
                <w:rFonts w:ascii="Times New Roman" w:hAnsi="Times New Roman" w:cs="Times New Roman"/>
                <w:b/>
                <w:sz w:val="24"/>
                <w:szCs w:val="24"/>
                <w:lang w:val="pt-BR"/>
              </w:rPr>
              <w:t>Nuomojamo turto pavadinimas</w:t>
            </w:r>
          </w:p>
        </w:tc>
        <w:tc>
          <w:tcPr>
            <w:tcW w:w="1271" w:type="dxa"/>
            <w:shd w:val="clear" w:color="auto" w:fill="F2F2F2" w:themeFill="background1" w:themeFillShade="F2"/>
          </w:tcPr>
          <w:p w14:paraId="6D3B0CE1" w14:textId="0B9EAC1E" w:rsidR="00EE574E" w:rsidRPr="00457E51" w:rsidRDefault="006002A8" w:rsidP="00EE574E">
            <w:pPr>
              <w:rPr>
                <w:rFonts w:ascii="Times New Roman" w:hAnsi="Times New Roman" w:cs="Times New Roman"/>
                <w:b/>
                <w:sz w:val="24"/>
                <w:szCs w:val="24"/>
                <w:lang w:val="pt-BR"/>
              </w:rPr>
            </w:pPr>
            <w:r w:rsidRPr="00457E51">
              <w:rPr>
                <w:rFonts w:ascii="Times New Roman" w:hAnsi="Times New Roman" w:cs="Times New Roman"/>
                <w:b/>
                <w:sz w:val="24"/>
                <w:szCs w:val="24"/>
                <w:lang w:val="pt-BR"/>
              </w:rPr>
              <w:t>Patalpų plotas, pažymėtas 1 priede</w:t>
            </w:r>
          </w:p>
        </w:tc>
        <w:tc>
          <w:tcPr>
            <w:tcW w:w="1460" w:type="dxa"/>
            <w:shd w:val="clear" w:color="auto" w:fill="F2F2F2" w:themeFill="background1" w:themeFillShade="F2"/>
          </w:tcPr>
          <w:p w14:paraId="0D6A0C1D" w14:textId="046471FE" w:rsidR="00EE574E" w:rsidRPr="00457E51" w:rsidRDefault="00380FC8" w:rsidP="00EE574E">
            <w:pPr>
              <w:rPr>
                <w:rFonts w:ascii="Times New Roman" w:hAnsi="Times New Roman" w:cs="Times New Roman"/>
                <w:b/>
                <w:sz w:val="24"/>
                <w:szCs w:val="24"/>
                <w:lang w:val="pt-BR"/>
              </w:rPr>
            </w:pPr>
            <w:r w:rsidRPr="00457E51">
              <w:rPr>
                <w:rFonts w:ascii="Times New Roman" w:hAnsi="Times New Roman" w:cs="Times New Roman"/>
                <w:b/>
                <w:sz w:val="24"/>
                <w:szCs w:val="24"/>
                <w:lang w:val="pt-BR"/>
              </w:rPr>
              <w:t>Turto nuomos plotas kv.m</w:t>
            </w:r>
          </w:p>
        </w:tc>
        <w:tc>
          <w:tcPr>
            <w:tcW w:w="1443" w:type="dxa"/>
            <w:shd w:val="clear" w:color="auto" w:fill="F2F2F2" w:themeFill="background1" w:themeFillShade="F2"/>
          </w:tcPr>
          <w:p w14:paraId="385F73DA" w14:textId="5A047BBB" w:rsidR="00EE574E" w:rsidRPr="00457E51" w:rsidRDefault="00380FC8" w:rsidP="00EE574E">
            <w:pPr>
              <w:rPr>
                <w:rFonts w:ascii="Times New Roman" w:hAnsi="Times New Roman" w:cs="Times New Roman"/>
                <w:b/>
                <w:sz w:val="24"/>
                <w:szCs w:val="24"/>
                <w:lang w:val="pt-BR"/>
              </w:rPr>
            </w:pPr>
            <w:r w:rsidRPr="00457E51">
              <w:rPr>
                <w:rFonts w:ascii="Times New Roman" w:hAnsi="Times New Roman" w:cs="Times New Roman"/>
                <w:b/>
                <w:sz w:val="24"/>
                <w:szCs w:val="24"/>
                <w:lang w:val="pt-BR"/>
              </w:rPr>
              <w:t>Pradinis turto nuompinigių dydis už 1 mėnesį, Eur</w:t>
            </w:r>
          </w:p>
        </w:tc>
        <w:tc>
          <w:tcPr>
            <w:tcW w:w="1457" w:type="dxa"/>
            <w:shd w:val="clear" w:color="auto" w:fill="F2F2F2" w:themeFill="background1" w:themeFillShade="F2"/>
          </w:tcPr>
          <w:p w14:paraId="40EC3854" w14:textId="0E54FBCD" w:rsidR="00EE574E" w:rsidRPr="00457E51" w:rsidRDefault="00457E51" w:rsidP="00EE574E">
            <w:pPr>
              <w:rPr>
                <w:rFonts w:ascii="Times New Roman" w:hAnsi="Times New Roman" w:cs="Times New Roman"/>
                <w:b/>
                <w:sz w:val="24"/>
                <w:szCs w:val="24"/>
                <w:lang w:val="pt-BR"/>
              </w:rPr>
            </w:pPr>
            <w:r w:rsidRPr="00457E51">
              <w:rPr>
                <w:rFonts w:ascii="Times New Roman" w:hAnsi="Times New Roman" w:cs="Times New Roman"/>
                <w:b/>
                <w:sz w:val="24"/>
                <w:szCs w:val="24"/>
                <w:lang w:val="pt-BR"/>
              </w:rPr>
              <w:t>Siūlomas 1 mėnesio nuomos įkainis, Eur</w:t>
            </w:r>
          </w:p>
        </w:tc>
      </w:tr>
      <w:tr w:rsidR="00EE574E" w14:paraId="217F1942" w14:textId="77777777" w:rsidTr="00457E51">
        <w:tc>
          <w:tcPr>
            <w:tcW w:w="556" w:type="dxa"/>
          </w:tcPr>
          <w:p w14:paraId="60DF1BB2" w14:textId="231F5448" w:rsidR="00EE574E" w:rsidRPr="00380FC8" w:rsidRDefault="00380FC8" w:rsidP="00380FC8">
            <w:pPr>
              <w:jc w:val="center"/>
              <w:rPr>
                <w:rFonts w:ascii="Times New Roman" w:hAnsi="Times New Roman" w:cs="Times New Roman"/>
                <w:bCs/>
                <w:i/>
                <w:iCs/>
                <w:sz w:val="24"/>
                <w:szCs w:val="24"/>
                <w:lang w:val="pt-BR"/>
              </w:rPr>
            </w:pPr>
            <w:r w:rsidRPr="00380FC8">
              <w:rPr>
                <w:rFonts w:ascii="Times New Roman" w:hAnsi="Times New Roman" w:cs="Times New Roman"/>
                <w:bCs/>
                <w:i/>
                <w:iCs/>
                <w:sz w:val="24"/>
                <w:szCs w:val="24"/>
                <w:lang w:val="pt-BR"/>
              </w:rPr>
              <w:t>1</w:t>
            </w:r>
          </w:p>
        </w:tc>
        <w:tc>
          <w:tcPr>
            <w:tcW w:w="3277" w:type="dxa"/>
          </w:tcPr>
          <w:p w14:paraId="6A365A72" w14:textId="03F10AED" w:rsidR="00EE574E" w:rsidRPr="00380FC8" w:rsidRDefault="00380FC8" w:rsidP="00380FC8">
            <w:pPr>
              <w:jc w:val="center"/>
              <w:rPr>
                <w:rFonts w:ascii="Times New Roman" w:hAnsi="Times New Roman" w:cs="Times New Roman"/>
                <w:bCs/>
                <w:i/>
                <w:iCs/>
                <w:sz w:val="24"/>
                <w:szCs w:val="24"/>
                <w:lang w:val="pt-BR"/>
              </w:rPr>
            </w:pPr>
            <w:r w:rsidRPr="00380FC8">
              <w:rPr>
                <w:rFonts w:ascii="Times New Roman" w:hAnsi="Times New Roman" w:cs="Times New Roman"/>
                <w:bCs/>
                <w:i/>
                <w:iCs/>
                <w:sz w:val="24"/>
                <w:szCs w:val="24"/>
                <w:lang w:val="pt-BR"/>
              </w:rPr>
              <w:t>2</w:t>
            </w:r>
          </w:p>
        </w:tc>
        <w:tc>
          <w:tcPr>
            <w:tcW w:w="1271" w:type="dxa"/>
          </w:tcPr>
          <w:p w14:paraId="4238BF00" w14:textId="513CE57C" w:rsidR="00EE574E" w:rsidRPr="00380FC8" w:rsidRDefault="00380FC8" w:rsidP="00380FC8">
            <w:pPr>
              <w:jc w:val="center"/>
              <w:rPr>
                <w:rFonts w:ascii="Times New Roman" w:hAnsi="Times New Roman" w:cs="Times New Roman"/>
                <w:bCs/>
                <w:i/>
                <w:iCs/>
                <w:sz w:val="24"/>
                <w:szCs w:val="24"/>
                <w:lang w:val="pt-BR"/>
              </w:rPr>
            </w:pPr>
            <w:r w:rsidRPr="00380FC8">
              <w:rPr>
                <w:rFonts w:ascii="Times New Roman" w:hAnsi="Times New Roman" w:cs="Times New Roman"/>
                <w:bCs/>
                <w:i/>
                <w:iCs/>
                <w:sz w:val="24"/>
                <w:szCs w:val="24"/>
                <w:lang w:val="pt-BR"/>
              </w:rPr>
              <w:t>3</w:t>
            </w:r>
          </w:p>
        </w:tc>
        <w:tc>
          <w:tcPr>
            <w:tcW w:w="1460" w:type="dxa"/>
          </w:tcPr>
          <w:p w14:paraId="160438F2" w14:textId="283CB983" w:rsidR="00EE574E" w:rsidRPr="00380FC8" w:rsidRDefault="00380FC8" w:rsidP="00380FC8">
            <w:pPr>
              <w:jc w:val="center"/>
              <w:rPr>
                <w:rFonts w:ascii="Times New Roman" w:hAnsi="Times New Roman" w:cs="Times New Roman"/>
                <w:bCs/>
                <w:i/>
                <w:iCs/>
                <w:sz w:val="24"/>
                <w:szCs w:val="24"/>
                <w:lang w:val="pt-BR"/>
              </w:rPr>
            </w:pPr>
            <w:r w:rsidRPr="00380FC8">
              <w:rPr>
                <w:rFonts w:ascii="Times New Roman" w:hAnsi="Times New Roman" w:cs="Times New Roman"/>
                <w:bCs/>
                <w:i/>
                <w:iCs/>
                <w:sz w:val="24"/>
                <w:szCs w:val="24"/>
                <w:lang w:val="pt-BR"/>
              </w:rPr>
              <w:t>4</w:t>
            </w:r>
          </w:p>
        </w:tc>
        <w:tc>
          <w:tcPr>
            <w:tcW w:w="1443" w:type="dxa"/>
          </w:tcPr>
          <w:p w14:paraId="3B095C81" w14:textId="3CA5ACE8" w:rsidR="00EE574E" w:rsidRPr="00380FC8" w:rsidRDefault="00380FC8" w:rsidP="00380FC8">
            <w:pPr>
              <w:jc w:val="center"/>
              <w:rPr>
                <w:rFonts w:ascii="Times New Roman" w:hAnsi="Times New Roman" w:cs="Times New Roman"/>
                <w:bCs/>
                <w:i/>
                <w:iCs/>
                <w:sz w:val="24"/>
                <w:szCs w:val="24"/>
                <w:lang w:val="pt-BR"/>
              </w:rPr>
            </w:pPr>
            <w:r w:rsidRPr="00380FC8">
              <w:rPr>
                <w:rFonts w:ascii="Times New Roman" w:hAnsi="Times New Roman" w:cs="Times New Roman"/>
                <w:bCs/>
                <w:i/>
                <w:iCs/>
                <w:sz w:val="24"/>
                <w:szCs w:val="24"/>
                <w:lang w:val="pt-BR"/>
              </w:rPr>
              <w:t>5</w:t>
            </w:r>
          </w:p>
        </w:tc>
        <w:tc>
          <w:tcPr>
            <w:tcW w:w="1457" w:type="dxa"/>
          </w:tcPr>
          <w:p w14:paraId="712E8A5E" w14:textId="3AE723B6" w:rsidR="00EE574E" w:rsidRPr="00380FC8" w:rsidRDefault="00380FC8" w:rsidP="00380FC8">
            <w:pPr>
              <w:jc w:val="center"/>
              <w:rPr>
                <w:rFonts w:ascii="Times New Roman" w:hAnsi="Times New Roman" w:cs="Times New Roman"/>
                <w:bCs/>
                <w:i/>
                <w:iCs/>
                <w:sz w:val="24"/>
                <w:szCs w:val="24"/>
                <w:lang w:val="pt-BR"/>
              </w:rPr>
            </w:pPr>
            <w:r w:rsidRPr="00380FC8">
              <w:rPr>
                <w:rFonts w:ascii="Times New Roman" w:hAnsi="Times New Roman" w:cs="Times New Roman"/>
                <w:bCs/>
                <w:i/>
                <w:iCs/>
                <w:sz w:val="24"/>
                <w:szCs w:val="24"/>
                <w:lang w:val="pt-BR"/>
              </w:rPr>
              <w:t>6</w:t>
            </w:r>
          </w:p>
        </w:tc>
      </w:tr>
      <w:tr w:rsidR="00EE574E" w14:paraId="445A3FB3" w14:textId="77777777" w:rsidTr="00457E51">
        <w:tc>
          <w:tcPr>
            <w:tcW w:w="556" w:type="dxa"/>
          </w:tcPr>
          <w:p w14:paraId="23F8BC0A" w14:textId="1C595D2B" w:rsidR="00EE574E" w:rsidRDefault="00380FC8" w:rsidP="00EE574E">
            <w:pPr>
              <w:rPr>
                <w:rFonts w:ascii="Times New Roman" w:hAnsi="Times New Roman" w:cs="Times New Roman"/>
                <w:bCs/>
                <w:sz w:val="24"/>
                <w:szCs w:val="24"/>
                <w:lang w:val="pt-BR"/>
              </w:rPr>
            </w:pPr>
            <w:r>
              <w:rPr>
                <w:rFonts w:ascii="Times New Roman" w:hAnsi="Times New Roman" w:cs="Times New Roman"/>
                <w:bCs/>
                <w:sz w:val="24"/>
                <w:szCs w:val="24"/>
                <w:lang w:val="pt-BR"/>
              </w:rPr>
              <w:t>1.</w:t>
            </w:r>
          </w:p>
        </w:tc>
        <w:tc>
          <w:tcPr>
            <w:tcW w:w="3277" w:type="dxa"/>
          </w:tcPr>
          <w:p w14:paraId="185294EA" w14:textId="02D60D43" w:rsidR="00EE574E" w:rsidRDefault="00380FC8" w:rsidP="00EE574E">
            <w:pPr>
              <w:rPr>
                <w:rFonts w:ascii="Times New Roman" w:hAnsi="Times New Roman" w:cs="Times New Roman"/>
                <w:bCs/>
                <w:sz w:val="24"/>
                <w:szCs w:val="24"/>
                <w:lang w:val="pt-BR"/>
              </w:rPr>
            </w:pPr>
            <w:r>
              <w:rPr>
                <w:rFonts w:ascii="Times New Roman" w:hAnsi="Times New Roman" w:cs="Times New Roman"/>
                <w:bCs/>
                <w:sz w:val="24"/>
                <w:szCs w:val="24"/>
                <w:lang w:val="pt-BR"/>
              </w:rPr>
              <w:t>Kėdainių kultūros centro turto nuoma</w:t>
            </w:r>
          </w:p>
        </w:tc>
        <w:tc>
          <w:tcPr>
            <w:tcW w:w="1271" w:type="dxa"/>
          </w:tcPr>
          <w:p w14:paraId="48AB25C9" w14:textId="0CFB8FB5" w:rsidR="00457E51" w:rsidRDefault="00AB302F" w:rsidP="00457E51">
            <w:pPr>
              <w:jc w:val="center"/>
              <w:rPr>
                <w:rFonts w:ascii="Times New Roman" w:hAnsi="Times New Roman" w:cs="Times New Roman"/>
                <w:bCs/>
                <w:sz w:val="24"/>
                <w:szCs w:val="24"/>
                <w:lang w:val="pt-BR"/>
              </w:rPr>
            </w:pPr>
            <w:r>
              <w:rPr>
                <w:rFonts w:ascii="Times New Roman" w:hAnsi="Times New Roman" w:cs="Times New Roman"/>
                <w:bCs/>
                <w:sz w:val="24"/>
                <w:szCs w:val="24"/>
                <w:lang w:val="pt-BR"/>
              </w:rPr>
              <w:t>2-11</w:t>
            </w:r>
            <w:r w:rsidR="00457E51">
              <w:rPr>
                <w:rFonts w:ascii="Times New Roman" w:hAnsi="Times New Roman" w:cs="Times New Roman"/>
                <w:bCs/>
                <w:sz w:val="24"/>
                <w:szCs w:val="24"/>
                <w:lang w:val="pt-BR"/>
              </w:rPr>
              <w:t xml:space="preserve"> dalis</w:t>
            </w:r>
          </w:p>
          <w:p w14:paraId="3327A136" w14:textId="68D57BB0" w:rsidR="00EE574E" w:rsidRDefault="00AB302F" w:rsidP="00457E51">
            <w:pPr>
              <w:jc w:val="center"/>
              <w:rPr>
                <w:rFonts w:ascii="Times New Roman" w:hAnsi="Times New Roman" w:cs="Times New Roman"/>
                <w:bCs/>
                <w:sz w:val="24"/>
                <w:szCs w:val="24"/>
                <w:lang w:val="pt-BR"/>
              </w:rPr>
            </w:pPr>
            <w:r>
              <w:rPr>
                <w:rFonts w:ascii="Times New Roman" w:hAnsi="Times New Roman" w:cs="Times New Roman"/>
                <w:bCs/>
                <w:sz w:val="24"/>
                <w:szCs w:val="24"/>
                <w:lang w:val="pt-BR"/>
              </w:rPr>
              <w:t>2-14</w:t>
            </w:r>
          </w:p>
        </w:tc>
        <w:tc>
          <w:tcPr>
            <w:tcW w:w="1460" w:type="dxa"/>
          </w:tcPr>
          <w:p w14:paraId="1260640B" w14:textId="4522464B" w:rsidR="00EE574E" w:rsidRDefault="00AB302F" w:rsidP="00457E51">
            <w:pPr>
              <w:jc w:val="center"/>
              <w:rPr>
                <w:rFonts w:ascii="Times New Roman" w:hAnsi="Times New Roman" w:cs="Times New Roman"/>
                <w:bCs/>
                <w:sz w:val="24"/>
                <w:szCs w:val="24"/>
                <w:lang w:val="pt-BR"/>
              </w:rPr>
            </w:pPr>
            <w:r>
              <w:rPr>
                <w:rFonts w:ascii="Times New Roman" w:hAnsi="Times New Roman" w:cs="Times New Roman"/>
                <w:bCs/>
                <w:sz w:val="24"/>
                <w:szCs w:val="24"/>
                <w:lang w:val="pt-BR"/>
              </w:rPr>
              <w:t>103,</w:t>
            </w:r>
            <w:r w:rsidR="00457E51">
              <w:rPr>
                <w:rFonts w:ascii="Times New Roman" w:hAnsi="Times New Roman" w:cs="Times New Roman"/>
                <w:bCs/>
                <w:sz w:val="24"/>
                <w:szCs w:val="24"/>
                <w:lang w:val="pt-BR"/>
              </w:rPr>
              <w:t>13</w:t>
            </w:r>
          </w:p>
        </w:tc>
        <w:tc>
          <w:tcPr>
            <w:tcW w:w="1443" w:type="dxa"/>
          </w:tcPr>
          <w:p w14:paraId="16EAC228" w14:textId="2A309548" w:rsidR="00EE574E" w:rsidRDefault="00457E51" w:rsidP="00457E51">
            <w:pPr>
              <w:jc w:val="center"/>
              <w:rPr>
                <w:rFonts w:ascii="Times New Roman" w:hAnsi="Times New Roman" w:cs="Times New Roman"/>
                <w:bCs/>
                <w:sz w:val="24"/>
                <w:szCs w:val="24"/>
                <w:lang w:val="pt-BR"/>
              </w:rPr>
            </w:pPr>
            <w:r>
              <w:rPr>
                <w:rFonts w:ascii="Times New Roman" w:hAnsi="Times New Roman" w:cs="Times New Roman"/>
                <w:bCs/>
                <w:sz w:val="24"/>
                <w:szCs w:val="24"/>
                <w:lang w:val="pt-BR"/>
              </w:rPr>
              <w:t>412,52</w:t>
            </w:r>
          </w:p>
        </w:tc>
        <w:tc>
          <w:tcPr>
            <w:tcW w:w="1457" w:type="dxa"/>
          </w:tcPr>
          <w:p w14:paraId="472728EF" w14:textId="77777777" w:rsidR="00EE574E" w:rsidRDefault="00EE574E" w:rsidP="00EE574E">
            <w:pPr>
              <w:rPr>
                <w:rFonts w:ascii="Times New Roman" w:hAnsi="Times New Roman" w:cs="Times New Roman"/>
                <w:bCs/>
                <w:sz w:val="24"/>
                <w:szCs w:val="24"/>
                <w:lang w:val="pt-BR"/>
              </w:rPr>
            </w:pPr>
          </w:p>
        </w:tc>
      </w:tr>
    </w:tbl>
    <w:p w14:paraId="53303FC3" w14:textId="127BF03F" w:rsidR="00457E51" w:rsidRPr="00551C35" w:rsidRDefault="0027429C" w:rsidP="00EE574E">
      <w:pPr>
        <w:spacing w:line="240" w:lineRule="auto"/>
        <w:rPr>
          <w:rFonts w:ascii="Times New Roman" w:hAnsi="Times New Roman" w:cs="Times New Roman"/>
          <w:bCs/>
          <w:sz w:val="24"/>
          <w:szCs w:val="24"/>
        </w:rPr>
      </w:pPr>
      <w:r w:rsidRPr="00551C35">
        <w:rPr>
          <w:rFonts w:ascii="Times New Roman" w:hAnsi="Times New Roman" w:cs="Times New Roman"/>
          <w:bCs/>
          <w:sz w:val="24"/>
          <w:szCs w:val="24"/>
        </w:rPr>
        <w:br/>
      </w:r>
      <w:r w:rsidR="00457E51" w:rsidRPr="00551C35">
        <w:rPr>
          <w:rFonts w:ascii="Times New Roman" w:hAnsi="Times New Roman" w:cs="Times New Roman"/>
          <w:bCs/>
          <w:sz w:val="24"/>
          <w:szCs w:val="24"/>
        </w:rPr>
        <w:tab/>
      </w:r>
      <w:proofErr w:type="spellStart"/>
      <w:r w:rsidR="00457E51" w:rsidRPr="00551C35">
        <w:rPr>
          <w:rFonts w:ascii="Times New Roman" w:hAnsi="Times New Roman" w:cs="Times New Roman"/>
          <w:bCs/>
          <w:sz w:val="24"/>
          <w:szCs w:val="24"/>
        </w:rPr>
        <w:t>Sąskaitos</w:t>
      </w:r>
      <w:proofErr w:type="spellEnd"/>
      <w:r w:rsidR="00457E51" w:rsidRPr="00551C35">
        <w:rPr>
          <w:rFonts w:ascii="Times New Roman" w:hAnsi="Times New Roman" w:cs="Times New Roman"/>
          <w:bCs/>
          <w:sz w:val="24"/>
          <w:szCs w:val="24"/>
        </w:rPr>
        <w:t xml:space="preserve">, į </w:t>
      </w:r>
      <w:proofErr w:type="spellStart"/>
      <w:r w:rsidR="00457E51" w:rsidRPr="00551C35">
        <w:rPr>
          <w:rFonts w:ascii="Times New Roman" w:hAnsi="Times New Roman" w:cs="Times New Roman"/>
          <w:bCs/>
          <w:sz w:val="24"/>
          <w:szCs w:val="24"/>
        </w:rPr>
        <w:t>kurią</w:t>
      </w:r>
      <w:proofErr w:type="spellEnd"/>
      <w:r w:rsidR="00457E51" w:rsidRPr="00551C35">
        <w:rPr>
          <w:rFonts w:ascii="Times New Roman" w:hAnsi="Times New Roman" w:cs="Times New Roman"/>
          <w:bCs/>
          <w:sz w:val="24"/>
          <w:szCs w:val="24"/>
        </w:rPr>
        <w:t xml:space="preserve"> </w:t>
      </w:r>
      <w:proofErr w:type="spellStart"/>
      <w:r w:rsidR="00457E51" w:rsidRPr="00551C35">
        <w:rPr>
          <w:rFonts w:ascii="Times New Roman" w:hAnsi="Times New Roman" w:cs="Times New Roman"/>
          <w:bCs/>
          <w:sz w:val="24"/>
          <w:szCs w:val="24"/>
        </w:rPr>
        <w:t>prašoma</w:t>
      </w:r>
      <w:proofErr w:type="spellEnd"/>
      <w:r w:rsidR="00457E51" w:rsidRPr="00551C35">
        <w:rPr>
          <w:rFonts w:ascii="Times New Roman" w:hAnsi="Times New Roman" w:cs="Times New Roman"/>
          <w:bCs/>
          <w:sz w:val="24"/>
          <w:szCs w:val="24"/>
        </w:rPr>
        <w:t xml:space="preserve"> </w:t>
      </w:r>
      <w:proofErr w:type="spellStart"/>
      <w:r w:rsidR="00457E51" w:rsidRPr="00551C35">
        <w:rPr>
          <w:rFonts w:ascii="Times New Roman" w:hAnsi="Times New Roman" w:cs="Times New Roman"/>
          <w:bCs/>
          <w:sz w:val="24"/>
          <w:szCs w:val="24"/>
        </w:rPr>
        <w:t>pervesti</w:t>
      </w:r>
      <w:proofErr w:type="spellEnd"/>
      <w:r w:rsidR="00457E51" w:rsidRPr="00551C35">
        <w:rPr>
          <w:rFonts w:ascii="Times New Roman" w:hAnsi="Times New Roman" w:cs="Times New Roman"/>
          <w:bCs/>
          <w:sz w:val="24"/>
          <w:szCs w:val="24"/>
        </w:rPr>
        <w:t xml:space="preserve"> </w:t>
      </w:r>
      <w:proofErr w:type="spellStart"/>
      <w:r w:rsidR="00457E51" w:rsidRPr="00551C35">
        <w:rPr>
          <w:rFonts w:ascii="Times New Roman" w:hAnsi="Times New Roman" w:cs="Times New Roman"/>
          <w:bCs/>
          <w:sz w:val="24"/>
          <w:szCs w:val="24"/>
        </w:rPr>
        <w:t>grąžinamą</w:t>
      </w:r>
      <w:proofErr w:type="spellEnd"/>
      <w:r w:rsidR="00457E51" w:rsidRPr="00551C35">
        <w:rPr>
          <w:rFonts w:ascii="Times New Roman" w:hAnsi="Times New Roman" w:cs="Times New Roman"/>
          <w:bCs/>
          <w:sz w:val="24"/>
          <w:szCs w:val="24"/>
        </w:rPr>
        <w:t xml:space="preserve"> </w:t>
      </w:r>
      <w:proofErr w:type="spellStart"/>
      <w:r w:rsidR="00457E51" w:rsidRPr="00551C35">
        <w:rPr>
          <w:rFonts w:ascii="Times New Roman" w:hAnsi="Times New Roman" w:cs="Times New Roman"/>
          <w:bCs/>
          <w:sz w:val="24"/>
          <w:szCs w:val="24"/>
        </w:rPr>
        <w:t>pradinį</w:t>
      </w:r>
      <w:proofErr w:type="spellEnd"/>
      <w:r w:rsidR="00457E51" w:rsidRPr="00551C35">
        <w:rPr>
          <w:rFonts w:ascii="Times New Roman" w:hAnsi="Times New Roman" w:cs="Times New Roman"/>
          <w:bCs/>
          <w:sz w:val="24"/>
          <w:szCs w:val="24"/>
        </w:rPr>
        <w:t xml:space="preserve"> </w:t>
      </w:r>
      <w:proofErr w:type="spellStart"/>
      <w:r w:rsidR="00457E51" w:rsidRPr="00551C35">
        <w:rPr>
          <w:rFonts w:ascii="Times New Roman" w:hAnsi="Times New Roman" w:cs="Times New Roman"/>
          <w:bCs/>
          <w:sz w:val="24"/>
          <w:szCs w:val="24"/>
        </w:rPr>
        <w:t>įnašą</w:t>
      </w:r>
      <w:proofErr w:type="spellEnd"/>
      <w:r w:rsidR="00457E51" w:rsidRPr="00551C35">
        <w:rPr>
          <w:rFonts w:ascii="Times New Roman" w:hAnsi="Times New Roman" w:cs="Times New Roman"/>
          <w:bCs/>
          <w:sz w:val="24"/>
          <w:szCs w:val="24"/>
        </w:rPr>
        <w:t xml:space="preserve">, </w:t>
      </w:r>
      <w:proofErr w:type="spellStart"/>
      <w:r w:rsidR="00457E51" w:rsidRPr="00551C35">
        <w:rPr>
          <w:rFonts w:ascii="Times New Roman" w:hAnsi="Times New Roman" w:cs="Times New Roman"/>
          <w:bCs/>
          <w:sz w:val="24"/>
          <w:szCs w:val="24"/>
        </w:rPr>
        <w:t>rekvizitai</w:t>
      </w:r>
      <w:proofErr w:type="spellEnd"/>
      <w:r w:rsidR="00457E51" w:rsidRPr="00551C35">
        <w:rPr>
          <w:rFonts w:ascii="Times New Roman" w:hAnsi="Times New Roman" w:cs="Times New Roman"/>
          <w:bCs/>
          <w:sz w:val="24"/>
          <w:szCs w:val="24"/>
        </w:rPr>
        <w:t>:</w:t>
      </w:r>
    </w:p>
    <w:p w14:paraId="3CA6B135" w14:textId="0D0B2941" w:rsidR="00457E51" w:rsidRDefault="00457E51" w:rsidP="00457E51">
      <w:pPr>
        <w:spacing w:line="240" w:lineRule="auto"/>
        <w:jc w:val="center"/>
        <w:rPr>
          <w:rFonts w:ascii="Times New Roman" w:hAnsi="Times New Roman" w:cs="Times New Roman"/>
          <w:bCs/>
          <w:sz w:val="20"/>
          <w:szCs w:val="20"/>
          <w:lang w:val="pt-BR"/>
        </w:rPr>
      </w:pPr>
      <w:r>
        <w:rPr>
          <w:rFonts w:ascii="Times New Roman" w:hAnsi="Times New Roman" w:cs="Times New Roman"/>
          <w:bCs/>
          <w:sz w:val="24"/>
          <w:szCs w:val="24"/>
          <w:lang w:val="pt-BR"/>
        </w:rPr>
        <w:t>_______________________________________________________________________________</w:t>
      </w:r>
      <w:r>
        <w:rPr>
          <w:rFonts w:ascii="Times New Roman" w:hAnsi="Times New Roman" w:cs="Times New Roman"/>
          <w:bCs/>
          <w:sz w:val="24"/>
          <w:szCs w:val="24"/>
          <w:lang w:val="pt-BR"/>
        </w:rPr>
        <w:br/>
      </w:r>
      <w:r w:rsidRPr="00457E51">
        <w:rPr>
          <w:rFonts w:ascii="Times New Roman" w:hAnsi="Times New Roman" w:cs="Times New Roman"/>
          <w:bCs/>
          <w:sz w:val="20"/>
          <w:szCs w:val="20"/>
          <w:lang w:val="pt-BR"/>
        </w:rPr>
        <w:t>(Nurodomas banko sąskaitos numeris, banko pavadinimas, kodas)</w:t>
      </w:r>
    </w:p>
    <w:p w14:paraId="3847C963" w14:textId="77777777" w:rsidR="0027429C" w:rsidRPr="0027429C" w:rsidRDefault="00457E51" w:rsidP="0027429C">
      <w:pPr>
        <w:pStyle w:val="Betarp"/>
        <w:rPr>
          <w:rFonts w:ascii="Times New Roman" w:hAnsi="Times New Roman" w:cs="Times New Roman"/>
          <w:sz w:val="24"/>
          <w:szCs w:val="24"/>
          <w:lang w:val="pt-BR"/>
        </w:rPr>
      </w:pPr>
      <w:r w:rsidRPr="00457E51">
        <w:rPr>
          <w:lang w:val="pt-BR"/>
        </w:rPr>
        <w:t>Pažymime</w:t>
      </w:r>
      <w:r>
        <w:rPr>
          <w:lang w:val="pt-BR"/>
        </w:rPr>
        <w:t>, kad nuomojamą turtą naudosime pagal paskirtį – kavinės veiklai.</w:t>
      </w:r>
      <w:r w:rsidR="0027429C">
        <w:rPr>
          <w:lang w:val="pt-BR"/>
        </w:rPr>
        <w:br/>
      </w:r>
      <w:r w:rsidR="0027429C">
        <w:rPr>
          <w:lang w:val="pt-BR"/>
        </w:rPr>
        <w:br/>
      </w:r>
      <w:r w:rsidR="0027429C" w:rsidRPr="0027429C">
        <w:rPr>
          <w:rFonts w:ascii="Times New Roman" w:hAnsi="Times New Roman" w:cs="Times New Roman"/>
          <w:sz w:val="24"/>
          <w:szCs w:val="24"/>
          <w:lang w:val="pt-BR"/>
        </w:rPr>
        <w:t>Pridedami dokumentai:</w:t>
      </w:r>
    </w:p>
    <w:tbl>
      <w:tblPr>
        <w:tblStyle w:val="Lentelstinklelis"/>
        <w:tblW w:w="0" w:type="auto"/>
        <w:tblInd w:w="-34" w:type="dxa"/>
        <w:tblLook w:val="04A0" w:firstRow="1" w:lastRow="0" w:firstColumn="1" w:lastColumn="0" w:noHBand="0" w:noVBand="1"/>
      </w:tblPr>
      <w:tblGrid>
        <w:gridCol w:w="568"/>
        <w:gridCol w:w="7229"/>
        <w:gridCol w:w="1993"/>
      </w:tblGrid>
      <w:tr w:rsidR="0027429C" w:rsidRPr="0027429C" w14:paraId="2D6CA8CD" w14:textId="77777777" w:rsidTr="0027429C">
        <w:tc>
          <w:tcPr>
            <w:tcW w:w="568" w:type="dxa"/>
          </w:tcPr>
          <w:p w14:paraId="0DA54CB7" w14:textId="60A4A130" w:rsidR="0027429C" w:rsidRPr="0027429C" w:rsidRDefault="0027429C" w:rsidP="0027429C">
            <w:pPr>
              <w:pStyle w:val="Betarp"/>
              <w:rPr>
                <w:rFonts w:ascii="Times New Roman" w:hAnsi="Times New Roman" w:cs="Times New Roman"/>
                <w:sz w:val="24"/>
                <w:szCs w:val="24"/>
                <w:lang w:val="pt-BR"/>
              </w:rPr>
            </w:pPr>
            <w:r w:rsidRPr="0027429C">
              <w:rPr>
                <w:rFonts w:ascii="Times New Roman" w:hAnsi="Times New Roman" w:cs="Times New Roman"/>
                <w:sz w:val="24"/>
                <w:szCs w:val="24"/>
                <w:lang w:val="pt-BR"/>
              </w:rPr>
              <w:t>Eil.</w:t>
            </w:r>
            <w:r w:rsidRPr="0027429C">
              <w:rPr>
                <w:rFonts w:ascii="Times New Roman" w:hAnsi="Times New Roman" w:cs="Times New Roman"/>
                <w:sz w:val="24"/>
                <w:szCs w:val="24"/>
                <w:lang w:val="pt-BR"/>
              </w:rPr>
              <w:br/>
              <w:t>Nr.</w:t>
            </w:r>
          </w:p>
        </w:tc>
        <w:tc>
          <w:tcPr>
            <w:tcW w:w="7229" w:type="dxa"/>
          </w:tcPr>
          <w:p w14:paraId="197CBC42" w14:textId="2CC327C0" w:rsidR="0027429C" w:rsidRPr="0027429C" w:rsidRDefault="0027429C" w:rsidP="0027429C">
            <w:pPr>
              <w:pStyle w:val="Betarp"/>
              <w:jc w:val="center"/>
              <w:rPr>
                <w:rFonts w:ascii="Times New Roman" w:hAnsi="Times New Roman" w:cs="Times New Roman"/>
                <w:sz w:val="24"/>
                <w:szCs w:val="24"/>
                <w:lang w:val="pt-BR"/>
              </w:rPr>
            </w:pPr>
            <w:r w:rsidRPr="0027429C">
              <w:rPr>
                <w:rFonts w:ascii="Times New Roman" w:hAnsi="Times New Roman" w:cs="Times New Roman"/>
                <w:sz w:val="24"/>
                <w:szCs w:val="24"/>
                <w:lang w:val="pt-BR"/>
              </w:rPr>
              <w:t>Dokumento pavadinimas</w:t>
            </w:r>
          </w:p>
        </w:tc>
        <w:tc>
          <w:tcPr>
            <w:tcW w:w="1993" w:type="dxa"/>
          </w:tcPr>
          <w:p w14:paraId="614EF728" w14:textId="6D39BAB7" w:rsidR="0027429C" w:rsidRPr="0027429C" w:rsidRDefault="0027429C" w:rsidP="0027429C">
            <w:pPr>
              <w:pStyle w:val="Betarp"/>
              <w:jc w:val="center"/>
              <w:rPr>
                <w:rFonts w:ascii="Times New Roman" w:hAnsi="Times New Roman" w:cs="Times New Roman"/>
                <w:sz w:val="24"/>
                <w:szCs w:val="24"/>
                <w:lang w:val="pt-BR"/>
              </w:rPr>
            </w:pPr>
            <w:r w:rsidRPr="0027429C">
              <w:rPr>
                <w:rFonts w:ascii="Times New Roman" w:hAnsi="Times New Roman" w:cs="Times New Roman"/>
                <w:sz w:val="24"/>
                <w:szCs w:val="24"/>
                <w:lang w:val="pt-BR"/>
              </w:rPr>
              <w:t>Dokumento puslapių skaičius</w:t>
            </w:r>
          </w:p>
        </w:tc>
      </w:tr>
      <w:tr w:rsidR="0027429C" w:rsidRPr="0027429C" w14:paraId="505473CA" w14:textId="77777777" w:rsidTr="0027429C">
        <w:tc>
          <w:tcPr>
            <w:tcW w:w="568" w:type="dxa"/>
          </w:tcPr>
          <w:p w14:paraId="3C949032" w14:textId="3844F94C" w:rsidR="0027429C" w:rsidRPr="0027429C" w:rsidRDefault="0027429C" w:rsidP="0027429C">
            <w:pPr>
              <w:pStyle w:val="Betarp"/>
              <w:rPr>
                <w:rFonts w:ascii="Times New Roman" w:hAnsi="Times New Roman" w:cs="Times New Roman"/>
                <w:sz w:val="24"/>
                <w:szCs w:val="24"/>
                <w:lang w:val="pt-BR"/>
              </w:rPr>
            </w:pPr>
            <w:r w:rsidRPr="0027429C">
              <w:rPr>
                <w:rFonts w:ascii="Times New Roman" w:hAnsi="Times New Roman" w:cs="Times New Roman"/>
                <w:sz w:val="24"/>
                <w:szCs w:val="24"/>
                <w:lang w:val="pt-BR"/>
              </w:rPr>
              <w:t>1.</w:t>
            </w:r>
          </w:p>
        </w:tc>
        <w:tc>
          <w:tcPr>
            <w:tcW w:w="7229" w:type="dxa"/>
          </w:tcPr>
          <w:p w14:paraId="2A6CB232" w14:textId="77777777" w:rsidR="0027429C" w:rsidRPr="0027429C" w:rsidRDefault="0027429C" w:rsidP="0027429C">
            <w:pPr>
              <w:pStyle w:val="Betarp"/>
              <w:rPr>
                <w:rFonts w:ascii="Times New Roman" w:hAnsi="Times New Roman" w:cs="Times New Roman"/>
                <w:sz w:val="24"/>
                <w:szCs w:val="24"/>
                <w:lang w:val="pt-BR"/>
              </w:rPr>
            </w:pPr>
          </w:p>
        </w:tc>
        <w:tc>
          <w:tcPr>
            <w:tcW w:w="1993" w:type="dxa"/>
          </w:tcPr>
          <w:p w14:paraId="26FCEE73" w14:textId="77777777" w:rsidR="0027429C" w:rsidRPr="0027429C" w:rsidRDefault="0027429C" w:rsidP="0027429C">
            <w:pPr>
              <w:pStyle w:val="Betarp"/>
              <w:rPr>
                <w:rFonts w:ascii="Times New Roman" w:hAnsi="Times New Roman" w:cs="Times New Roman"/>
                <w:sz w:val="24"/>
                <w:szCs w:val="24"/>
                <w:lang w:val="pt-BR"/>
              </w:rPr>
            </w:pPr>
          </w:p>
        </w:tc>
      </w:tr>
      <w:tr w:rsidR="0027429C" w:rsidRPr="0027429C" w14:paraId="107B555A" w14:textId="77777777" w:rsidTr="0027429C">
        <w:tc>
          <w:tcPr>
            <w:tcW w:w="568" w:type="dxa"/>
          </w:tcPr>
          <w:p w14:paraId="52EAE732" w14:textId="6CA07B54" w:rsidR="0027429C" w:rsidRPr="0027429C" w:rsidRDefault="0027429C" w:rsidP="0027429C">
            <w:pPr>
              <w:pStyle w:val="Betarp"/>
              <w:rPr>
                <w:rFonts w:ascii="Times New Roman" w:hAnsi="Times New Roman" w:cs="Times New Roman"/>
                <w:sz w:val="24"/>
                <w:szCs w:val="24"/>
                <w:lang w:val="pt-BR"/>
              </w:rPr>
            </w:pPr>
            <w:r w:rsidRPr="0027429C">
              <w:rPr>
                <w:rFonts w:ascii="Times New Roman" w:hAnsi="Times New Roman" w:cs="Times New Roman"/>
                <w:sz w:val="24"/>
                <w:szCs w:val="24"/>
                <w:lang w:val="pt-BR"/>
              </w:rPr>
              <w:t>2.</w:t>
            </w:r>
          </w:p>
        </w:tc>
        <w:tc>
          <w:tcPr>
            <w:tcW w:w="7229" w:type="dxa"/>
          </w:tcPr>
          <w:p w14:paraId="18B448B3" w14:textId="77777777" w:rsidR="0027429C" w:rsidRPr="0027429C" w:rsidRDefault="0027429C" w:rsidP="0027429C">
            <w:pPr>
              <w:pStyle w:val="Betarp"/>
              <w:rPr>
                <w:rFonts w:ascii="Times New Roman" w:hAnsi="Times New Roman" w:cs="Times New Roman"/>
                <w:sz w:val="24"/>
                <w:szCs w:val="24"/>
                <w:lang w:val="pt-BR"/>
              </w:rPr>
            </w:pPr>
          </w:p>
        </w:tc>
        <w:tc>
          <w:tcPr>
            <w:tcW w:w="1993" w:type="dxa"/>
          </w:tcPr>
          <w:p w14:paraId="5755C535" w14:textId="77777777" w:rsidR="0027429C" w:rsidRPr="0027429C" w:rsidRDefault="0027429C" w:rsidP="0027429C">
            <w:pPr>
              <w:pStyle w:val="Betarp"/>
              <w:rPr>
                <w:rFonts w:ascii="Times New Roman" w:hAnsi="Times New Roman" w:cs="Times New Roman"/>
                <w:sz w:val="24"/>
                <w:szCs w:val="24"/>
                <w:lang w:val="pt-BR"/>
              </w:rPr>
            </w:pPr>
          </w:p>
        </w:tc>
      </w:tr>
      <w:tr w:rsidR="0027429C" w:rsidRPr="0027429C" w14:paraId="318C6F15" w14:textId="77777777" w:rsidTr="0027429C">
        <w:tc>
          <w:tcPr>
            <w:tcW w:w="568" w:type="dxa"/>
          </w:tcPr>
          <w:p w14:paraId="66862207" w14:textId="44FE29D7" w:rsidR="0027429C" w:rsidRPr="0027429C" w:rsidRDefault="0027429C" w:rsidP="0027429C">
            <w:pPr>
              <w:pStyle w:val="Betarp"/>
              <w:rPr>
                <w:rFonts w:ascii="Times New Roman" w:hAnsi="Times New Roman" w:cs="Times New Roman"/>
                <w:sz w:val="24"/>
                <w:szCs w:val="24"/>
                <w:lang w:val="pt-BR"/>
              </w:rPr>
            </w:pPr>
            <w:r w:rsidRPr="0027429C">
              <w:rPr>
                <w:rFonts w:ascii="Times New Roman" w:hAnsi="Times New Roman" w:cs="Times New Roman"/>
                <w:sz w:val="24"/>
                <w:szCs w:val="24"/>
                <w:lang w:val="pt-BR"/>
              </w:rPr>
              <w:t>3.</w:t>
            </w:r>
          </w:p>
        </w:tc>
        <w:tc>
          <w:tcPr>
            <w:tcW w:w="7229" w:type="dxa"/>
          </w:tcPr>
          <w:p w14:paraId="42D4598F" w14:textId="77777777" w:rsidR="0027429C" w:rsidRPr="0027429C" w:rsidRDefault="0027429C" w:rsidP="0027429C">
            <w:pPr>
              <w:pStyle w:val="Betarp"/>
              <w:rPr>
                <w:rFonts w:ascii="Times New Roman" w:hAnsi="Times New Roman" w:cs="Times New Roman"/>
                <w:sz w:val="24"/>
                <w:szCs w:val="24"/>
                <w:lang w:val="pt-BR"/>
              </w:rPr>
            </w:pPr>
          </w:p>
        </w:tc>
        <w:tc>
          <w:tcPr>
            <w:tcW w:w="1993" w:type="dxa"/>
          </w:tcPr>
          <w:p w14:paraId="677C95D1" w14:textId="77777777" w:rsidR="0027429C" w:rsidRPr="0027429C" w:rsidRDefault="0027429C" w:rsidP="0027429C">
            <w:pPr>
              <w:pStyle w:val="Betarp"/>
              <w:rPr>
                <w:rFonts w:ascii="Times New Roman" w:hAnsi="Times New Roman" w:cs="Times New Roman"/>
                <w:sz w:val="24"/>
                <w:szCs w:val="24"/>
                <w:lang w:val="pt-BR"/>
              </w:rPr>
            </w:pPr>
          </w:p>
        </w:tc>
      </w:tr>
      <w:tr w:rsidR="0027429C" w:rsidRPr="0027429C" w14:paraId="3D060596" w14:textId="77777777" w:rsidTr="0027429C">
        <w:tc>
          <w:tcPr>
            <w:tcW w:w="568" w:type="dxa"/>
          </w:tcPr>
          <w:p w14:paraId="738E51A4" w14:textId="0F6E302C" w:rsidR="0027429C" w:rsidRPr="0027429C" w:rsidRDefault="0027429C" w:rsidP="0027429C">
            <w:pPr>
              <w:pStyle w:val="Betarp"/>
              <w:rPr>
                <w:rFonts w:ascii="Times New Roman" w:hAnsi="Times New Roman" w:cs="Times New Roman"/>
                <w:sz w:val="24"/>
                <w:szCs w:val="24"/>
                <w:lang w:val="pt-BR"/>
              </w:rPr>
            </w:pPr>
            <w:r w:rsidRPr="0027429C">
              <w:rPr>
                <w:rFonts w:ascii="Times New Roman" w:hAnsi="Times New Roman" w:cs="Times New Roman"/>
                <w:sz w:val="24"/>
                <w:szCs w:val="24"/>
                <w:lang w:val="pt-BR"/>
              </w:rPr>
              <w:t>4.</w:t>
            </w:r>
          </w:p>
        </w:tc>
        <w:tc>
          <w:tcPr>
            <w:tcW w:w="7229" w:type="dxa"/>
          </w:tcPr>
          <w:p w14:paraId="35DEF8B0" w14:textId="77777777" w:rsidR="0027429C" w:rsidRPr="0027429C" w:rsidRDefault="0027429C" w:rsidP="0027429C">
            <w:pPr>
              <w:pStyle w:val="Betarp"/>
              <w:rPr>
                <w:rFonts w:ascii="Times New Roman" w:hAnsi="Times New Roman" w:cs="Times New Roman"/>
                <w:sz w:val="24"/>
                <w:szCs w:val="24"/>
                <w:lang w:val="pt-BR"/>
              </w:rPr>
            </w:pPr>
          </w:p>
        </w:tc>
        <w:tc>
          <w:tcPr>
            <w:tcW w:w="1993" w:type="dxa"/>
          </w:tcPr>
          <w:p w14:paraId="45F7585F" w14:textId="77777777" w:rsidR="0027429C" w:rsidRPr="0027429C" w:rsidRDefault="0027429C" w:rsidP="0027429C">
            <w:pPr>
              <w:pStyle w:val="Betarp"/>
              <w:rPr>
                <w:rFonts w:ascii="Times New Roman" w:hAnsi="Times New Roman" w:cs="Times New Roman"/>
                <w:sz w:val="24"/>
                <w:szCs w:val="24"/>
                <w:lang w:val="pt-BR"/>
              </w:rPr>
            </w:pPr>
          </w:p>
        </w:tc>
      </w:tr>
      <w:tr w:rsidR="0027429C" w:rsidRPr="0027429C" w14:paraId="42C9CE01" w14:textId="77777777" w:rsidTr="0027429C">
        <w:tc>
          <w:tcPr>
            <w:tcW w:w="568" w:type="dxa"/>
          </w:tcPr>
          <w:p w14:paraId="2B111380" w14:textId="13A6E185" w:rsidR="0027429C" w:rsidRPr="0027429C" w:rsidRDefault="0027429C" w:rsidP="0027429C">
            <w:pPr>
              <w:pStyle w:val="Betarp"/>
              <w:rPr>
                <w:rFonts w:ascii="Times New Roman" w:hAnsi="Times New Roman" w:cs="Times New Roman"/>
                <w:sz w:val="24"/>
                <w:szCs w:val="24"/>
                <w:lang w:val="pt-BR"/>
              </w:rPr>
            </w:pPr>
            <w:r w:rsidRPr="0027429C">
              <w:rPr>
                <w:rFonts w:ascii="Times New Roman" w:hAnsi="Times New Roman" w:cs="Times New Roman"/>
                <w:sz w:val="24"/>
                <w:szCs w:val="24"/>
                <w:lang w:val="pt-BR"/>
              </w:rPr>
              <w:t>5.</w:t>
            </w:r>
          </w:p>
        </w:tc>
        <w:tc>
          <w:tcPr>
            <w:tcW w:w="7229" w:type="dxa"/>
          </w:tcPr>
          <w:p w14:paraId="4925DE54" w14:textId="77777777" w:rsidR="0027429C" w:rsidRPr="0027429C" w:rsidRDefault="0027429C" w:rsidP="0027429C">
            <w:pPr>
              <w:pStyle w:val="Betarp"/>
              <w:rPr>
                <w:rFonts w:ascii="Times New Roman" w:hAnsi="Times New Roman" w:cs="Times New Roman"/>
                <w:sz w:val="24"/>
                <w:szCs w:val="24"/>
                <w:lang w:val="pt-BR"/>
              </w:rPr>
            </w:pPr>
          </w:p>
        </w:tc>
        <w:tc>
          <w:tcPr>
            <w:tcW w:w="1993" w:type="dxa"/>
          </w:tcPr>
          <w:p w14:paraId="4CCF2BA2" w14:textId="77777777" w:rsidR="0027429C" w:rsidRPr="0027429C" w:rsidRDefault="0027429C" w:rsidP="0027429C">
            <w:pPr>
              <w:pStyle w:val="Betarp"/>
              <w:rPr>
                <w:rFonts w:ascii="Times New Roman" w:hAnsi="Times New Roman" w:cs="Times New Roman"/>
                <w:sz w:val="24"/>
                <w:szCs w:val="24"/>
                <w:lang w:val="pt-BR"/>
              </w:rPr>
            </w:pPr>
          </w:p>
        </w:tc>
      </w:tr>
    </w:tbl>
    <w:p w14:paraId="3E32D249" w14:textId="77777777" w:rsidR="008577F4" w:rsidRDefault="0027429C" w:rsidP="0027429C">
      <w:pPr>
        <w:pStyle w:val="Betarp"/>
        <w:rPr>
          <w:lang w:val="pt-BR"/>
        </w:rPr>
      </w:pPr>
      <w:r>
        <w:rPr>
          <w:lang w:val="pt-BR"/>
        </w:rPr>
        <w:br/>
        <w:t>___________________________________________</w:t>
      </w:r>
      <w:r w:rsidR="008577F4">
        <w:rPr>
          <w:lang w:val="pt-BR"/>
        </w:rPr>
        <w:tab/>
      </w:r>
      <w:r w:rsidR="008577F4">
        <w:rPr>
          <w:lang w:val="pt-BR"/>
        </w:rPr>
        <w:tab/>
        <w:t xml:space="preserve">_____________________           ____________________________________                              </w:t>
      </w:r>
      <w:r>
        <w:rPr>
          <w:lang w:val="pt-BR"/>
        </w:rPr>
        <w:br/>
      </w:r>
      <w:r w:rsidR="008577F4">
        <w:rPr>
          <w:rFonts w:ascii="Times New Roman" w:hAnsi="Times New Roman" w:cs="Times New Roman"/>
          <w:sz w:val="20"/>
          <w:szCs w:val="20"/>
          <w:lang w:val="pt-BR"/>
        </w:rPr>
        <w:lastRenderedPageBreak/>
        <w:t>(Konkurso dalyvio arba jo įgalioto asmens</w:t>
      </w:r>
      <w:r w:rsidR="008577F4">
        <w:rPr>
          <w:rFonts w:ascii="Times New Roman" w:hAnsi="Times New Roman" w:cs="Times New Roman"/>
          <w:sz w:val="20"/>
          <w:szCs w:val="20"/>
          <w:lang w:val="pt-BR"/>
        </w:rPr>
        <w:tab/>
      </w:r>
      <w:r w:rsidR="008577F4">
        <w:rPr>
          <w:rFonts w:ascii="Times New Roman" w:hAnsi="Times New Roman" w:cs="Times New Roman"/>
          <w:sz w:val="20"/>
          <w:szCs w:val="20"/>
          <w:lang w:val="pt-BR"/>
        </w:rPr>
        <w:tab/>
        <w:t xml:space="preserve">          (parašas)</w:t>
      </w:r>
      <w:r w:rsidR="008577F4">
        <w:rPr>
          <w:rFonts w:ascii="Times New Roman" w:hAnsi="Times New Roman" w:cs="Times New Roman"/>
          <w:sz w:val="20"/>
          <w:szCs w:val="20"/>
          <w:lang w:val="pt-BR"/>
        </w:rPr>
        <w:tab/>
      </w:r>
      <w:r w:rsidR="008577F4">
        <w:rPr>
          <w:rFonts w:ascii="Times New Roman" w:hAnsi="Times New Roman" w:cs="Times New Roman"/>
          <w:sz w:val="20"/>
          <w:szCs w:val="20"/>
          <w:lang w:val="pt-BR"/>
        </w:rPr>
        <w:tab/>
      </w:r>
      <w:r w:rsidR="008577F4">
        <w:rPr>
          <w:rFonts w:ascii="Times New Roman" w:hAnsi="Times New Roman" w:cs="Times New Roman"/>
          <w:sz w:val="20"/>
          <w:szCs w:val="20"/>
          <w:lang w:val="pt-BR"/>
        </w:rPr>
        <w:tab/>
        <w:t xml:space="preserve">       (vardas, pavardė)</w:t>
      </w:r>
      <w:r w:rsidR="008577F4">
        <w:rPr>
          <w:rFonts w:ascii="Times New Roman" w:hAnsi="Times New Roman" w:cs="Times New Roman"/>
          <w:sz w:val="20"/>
          <w:szCs w:val="20"/>
          <w:lang w:val="pt-BR"/>
        </w:rPr>
        <w:br/>
        <w:t>pareigų pavadinimas)</w:t>
      </w:r>
      <w:r w:rsidR="008577F4">
        <w:rPr>
          <w:rFonts w:ascii="Times New Roman" w:hAnsi="Times New Roman" w:cs="Times New Roman"/>
          <w:sz w:val="20"/>
          <w:szCs w:val="20"/>
          <w:lang w:val="pt-BR"/>
        </w:rPr>
        <w:br/>
      </w:r>
      <w:r>
        <w:rPr>
          <w:lang w:val="pt-BR"/>
        </w:rPr>
        <w:br/>
      </w:r>
    </w:p>
    <w:p w14:paraId="3EBA1CC0" w14:textId="65D8ED9C" w:rsidR="008577F4" w:rsidRDefault="008577F4" w:rsidP="008577F4">
      <w:pPr>
        <w:spacing w:line="240" w:lineRule="auto"/>
        <w:ind w:left="5760"/>
        <w:rPr>
          <w:rFonts w:ascii="Times New Roman" w:hAnsi="Times New Roman" w:cs="Times New Roman"/>
          <w:bCs/>
          <w:sz w:val="20"/>
          <w:szCs w:val="20"/>
          <w:lang w:val="pt-BR"/>
        </w:rPr>
      </w:pPr>
      <w:r w:rsidRPr="008577F4">
        <w:rPr>
          <w:rFonts w:ascii="Times New Roman" w:hAnsi="Times New Roman" w:cs="Times New Roman"/>
          <w:bCs/>
          <w:sz w:val="20"/>
          <w:szCs w:val="20"/>
          <w:lang w:val="pt-BR"/>
        </w:rPr>
        <w:t xml:space="preserve">Kėdainių kultūros centro turto </w:t>
      </w:r>
      <w:r w:rsidRPr="008577F4">
        <w:rPr>
          <w:rFonts w:ascii="Times New Roman" w:hAnsi="Times New Roman" w:cs="Times New Roman"/>
          <w:bCs/>
          <w:sz w:val="20"/>
          <w:szCs w:val="20"/>
          <w:lang w:val="pt-BR"/>
        </w:rPr>
        <w:br/>
        <w:t xml:space="preserve">nuomos viešojo konkurso sąlygų </w:t>
      </w:r>
      <w:r>
        <w:rPr>
          <w:rFonts w:ascii="Times New Roman" w:hAnsi="Times New Roman" w:cs="Times New Roman"/>
          <w:bCs/>
          <w:sz w:val="20"/>
          <w:szCs w:val="20"/>
          <w:lang w:val="pt-BR"/>
        </w:rPr>
        <w:t>3</w:t>
      </w:r>
      <w:r w:rsidRPr="008577F4">
        <w:rPr>
          <w:rFonts w:ascii="Times New Roman" w:hAnsi="Times New Roman" w:cs="Times New Roman"/>
          <w:bCs/>
          <w:sz w:val="20"/>
          <w:szCs w:val="20"/>
          <w:lang w:val="pt-BR"/>
        </w:rPr>
        <w:t xml:space="preserve"> priedas</w:t>
      </w:r>
    </w:p>
    <w:p w14:paraId="4E15E1E0" w14:textId="77777777" w:rsidR="008577F4" w:rsidRDefault="008577F4" w:rsidP="008577F4">
      <w:pPr>
        <w:spacing w:line="240" w:lineRule="auto"/>
        <w:ind w:left="5760"/>
        <w:rPr>
          <w:rFonts w:ascii="Times New Roman" w:hAnsi="Times New Roman" w:cs="Times New Roman"/>
          <w:bCs/>
          <w:sz w:val="20"/>
          <w:szCs w:val="20"/>
          <w:lang w:val="pt-BR"/>
        </w:rPr>
      </w:pPr>
    </w:p>
    <w:p w14:paraId="34FECD91" w14:textId="5FC34BF9" w:rsidR="008577F4" w:rsidRDefault="00553939" w:rsidP="00553939">
      <w:pPr>
        <w:spacing w:line="24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KĖDAINIŲ KULTŪROS CENTRO </w:t>
      </w:r>
      <w:r w:rsidR="008577F4">
        <w:rPr>
          <w:rFonts w:ascii="Times New Roman" w:hAnsi="Times New Roman" w:cs="Times New Roman"/>
          <w:b/>
          <w:sz w:val="24"/>
          <w:szCs w:val="24"/>
          <w:lang w:val="pt-BR"/>
        </w:rPr>
        <w:t xml:space="preserve">PATALPŲ J.BASANAVIČIAUS </w:t>
      </w:r>
      <w:r>
        <w:rPr>
          <w:rFonts w:ascii="Times New Roman" w:hAnsi="Times New Roman" w:cs="Times New Roman"/>
          <w:b/>
          <w:sz w:val="24"/>
          <w:szCs w:val="24"/>
          <w:lang w:val="pt-BR"/>
        </w:rPr>
        <w:t xml:space="preserve">G. 24, KĖDAINIAI </w:t>
      </w:r>
      <w:r>
        <w:rPr>
          <w:rFonts w:ascii="Times New Roman" w:hAnsi="Times New Roman" w:cs="Times New Roman"/>
          <w:b/>
          <w:sz w:val="24"/>
          <w:szCs w:val="24"/>
          <w:lang w:val="pt-BR"/>
        </w:rPr>
        <w:br/>
        <w:t xml:space="preserve">TURTO NUOMOS VIEŠOJO KONKURSO VOKŲ REGISTRACIJOS </w:t>
      </w:r>
      <w:r w:rsidR="00F204A2">
        <w:rPr>
          <w:rFonts w:ascii="Times New Roman" w:hAnsi="Times New Roman" w:cs="Times New Roman"/>
          <w:b/>
          <w:sz w:val="24"/>
          <w:szCs w:val="24"/>
          <w:lang w:val="pt-BR"/>
        </w:rPr>
        <w:t>PAŽYMA</w:t>
      </w:r>
    </w:p>
    <w:tbl>
      <w:tblPr>
        <w:tblStyle w:val="Lentelstinklelis"/>
        <w:tblW w:w="0" w:type="auto"/>
        <w:tblInd w:w="108" w:type="dxa"/>
        <w:tblLook w:val="04A0" w:firstRow="1" w:lastRow="0" w:firstColumn="1" w:lastColumn="0" w:noHBand="0" w:noVBand="1"/>
      </w:tblPr>
      <w:tblGrid>
        <w:gridCol w:w="956"/>
        <w:gridCol w:w="1158"/>
        <w:gridCol w:w="1242"/>
        <w:gridCol w:w="2292"/>
        <w:gridCol w:w="2120"/>
        <w:gridCol w:w="1986"/>
      </w:tblGrid>
      <w:tr w:rsidR="00553939" w:rsidRPr="006915BB" w14:paraId="5704C2BB" w14:textId="77777777" w:rsidTr="00F204A2">
        <w:tc>
          <w:tcPr>
            <w:tcW w:w="850" w:type="dxa"/>
            <w:shd w:val="clear" w:color="auto" w:fill="F2F2F2" w:themeFill="background1" w:themeFillShade="F2"/>
          </w:tcPr>
          <w:p w14:paraId="019BA9C9" w14:textId="2E818349" w:rsidR="00553939" w:rsidRPr="00553939" w:rsidRDefault="00553939" w:rsidP="00553939">
            <w:pPr>
              <w:jc w:val="center"/>
              <w:rPr>
                <w:rFonts w:ascii="Times New Roman" w:hAnsi="Times New Roman" w:cs="Times New Roman"/>
                <w:b/>
                <w:lang w:val="pt-BR"/>
              </w:rPr>
            </w:pPr>
            <w:r w:rsidRPr="00553939">
              <w:rPr>
                <w:rFonts w:ascii="Times New Roman" w:hAnsi="Times New Roman" w:cs="Times New Roman"/>
                <w:b/>
                <w:lang w:val="pt-BR"/>
              </w:rPr>
              <w:t>Registr.</w:t>
            </w:r>
            <w:r w:rsidRPr="00553939">
              <w:rPr>
                <w:rFonts w:ascii="Times New Roman" w:hAnsi="Times New Roman" w:cs="Times New Roman"/>
                <w:b/>
                <w:lang w:val="pt-BR"/>
              </w:rPr>
              <w:br/>
              <w:t>Nr.</w:t>
            </w:r>
          </w:p>
        </w:tc>
        <w:tc>
          <w:tcPr>
            <w:tcW w:w="1158" w:type="dxa"/>
            <w:shd w:val="clear" w:color="auto" w:fill="F2F2F2" w:themeFill="background1" w:themeFillShade="F2"/>
          </w:tcPr>
          <w:p w14:paraId="4BCD38FE" w14:textId="5207D67C" w:rsidR="00553939" w:rsidRPr="00553939" w:rsidRDefault="00553939" w:rsidP="00553939">
            <w:pPr>
              <w:jc w:val="center"/>
              <w:rPr>
                <w:rFonts w:ascii="Times New Roman" w:hAnsi="Times New Roman" w:cs="Times New Roman"/>
                <w:b/>
                <w:lang w:val="pt-BR"/>
              </w:rPr>
            </w:pPr>
            <w:r w:rsidRPr="00553939">
              <w:rPr>
                <w:rFonts w:ascii="Times New Roman" w:hAnsi="Times New Roman" w:cs="Times New Roman"/>
                <w:b/>
                <w:lang w:val="pt-BR"/>
              </w:rPr>
              <w:t>Voko</w:t>
            </w:r>
            <w:r w:rsidRPr="00553939">
              <w:rPr>
                <w:rFonts w:ascii="Times New Roman" w:hAnsi="Times New Roman" w:cs="Times New Roman"/>
                <w:b/>
                <w:lang w:val="pt-BR"/>
              </w:rPr>
              <w:br/>
            </w:r>
            <w:r w:rsidR="00CB18FF">
              <w:rPr>
                <w:rFonts w:ascii="Times New Roman" w:hAnsi="Times New Roman" w:cs="Times New Roman"/>
                <w:b/>
                <w:lang w:val="pt-BR"/>
              </w:rPr>
              <w:t>gavimo</w:t>
            </w:r>
            <w:r w:rsidRPr="00553939">
              <w:rPr>
                <w:rFonts w:ascii="Times New Roman" w:hAnsi="Times New Roman" w:cs="Times New Roman"/>
                <w:b/>
                <w:lang w:val="pt-BR"/>
              </w:rPr>
              <w:br/>
              <w:t>data</w:t>
            </w:r>
          </w:p>
        </w:tc>
        <w:tc>
          <w:tcPr>
            <w:tcW w:w="1242" w:type="dxa"/>
            <w:shd w:val="clear" w:color="auto" w:fill="F2F2F2" w:themeFill="background1" w:themeFillShade="F2"/>
          </w:tcPr>
          <w:p w14:paraId="1B10523A" w14:textId="685FA41D" w:rsidR="00553939" w:rsidRPr="00553939" w:rsidRDefault="00553939" w:rsidP="00553939">
            <w:pPr>
              <w:jc w:val="center"/>
              <w:rPr>
                <w:rFonts w:ascii="Times New Roman" w:hAnsi="Times New Roman" w:cs="Times New Roman"/>
                <w:b/>
                <w:lang w:val="pt-BR"/>
              </w:rPr>
            </w:pPr>
            <w:r w:rsidRPr="00553939">
              <w:rPr>
                <w:rFonts w:ascii="Times New Roman" w:hAnsi="Times New Roman" w:cs="Times New Roman"/>
                <w:b/>
                <w:lang w:val="pt-BR"/>
              </w:rPr>
              <w:t>Voko</w:t>
            </w:r>
            <w:r w:rsidRPr="00553939">
              <w:rPr>
                <w:rFonts w:ascii="Times New Roman" w:hAnsi="Times New Roman" w:cs="Times New Roman"/>
                <w:b/>
                <w:lang w:val="pt-BR"/>
              </w:rPr>
              <w:br/>
            </w:r>
            <w:r w:rsidR="00CB18FF">
              <w:rPr>
                <w:rFonts w:ascii="Times New Roman" w:hAnsi="Times New Roman" w:cs="Times New Roman"/>
                <w:b/>
                <w:lang w:val="pt-BR"/>
              </w:rPr>
              <w:t>gavimo</w:t>
            </w:r>
            <w:r w:rsidRPr="00553939">
              <w:rPr>
                <w:rFonts w:ascii="Times New Roman" w:hAnsi="Times New Roman" w:cs="Times New Roman"/>
                <w:b/>
                <w:lang w:val="pt-BR"/>
              </w:rPr>
              <w:br/>
              <w:t>laikas</w:t>
            </w:r>
            <w:r w:rsidR="00CB18FF">
              <w:rPr>
                <w:rFonts w:ascii="Times New Roman" w:hAnsi="Times New Roman" w:cs="Times New Roman"/>
                <w:b/>
                <w:lang w:val="pt-BR"/>
              </w:rPr>
              <w:br/>
              <w:t>(minučių tikslumu)</w:t>
            </w:r>
          </w:p>
        </w:tc>
        <w:tc>
          <w:tcPr>
            <w:tcW w:w="2292" w:type="dxa"/>
            <w:shd w:val="clear" w:color="auto" w:fill="F2F2F2" w:themeFill="background1" w:themeFillShade="F2"/>
          </w:tcPr>
          <w:p w14:paraId="5C2F33DD" w14:textId="40E24D04" w:rsidR="00553939" w:rsidRPr="00553939" w:rsidRDefault="00553939" w:rsidP="00553939">
            <w:pPr>
              <w:jc w:val="center"/>
              <w:rPr>
                <w:rFonts w:ascii="Times New Roman" w:hAnsi="Times New Roman" w:cs="Times New Roman"/>
                <w:b/>
                <w:lang w:val="pt-BR"/>
              </w:rPr>
            </w:pPr>
            <w:r w:rsidRPr="00553939">
              <w:rPr>
                <w:rFonts w:ascii="Times New Roman" w:hAnsi="Times New Roman" w:cs="Times New Roman"/>
                <w:b/>
                <w:lang w:val="pt-BR"/>
              </w:rPr>
              <w:t xml:space="preserve">Konkurso </w:t>
            </w:r>
            <w:r w:rsidRPr="00553939">
              <w:rPr>
                <w:rFonts w:ascii="Times New Roman" w:hAnsi="Times New Roman" w:cs="Times New Roman"/>
                <w:b/>
                <w:lang w:val="pt-BR"/>
              </w:rPr>
              <w:br/>
              <w:t>dalyvi</w:t>
            </w:r>
            <w:r w:rsidR="00CB18FF">
              <w:rPr>
                <w:rFonts w:ascii="Times New Roman" w:hAnsi="Times New Roman" w:cs="Times New Roman"/>
                <w:b/>
                <w:lang w:val="pt-BR"/>
              </w:rPr>
              <w:t>o pavadinimas</w:t>
            </w:r>
          </w:p>
        </w:tc>
        <w:tc>
          <w:tcPr>
            <w:tcW w:w="2120" w:type="dxa"/>
            <w:shd w:val="clear" w:color="auto" w:fill="F2F2F2" w:themeFill="background1" w:themeFillShade="F2"/>
          </w:tcPr>
          <w:p w14:paraId="19E5995A" w14:textId="753E1340" w:rsidR="00553939" w:rsidRPr="00553939" w:rsidRDefault="00553939" w:rsidP="00553939">
            <w:pPr>
              <w:jc w:val="center"/>
              <w:rPr>
                <w:rFonts w:ascii="Times New Roman" w:hAnsi="Times New Roman" w:cs="Times New Roman"/>
                <w:b/>
                <w:lang w:val="pt-BR"/>
              </w:rPr>
            </w:pPr>
            <w:r w:rsidRPr="00553939">
              <w:rPr>
                <w:rFonts w:ascii="Times New Roman" w:hAnsi="Times New Roman" w:cs="Times New Roman"/>
                <w:b/>
                <w:lang w:val="pt-BR"/>
              </w:rPr>
              <w:t>Prašymą užregistravo</w:t>
            </w:r>
            <w:r w:rsidRPr="00553939">
              <w:rPr>
                <w:rFonts w:ascii="Times New Roman" w:hAnsi="Times New Roman" w:cs="Times New Roman"/>
                <w:b/>
                <w:lang w:val="pt-BR"/>
              </w:rPr>
              <w:br/>
              <w:t>(vardas, pavardė, parašas)</w:t>
            </w:r>
          </w:p>
        </w:tc>
        <w:tc>
          <w:tcPr>
            <w:tcW w:w="1986" w:type="dxa"/>
            <w:shd w:val="clear" w:color="auto" w:fill="F2F2F2" w:themeFill="background1" w:themeFillShade="F2"/>
          </w:tcPr>
          <w:p w14:paraId="1838D309" w14:textId="4C95BFC6" w:rsidR="00553939" w:rsidRPr="00553939" w:rsidRDefault="00553939" w:rsidP="00553939">
            <w:pPr>
              <w:jc w:val="center"/>
              <w:rPr>
                <w:rFonts w:ascii="Times New Roman" w:hAnsi="Times New Roman" w:cs="Times New Roman"/>
                <w:b/>
                <w:lang w:val="pt-BR"/>
              </w:rPr>
            </w:pPr>
            <w:r w:rsidRPr="00553939">
              <w:rPr>
                <w:rFonts w:ascii="Times New Roman" w:hAnsi="Times New Roman" w:cs="Times New Roman"/>
                <w:b/>
                <w:lang w:val="pt-BR"/>
              </w:rPr>
              <w:t xml:space="preserve">Voką </w:t>
            </w:r>
            <w:r w:rsidRPr="00553939">
              <w:rPr>
                <w:rFonts w:ascii="Times New Roman" w:hAnsi="Times New Roman" w:cs="Times New Roman"/>
                <w:b/>
                <w:lang w:val="pt-BR"/>
              </w:rPr>
              <w:br/>
              <w:t>pateikė</w:t>
            </w:r>
            <w:r w:rsidRPr="00553939">
              <w:rPr>
                <w:rFonts w:ascii="Times New Roman" w:hAnsi="Times New Roman" w:cs="Times New Roman"/>
                <w:b/>
                <w:lang w:val="pt-BR"/>
              </w:rPr>
              <w:br/>
              <w:t>(vardas, pavardė, parašas)</w:t>
            </w:r>
          </w:p>
        </w:tc>
      </w:tr>
      <w:tr w:rsidR="00553939" w:rsidRPr="006915BB" w14:paraId="6AF7BA9E" w14:textId="77777777" w:rsidTr="00C51800">
        <w:trPr>
          <w:trHeight w:val="784"/>
        </w:trPr>
        <w:tc>
          <w:tcPr>
            <w:tcW w:w="850" w:type="dxa"/>
          </w:tcPr>
          <w:p w14:paraId="2FDE5490" w14:textId="77777777" w:rsidR="00553939" w:rsidRDefault="00553939" w:rsidP="00553939">
            <w:pPr>
              <w:jc w:val="center"/>
              <w:rPr>
                <w:rFonts w:ascii="Times New Roman" w:hAnsi="Times New Roman" w:cs="Times New Roman"/>
                <w:b/>
                <w:sz w:val="24"/>
                <w:szCs w:val="24"/>
                <w:lang w:val="pt-BR"/>
              </w:rPr>
            </w:pPr>
          </w:p>
        </w:tc>
        <w:tc>
          <w:tcPr>
            <w:tcW w:w="1158" w:type="dxa"/>
          </w:tcPr>
          <w:p w14:paraId="7F5EE45C" w14:textId="77777777" w:rsidR="00553939" w:rsidRDefault="00553939" w:rsidP="00553939">
            <w:pPr>
              <w:jc w:val="center"/>
              <w:rPr>
                <w:rFonts w:ascii="Times New Roman" w:hAnsi="Times New Roman" w:cs="Times New Roman"/>
                <w:b/>
                <w:sz w:val="24"/>
                <w:szCs w:val="24"/>
                <w:lang w:val="pt-BR"/>
              </w:rPr>
            </w:pPr>
          </w:p>
        </w:tc>
        <w:tc>
          <w:tcPr>
            <w:tcW w:w="1242" w:type="dxa"/>
          </w:tcPr>
          <w:p w14:paraId="766BABA2" w14:textId="77777777" w:rsidR="00553939" w:rsidRDefault="00553939" w:rsidP="00553939">
            <w:pPr>
              <w:jc w:val="center"/>
              <w:rPr>
                <w:rFonts w:ascii="Times New Roman" w:hAnsi="Times New Roman" w:cs="Times New Roman"/>
                <w:b/>
                <w:sz w:val="24"/>
                <w:szCs w:val="24"/>
                <w:lang w:val="pt-BR"/>
              </w:rPr>
            </w:pPr>
          </w:p>
        </w:tc>
        <w:tc>
          <w:tcPr>
            <w:tcW w:w="2292" w:type="dxa"/>
          </w:tcPr>
          <w:p w14:paraId="1BA45CC4" w14:textId="77777777" w:rsidR="00553939" w:rsidRDefault="00553939" w:rsidP="00553939">
            <w:pPr>
              <w:jc w:val="center"/>
              <w:rPr>
                <w:rFonts w:ascii="Times New Roman" w:hAnsi="Times New Roman" w:cs="Times New Roman"/>
                <w:b/>
                <w:sz w:val="24"/>
                <w:szCs w:val="24"/>
                <w:lang w:val="pt-BR"/>
              </w:rPr>
            </w:pPr>
          </w:p>
        </w:tc>
        <w:tc>
          <w:tcPr>
            <w:tcW w:w="2120" w:type="dxa"/>
          </w:tcPr>
          <w:p w14:paraId="0B8788DF" w14:textId="77777777" w:rsidR="00553939" w:rsidRDefault="00553939" w:rsidP="00553939">
            <w:pPr>
              <w:jc w:val="center"/>
              <w:rPr>
                <w:rFonts w:ascii="Times New Roman" w:hAnsi="Times New Roman" w:cs="Times New Roman"/>
                <w:b/>
                <w:sz w:val="24"/>
                <w:szCs w:val="24"/>
                <w:lang w:val="pt-BR"/>
              </w:rPr>
            </w:pPr>
          </w:p>
        </w:tc>
        <w:tc>
          <w:tcPr>
            <w:tcW w:w="1986" w:type="dxa"/>
          </w:tcPr>
          <w:p w14:paraId="699A994B" w14:textId="77777777" w:rsidR="00553939" w:rsidRDefault="00553939" w:rsidP="00553939">
            <w:pPr>
              <w:jc w:val="center"/>
              <w:rPr>
                <w:rFonts w:ascii="Times New Roman" w:hAnsi="Times New Roman" w:cs="Times New Roman"/>
                <w:b/>
                <w:sz w:val="24"/>
                <w:szCs w:val="24"/>
                <w:lang w:val="pt-BR"/>
              </w:rPr>
            </w:pPr>
          </w:p>
        </w:tc>
      </w:tr>
      <w:tr w:rsidR="00553939" w:rsidRPr="006915BB" w14:paraId="00AA7A2D" w14:textId="77777777" w:rsidTr="00C51800">
        <w:trPr>
          <w:trHeight w:val="784"/>
        </w:trPr>
        <w:tc>
          <w:tcPr>
            <w:tcW w:w="850" w:type="dxa"/>
          </w:tcPr>
          <w:p w14:paraId="4C47FF43" w14:textId="77777777" w:rsidR="00553939" w:rsidRDefault="00553939" w:rsidP="00553939">
            <w:pPr>
              <w:jc w:val="center"/>
              <w:rPr>
                <w:rFonts w:ascii="Times New Roman" w:hAnsi="Times New Roman" w:cs="Times New Roman"/>
                <w:b/>
                <w:sz w:val="24"/>
                <w:szCs w:val="24"/>
                <w:lang w:val="pt-BR"/>
              </w:rPr>
            </w:pPr>
          </w:p>
        </w:tc>
        <w:tc>
          <w:tcPr>
            <w:tcW w:w="1158" w:type="dxa"/>
          </w:tcPr>
          <w:p w14:paraId="01189D49" w14:textId="77777777" w:rsidR="00553939" w:rsidRDefault="00553939" w:rsidP="00553939">
            <w:pPr>
              <w:jc w:val="center"/>
              <w:rPr>
                <w:rFonts w:ascii="Times New Roman" w:hAnsi="Times New Roman" w:cs="Times New Roman"/>
                <w:b/>
                <w:sz w:val="24"/>
                <w:szCs w:val="24"/>
                <w:lang w:val="pt-BR"/>
              </w:rPr>
            </w:pPr>
          </w:p>
        </w:tc>
        <w:tc>
          <w:tcPr>
            <w:tcW w:w="1242" w:type="dxa"/>
          </w:tcPr>
          <w:p w14:paraId="2856BB3C" w14:textId="77777777" w:rsidR="00553939" w:rsidRDefault="00553939" w:rsidP="00553939">
            <w:pPr>
              <w:jc w:val="center"/>
              <w:rPr>
                <w:rFonts w:ascii="Times New Roman" w:hAnsi="Times New Roman" w:cs="Times New Roman"/>
                <w:b/>
                <w:sz w:val="24"/>
                <w:szCs w:val="24"/>
                <w:lang w:val="pt-BR"/>
              </w:rPr>
            </w:pPr>
          </w:p>
        </w:tc>
        <w:tc>
          <w:tcPr>
            <w:tcW w:w="2292" w:type="dxa"/>
          </w:tcPr>
          <w:p w14:paraId="2259ABBD" w14:textId="77777777" w:rsidR="00553939" w:rsidRDefault="00553939" w:rsidP="00553939">
            <w:pPr>
              <w:jc w:val="center"/>
              <w:rPr>
                <w:rFonts w:ascii="Times New Roman" w:hAnsi="Times New Roman" w:cs="Times New Roman"/>
                <w:b/>
                <w:sz w:val="24"/>
                <w:szCs w:val="24"/>
                <w:lang w:val="pt-BR"/>
              </w:rPr>
            </w:pPr>
          </w:p>
        </w:tc>
        <w:tc>
          <w:tcPr>
            <w:tcW w:w="2120" w:type="dxa"/>
          </w:tcPr>
          <w:p w14:paraId="651E46D0" w14:textId="77777777" w:rsidR="00553939" w:rsidRDefault="00553939" w:rsidP="00553939">
            <w:pPr>
              <w:jc w:val="center"/>
              <w:rPr>
                <w:rFonts w:ascii="Times New Roman" w:hAnsi="Times New Roman" w:cs="Times New Roman"/>
                <w:b/>
                <w:sz w:val="24"/>
                <w:szCs w:val="24"/>
                <w:lang w:val="pt-BR"/>
              </w:rPr>
            </w:pPr>
          </w:p>
        </w:tc>
        <w:tc>
          <w:tcPr>
            <w:tcW w:w="1986" w:type="dxa"/>
          </w:tcPr>
          <w:p w14:paraId="558F9741" w14:textId="77777777" w:rsidR="00553939" w:rsidRDefault="00553939" w:rsidP="00553939">
            <w:pPr>
              <w:jc w:val="center"/>
              <w:rPr>
                <w:rFonts w:ascii="Times New Roman" w:hAnsi="Times New Roman" w:cs="Times New Roman"/>
                <w:b/>
                <w:sz w:val="24"/>
                <w:szCs w:val="24"/>
                <w:lang w:val="pt-BR"/>
              </w:rPr>
            </w:pPr>
          </w:p>
        </w:tc>
      </w:tr>
      <w:tr w:rsidR="00553939" w:rsidRPr="006915BB" w14:paraId="3DA33B3E" w14:textId="77777777" w:rsidTr="00C51800">
        <w:trPr>
          <w:trHeight w:val="784"/>
        </w:trPr>
        <w:tc>
          <w:tcPr>
            <w:tcW w:w="850" w:type="dxa"/>
          </w:tcPr>
          <w:p w14:paraId="271DB07E" w14:textId="77777777" w:rsidR="00553939" w:rsidRDefault="00553939" w:rsidP="00553939">
            <w:pPr>
              <w:jc w:val="center"/>
              <w:rPr>
                <w:rFonts w:ascii="Times New Roman" w:hAnsi="Times New Roman" w:cs="Times New Roman"/>
                <w:b/>
                <w:sz w:val="24"/>
                <w:szCs w:val="24"/>
                <w:lang w:val="pt-BR"/>
              </w:rPr>
            </w:pPr>
          </w:p>
        </w:tc>
        <w:tc>
          <w:tcPr>
            <w:tcW w:w="1158" w:type="dxa"/>
          </w:tcPr>
          <w:p w14:paraId="3908A8B1" w14:textId="77777777" w:rsidR="00553939" w:rsidRDefault="00553939" w:rsidP="00553939">
            <w:pPr>
              <w:jc w:val="center"/>
              <w:rPr>
                <w:rFonts w:ascii="Times New Roman" w:hAnsi="Times New Roman" w:cs="Times New Roman"/>
                <w:b/>
                <w:sz w:val="24"/>
                <w:szCs w:val="24"/>
                <w:lang w:val="pt-BR"/>
              </w:rPr>
            </w:pPr>
          </w:p>
        </w:tc>
        <w:tc>
          <w:tcPr>
            <w:tcW w:w="1242" w:type="dxa"/>
          </w:tcPr>
          <w:p w14:paraId="1C3C6841" w14:textId="77777777" w:rsidR="00553939" w:rsidRDefault="00553939" w:rsidP="00553939">
            <w:pPr>
              <w:jc w:val="center"/>
              <w:rPr>
                <w:rFonts w:ascii="Times New Roman" w:hAnsi="Times New Roman" w:cs="Times New Roman"/>
                <w:b/>
                <w:sz w:val="24"/>
                <w:szCs w:val="24"/>
                <w:lang w:val="pt-BR"/>
              </w:rPr>
            </w:pPr>
          </w:p>
        </w:tc>
        <w:tc>
          <w:tcPr>
            <w:tcW w:w="2292" w:type="dxa"/>
          </w:tcPr>
          <w:p w14:paraId="54784E98" w14:textId="77777777" w:rsidR="00553939" w:rsidRDefault="00553939" w:rsidP="00553939">
            <w:pPr>
              <w:jc w:val="center"/>
              <w:rPr>
                <w:rFonts w:ascii="Times New Roman" w:hAnsi="Times New Roman" w:cs="Times New Roman"/>
                <w:b/>
                <w:sz w:val="24"/>
                <w:szCs w:val="24"/>
                <w:lang w:val="pt-BR"/>
              </w:rPr>
            </w:pPr>
          </w:p>
        </w:tc>
        <w:tc>
          <w:tcPr>
            <w:tcW w:w="2120" w:type="dxa"/>
          </w:tcPr>
          <w:p w14:paraId="266BF3EA" w14:textId="77777777" w:rsidR="00553939" w:rsidRDefault="00553939" w:rsidP="00553939">
            <w:pPr>
              <w:jc w:val="center"/>
              <w:rPr>
                <w:rFonts w:ascii="Times New Roman" w:hAnsi="Times New Roman" w:cs="Times New Roman"/>
                <w:b/>
                <w:sz w:val="24"/>
                <w:szCs w:val="24"/>
                <w:lang w:val="pt-BR"/>
              </w:rPr>
            </w:pPr>
          </w:p>
        </w:tc>
        <w:tc>
          <w:tcPr>
            <w:tcW w:w="1986" w:type="dxa"/>
          </w:tcPr>
          <w:p w14:paraId="1679118E" w14:textId="77777777" w:rsidR="00553939" w:rsidRDefault="00553939" w:rsidP="00553939">
            <w:pPr>
              <w:jc w:val="center"/>
              <w:rPr>
                <w:rFonts w:ascii="Times New Roman" w:hAnsi="Times New Roman" w:cs="Times New Roman"/>
                <w:b/>
                <w:sz w:val="24"/>
                <w:szCs w:val="24"/>
                <w:lang w:val="pt-BR"/>
              </w:rPr>
            </w:pPr>
          </w:p>
        </w:tc>
      </w:tr>
      <w:tr w:rsidR="00553939" w:rsidRPr="006915BB" w14:paraId="695C531B" w14:textId="77777777" w:rsidTr="00C51800">
        <w:trPr>
          <w:trHeight w:val="784"/>
        </w:trPr>
        <w:tc>
          <w:tcPr>
            <w:tcW w:w="850" w:type="dxa"/>
          </w:tcPr>
          <w:p w14:paraId="3A249E61" w14:textId="77777777" w:rsidR="00553939" w:rsidRDefault="00553939" w:rsidP="00553939">
            <w:pPr>
              <w:jc w:val="center"/>
              <w:rPr>
                <w:rFonts w:ascii="Times New Roman" w:hAnsi="Times New Roman" w:cs="Times New Roman"/>
                <w:b/>
                <w:sz w:val="24"/>
                <w:szCs w:val="24"/>
                <w:lang w:val="pt-BR"/>
              </w:rPr>
            </w:pPr>
          </w:p>
        </w:tc>
        <w:tc>
          <w:tcPr>
            <w:tcW w:w="1158" w:type="dxa"/>
          </w:tcPr>
          <w:p w14:paraId="29DCB573" w14:textId="77777777" w:rsidR="00553939" w:rsidRDefault="00553939" w:rsidP="00553939">
            <w:pPr>
              <w:jc w:val="center"/>
              <w:rPr>
                <w:rFonts w:ascii="Times New Roman" w:hAnsi="Times New Roman" w:cs="Times New Roman"/>
                <w:b/>
                <w:sz w:val="24"/>
                <w:szCs w:val="24"/>
                <w:lang w:val="pt-BR"/>
              </w:rPr>
            </w:pPr>
          </w:p>
        </w:tc>
        <w:tc>
          <w:tcPr>
            <w:tcW w:w="1242" w:type="dxa"/>
          </w:tcPr>
          <w:p w14:paraId="1329B7D3" w14:textId="77777777" w:rsidR="00553939" w:rsidRDefault="00553939" w:rsidP="00553939">
            <w:pPr>
              <w:jc w:val="center"/>
              <w:rPr>
                <w:rFonts w:ascii="Times New Roman" w:hAnsi="Times New Roman" w:cs="Times New Roman"/>
                <w:b/>
                <w:sz w:val="24"/>
                <w:szCs w:val="24"/>
                <w:lang w:val="pt-BR"/>
              </w:rPr>
            </w:pPr>
          </w:p>
        </w:tc>
        <w:tc>
          <w:tcPr>
            <w:tcW w:w="2292" w:type="dxa"/>
          </w:tcPr>
          <w:p w14:paraId="427DD239" w14:textId="77777777" w:rsidR="00553939" w:rsidRDefault="00553939" w:rsidP="00553939">
            <w:pPr>
              <w:jc w:val="center"/>
              <w:rPr>
                <w:rFonts w:ascii="Times New Roman" w:hAnsi="Times New Roman" w:cs="Times New Roman"/>
                <w:b/>
                <w:sz w:val="24"/>
                <w:szCs w:val="24"/>
                <w:lang w:val="pt-BR"/>
              </w:rPr>
            </w:pPr>
          </w:p>
        </w:tc>
        <w:tc>
          <w:tcPr>
            <w:tcW w:w="2120" w:type="dxa"/>
          </w:tcPr>
          <w:p w14:paraId="6FF6B3DD" w14:textId="77777777" w:rsidR="00553939" w:rsidRDefault="00553939" w:rsidP="00553939">
            <w:pPr>
              <w:jc w:val="center"/>
              <w:rPr>
                <w:rFonts w:ascii="Times New Roman" w:hAnsi="Times New Roman" w:cs="Times New Roman"/>
                <w:b/>
                <w:sz w:val="24"/>
                <w:szCs w:val="24"/>
                <w:lang w:val="pt-BR"/>
              </w:rPr>
            </w:pPr>
          </w:p>
        </w:tc>
        <w:tc>
          <w:tcPr>
            <w:tcW w:w="1986" w:type="dxa"/>
          </w:tcPr>
          <w:p w14:paraId="665F1959" w14:textId="77777777" w:rsidR="00553939" w:rsidRDefault="00553939" w:rsidP="00553939">
            <w:pPr>
              <w:jc w:val="center"/>
              <w:rPr>
                <w:rFonts w:ascii="Times New Roman" w:hAnsi="Times New Roman" w:cs="Times New Roman"/>
                <w:b/>
                <w:sz w:val="24"/>
                <w:szCs w:val="24"/>
                <w:lang w:val="pt-BR"/>
              </w:rPr>
            </w:pPr>
          </w:p>
        </w:tc>
      </w:tr>
      <w:tr w:rsidR="00553939" w:rsidRPr="006915BB" w14:paraId="11875B8D" w14:textId="77777777" w:rsidTr="00C51800">
        <w:trPr>
          <w:trHeight w:val="784"/>
        </w:trPr>
        <w:tc>
          <w:tcPr>
            <w:tcW w:w="850" w:type="dxa"/>
          </w:tcPr>
          <w:p w14:paraId="15ED229B" w14:textId="77777777" w:rsidR="00553939" w:rsidRDefault="00553939" w:rsidP="00553939">
            <w:pPr>
              <w:jc w:val="center"/>
              <w:rPr>
                <w:rFonts w:ascii="Times New Roman" w:hAnsi="Times New Roman" w:cs="Times New Roman"/>
                <w:b/>
                <w:sz w:val="24"/>
                <w:szCs w:val="24"/>
                <w:lang w:val="pt-BR"/>
              </w:rPr>
            </w:pPr>
          </w:p>
        </w:tc>
        <w:tc>
          <w:tcPr>
            <w:tcW w:w="1158" w:type="dxa"/>
          </w:tcPr>
          <w:p w14:paraId="45554816" w14:textId="77777777" w:rsidR="00553939" w:rsidRDefault="00553939" w:rsidP="00553939">
            <w:pPr>
              <w:jc w:val="center"/>
              <w:rPr>
                <w:rFonts w:ascii="Times New Roman" w:hAnsi="Times New Roman" w:cs="Times New Roman"/>
                <w:b/>
                <w:sz w:val="24"/>
                <w:szCs w:val="24"/>
                <w:lang w:val="pt-BR"/>
              </w:rPr>
            </w:pPr>
          </w:p>
        </w:tc>
        <w:tc>
          <w:tcPr>
            <w:tcW w:w="1242" w:type="dxa"/>
          </w:tcPr>
          <w:p w14:paraId="73BB3B2C" w14:textId="77777777" w:rsidR="00553939" w:rsidRDefault="00553939" w:rsidP="00553939">
            <w:pPr>
              <w:jc w:val="center"/>
              <w:rPr>
                <w:rFonts w:ascii="Times New Roman" w:hAnsi="Times New Roman" w:cs="Times New Roman"/>
                <w:b/>
                <w:sz w:val="24"/>
                <w:szCs w:val="24"/>
                <w:lang w:val="pt-BR"/>
              </w:rPr>
            </w:pPr>
          </w:p>
        </w:tc>
        <w:tc>
          <w:tcPr>
            <w:tcW w:w="2292" w:type="dxa"/>
          </w:tcPr>
          <w:p w14:paraId="70D9F640" w14:textId="77777777" w:rsidR="00553939" w:rsidRDefault="00553939" w:rsidP="00553939">
            <w:pPr>
              <w:jc w:val="center"/>
              <w:rPr>
                <w:rFonts w:ascii="Times New Roman" w:hAnsi="Times New Roman" w:cs="Times New Roman"/>
                <w:b/>
                <w:sz w:val="24"/>
                <w:szCs w:val="24"/>
                <w:lang w:val="pt-BR"/>
              </w:rPr>
            </w:pPr>
          </w:p>
        </w:tc>
        <w:tc>
          <w:tcPr>
            <w:tcW w:w="2120" w:type="dxa"/>
          </w:tcPr>
          <w:p w14:paraId="74C8EB69" w14:textId="77777777" w:rsidR="00553939" w:rsidRDefault="00553939" w:rsidP="00553939">
            <w:pPr>
              <w:jc w:val="center"/>
              <w:rPr>
                <w:rFonts w:ascii="Times New Roman" w:hAnsi="Times New Roman" w:cs="Times New Roman"/>
                <w:b/>
                <w:sz w:val="24"/>
                <w:szCs w:val="24"/>
                <w:lang w:val="pt-BR"/>
              </w:rPr>
            </w:pPr>
          </w:p>
        </w:tc>
        <w:tc>
          <w:tcPr>
            <w:tcW w:w="1986" w:type="dxa"/>
          </w:tcPr>
          <w:p w14:paraId="5AFC0637" w14:textId="77777777" w:rsidR="00553939" w:rsidRDefault="00553939" w:rsidP="00553939">
            <w:pPr>
              <w:jc w:val="center"/>
              <w:rPr>
                <w:rFonts w:ascii="Times New Roman" w:hAnsi="Times New Roman" w:cs="Times New Roman"/>
                <w:b/>
                <w:sz w:val="24"/>
                <w:szCs w:val="24"/>
                <w:lang w:val="pt-BR"/>
              </w:rPr>
            </w:pPr>
          </w:p>
        </w:tc>
      </w:tr>
      <w:tr w:rsidR="00553939" w:rsidRPr="006915BB" w14:paraId="122DACF0" w14:textId="77777777" w:rsidTr="00C51800">
        <w:trPr>
          <w:trHeight w:val="784"/>
        </w:trPr>
        <w:tc>
          <w:tcPr>
            <w:tcW w:w="850" w:type="dxa"/>
          </w:tcPr>
          <w:p w14:paraId="6CAF5E31" w14:textId="77777777" w:rsidR="00553939" w:rsidRDefault="00553939" w:rsidP="00553939">
            <w:pPr>
              <w:jc w:val="center"/>
              <w:rPr>
                <w:rFonts w:ascii="Times New Roman" w:hAnsi="Times New Roman" w:cs="Times New Roman"/>
                <w:b/>
                <w:sz w:val="24"/>
                <w:szCs w:val="24"/>
                <w:lang w:val="pt-BR"/>
              </w:rPr>
            </w:pPr>
          </w:p>
        </w:tc>
        <w:tc>
          <w:tcPr>
            <w:tcW w:w="1158" w:type="dxa"/>
          </w:tcPr>
          <w:p w14:paraId="1EBD6AF9" w14:textId="77777777" w:rsidR="00553939" w:rsidRDefault="00553939" w:rsidP="00553939">
            <w:pPr>
              <w:jc w:val="center"/>
              <w:rPr>
                <w:rFonts w:ascii="Times New Roman" w:hAnsi="Times New Roman" w:cs="Times New Roman"/>
                <w:b/>
                <w:sz w:val="24"/>
                <w:szCs w:val="24"/>
                <w:lang w:val="pt-BR"/>
              </w:rPr>
            </w:pPr>
          </w:p>
        </w:tc>
        <w:tc>
          <w:tcPr>
            <w:tcW w:w="1242" w:type="dxa"/>
          </w:tcPr>
          <w:p w14:paraId="63BD9EF5" w14:textId="77777777" w:rsidR="00553939" w:rsidRDefault="00553939" w:rsidP="00553939">
            <w:pPr>
              <w:jc w:val="center"/>
              <w:rPr>
                <w:rFonts w:ascii="Times New Roman" w:hAnsi="Times New Roman" w:cs="Times New Roman"/>
                <w:b/>
                <w:sz w:val="24"/>
                <w:szCs w:val="24"/>
                <w:lang w:val="pt-BR"/>
              </w:rPr>
            </w:pPr>
          </w:p>
        </w:tc>
        <w:tc>
          <w:tcPr>
            <w:tcW w:w="2292" w:type="dxa"/>
          </w:tcPr>
          <w:p w14:paraId="7C88084C" w14:textId="77777777" w:rsidR="00553939" w:rsidRDefault="00553939" w:rsidP="00553939">
            <w:pPr>
              <w:jc w:val="center"/>
              <w:rPr>
                <w:rFonts w:ascii="Times New Roman" w:hAnsi="Times New Roman" w:cs="Times New Roman"/>
                <w:b/>
                <w:sz w:val="24"/>
                <w:szCs w:val="24"/>
                <w:lang w:val="pt-BR"/>
              </w:rPr>
            </w:pPr>
          </w:p>
        </w:tc>
        <w:tc>
          <w:tcPr>
            <w:tcW w:w="2120" w:type="dxa"/>
          </w:tcPr>
          <w:p w14:paraId="09B35003" w14:textId="77777777" w:rsidR="00553939" w:rsidRDefault="00553939" w:rsidP="00553939">
            <w:pPr>
              <w:jc w:val="center"/>
              <w:rPr>
                <w:rFonts w:ascii="Times New Roman" w:hAnsi="Times New Roman" w:cs="Times New Roman"/>
                <w:b/>
                <w:sz w:val="24"/>
                <w:szCs w:val="24"/>
                <w:lang w:val="pt-BR"/>
              </w:rPr>
            </w:pPr>
          </w:p>
        </w:tc>
        <w:tc>
          <w:tcPr>
            <w:tcW w:w="1986" w:type="dxa"/>
          </w:tcPr>
          <w:p w14:paraId="3F113511" w14:textId="77777777" w:rsidR="00553939" w:rsidRDefault="00553939" w:rsidP="00553939">
            <w:pPr>
              <w:jc w:val="center"/>
              <w:rPr>
                <w:rFonts w:ascii="Times New Roman" w:hAnsi="Times New Roman" w:cs="Times New Roman"/>
                <w:b/>
                <w:sz w:val="24"/>
                <w:szCs w:val="24"/>
                <w:lang w:val="pt-BR"/>
              </w:rPr>
            </w:pPr>
          </w:p>
        </w:tc>
      </w:tr>
      <w:tr w:rsidR="00553939" w:rsidRPr="006915BB" w14:paraId="3E0F79A9" w14:textId="77777777" w:rsidTr="00C51800">
        <w:trPr>
          <w:trHeight w:val="696"/>
        </w:trPr>
        <w:tc>
          <w:tcPr>
            <w:tcW w:w="850" w:type="dxa"/>
          </w:tcPr>
          <w:p w14:paraId="7D502BE8" w14:textId="77777777" w:rsidR="00553939" w:rsidRDefault="00553939" w:rsidP="00553939">
            <w:pPr>
              <w:jc w:val="center"/>
              <w:rPr>
                <w:rFonts w:ascii="Times New Roman" w:hAnsi="Times New Roman" w:cs="Times New Roman"/>
                <w:b/>
                <w:sz w:val="24"/>
                <w:szCs w:val="24"/>
                <w:lang w:val="pt-BR"/>
              </w:rPr>
            </w:pPr>
          </w:p>
        </w:tc>
        <w:tc>
          <w:tcPr>
            <w:tcW w:w="1158" w:type="dxa"/>
          </w:tcPr>
          <w:p w14:paraId="07B15061" w14:textId="77777777" w:rsidR="00553939" w:rsidRDefault="00553939" w:rsidP="00553939">
            <w:pPr>
              <w:jc w:val="center"/>
              <w:rPr>
                <w:rFonts w:ascii="Times New Roman" w:hAnsi="Times New Roman" w:cs="Times New Roman"/>
                <w:b/>
                <w:sz w:val="24"/>
                <w:szCs w:val="24"/>
                <w:lang w:val="pt-BR"/>
              </w:rPr>
            </w:pPr>
          </w:p>
        </w:tc>
        <w:tc>
          <w:tcPr>
            <w:tcW w:w="1242" w:type="dxa"/>
          </w:tcPr>
          <w:p w14:paraId="38655EB3" w14:textId="77777777" w:rsidR="00553939" w:rsidRDefault="00553939" w:rsidP="00553939">
            <w:pPr>
              <w:jc w:val="center"/>
              <w:rPr>
                <w:rFonts w:ascii="Times New Roman" w:hAnsi="Times New Roman" w:cs="Times New Roman"/>
                <w:b/>
                <w:sz w:val="24"/>
                <w:szCs w:val="24"/>
                <w:lang w:val="pt-BR"/>
              </w:rPr>
            </w:pPr>
          </w:p>
        </w:tc>
        <w:tc>
          <w:tcPr>
            <w:tcW w:w="2292" w:type="dxa"/>
          </w:tcPr>
          <w:p w14:paraId="23EEBB1E" w14:textId="77777777" w:rsidR="00553939" w:rsidRDefault="00553939" w:rsidP="00553939">
            <w:pPr>
              <w:jc w:val="center"/>
              <w:rPr>
                <w:rFonts w:ascii="Times New Roman" w:hAnsi="Times New Roman" w:cs="Times New Roman"/>
                <w:b/>
                <w:sz w:val="24"/>
                <w:szCs w:val="24"/>
                <w:lang w:val="pt-BR"/>
              </w:rPr>
            </w:pPr>
          </w:p>
        </w:tc>
        <w:tc>
          <w:tcPr>
            <w:tcW w:w="2120" w:type="dxa"/>
          </w:tcPr>
          <w:p w14:paraId="188D2952" w14:textId="77777777" w:rsidR="00553939" w:rsidRDefault="00553939" w:rsidP="00553939">
            <w:pPr>
              <w:jc w:val="center"/>
              <w:rPr>
                <w:rFonts w:ascii="Times New Roman" w:hAnsi="Times New Roman" w:cs="Times New Roman"/>
                <w:b/>
                <w:sz w:val="24"/>
                <w:szCs w:val="24"/>
                <w:lang w:val="pt-BR"/>
              </w:rPr>
            </w:pPr>
          </w:p>
        </w:tc>
        <w:tc>
          <w:tcPr>
            <w:tcW w:w="1986" w:type="dxa"/>
          </w:tcPr>
          <w:p w14:paraId="7A76E3D6" w14:textId="77777777" w:rsidR="00553939" w:rsidRDefault="00553939" w:rsidP="00553939">
            <w:pPr>
              <w:jc w:val="center"/>
              <w:rPr>
                <w:rFonts w:ascii="Times New Roman" w:hAnsi="Times New Roman" w:cs="Times New Roman"/>
                <w:b/>
                <w:sz w:val="24"/>
                <w:szCs w:val="24"/>
                <w:lang w:val="pt-BR"/>
              </w:rPr>
            </w:pPr>
          </w:p>
        </w:tc>
      </w:tr>
      <w:tr w:rsidR="00553939" w:rsidRPr="006915BB" w14:paraId="2F51B9D7" w14:textId="77777777" w:rsidTr="00C51800">
        <w:trPr>
          <w:trHeight w:val="693"/>
        </w:trPr>
        <w:tc>
          <w:tcPr>
            <w:tcW w:w="850" w:type="dxa"/>
          </w:tcPr>
          <w:p w14:paraId="72BB180A" w14:textId="77777777" w:rsidR="00553939" w:rsidRDefault="00553939" w:rsidP="00553939">
            <w:pPr>
              <w:jc w:val="center"/>
              <w:rPr>
                <w:rFonts w:ascii="Times New Roman" w:hAnsi="Times New Roman" w:cs="Times New Roman"/>
                <w:b/>
                <w:sz w:val="24"/>
                <w:szCs w:val="24"/>
                <w:lang w:val="pt-BR"/>
              </w:rPr>
            </w:pPr>
          </w:p>
        </w:tc>
        <w:tc>
          <w:tcPr>
            <w:tcW w:w="1158" w:type="dxa"/>
          </w:tcPr>
          <w:p w14:paraId="0E963B0F" w14:textId="77777777" w:rsidR="00553939" w:rsidRDefault="00553939" w:rsidP="00553939">
            <w:pPr>
              <w:jc w:val="center"/>
              <w:rPr>
                <w:rFonts w:ascii="Times New Roman" w:hAnsi="Times New Roman" w:cs="Times New Roman"/>
                <w:b/>
                <w:sz w:val="24"/>
                <w:szCs w:val="24"/>
                <w:lang w:val="pt-BR"/>
              </w:rPr>
            </w:pPr>
          </w:p>
        </w:tc>
        <w:tc>
          <w:tcPr>
            <w:tcW w:w="1242" w:type="dxa"/>
          </w:tcPr>
          <w:p w14:paraId="34647901" w14:textId="77777777" w:rsidR="00553939" w:rsidRDefault="00553939" w:rsidP="00553939">
            <w:pPr>
              <w:jc w:val="center"/>
              <w:rPr>
                <w:rFonts w:ascii="Times New Roman" w:hAnsi="Times New Roman" w:cs="Times New Roman"/>
                <w:b/>
                <w:sz w:val="24"/>
                <w:szCs w:val="24"/>
                <w:lang w:val="pt-BR"/>
              </w:rPr>
            </w:pPr>
          </w:p>
        </w:tc>
        <w:tc>
          <w:tcPr>
            <w:tcW w:w="2292" w:type="dxa"/>
          </w:tcPr>
          <w:p w14:paraId="0D82EAF1" w14:textId="77777777" w:rsidR="00553939" w:rsidRDefault="00553939" w:rsidP="00553939">
            <w:pPr>
              <w:jc w:val="center"/>
              <w:rPr>
                <w:rFonts w:ascii="Times New Roman" w:hAnsi="Times New Roman" w:cs="Times New Roman"/>
                <w:b/>
                <w:sz w:val="24"/>
                <w:szCs w:val="24"/>
                <w:lang w:val="pt-BR"/>
              </w:rPr>
            </w:pPr>
          </w:p>
        </w:tc>
        <w:tc>
          <w:tcPr>
            <w:tcW w:w="2120" w:type="dxa"/>
          </w:tcPr>
          <w:p w14:paraId="727BCF47" w14:textId="77777777" w:rsidR="00553939" w:rsidRDefault="00553939" w:rsidP="00553939">
            <w:pPr>
              <w:jc w:val="center"/>
              <w:rPr>
                <w:rFonts w:ascii="Times New Roman" w:hAnsi="Times New Roman" w:cs="Times New Roman"/>
                <w:b/>
                <w:sz w:val="24"/>
                <w:szCs w:val="24"/>
                <w:lang w:val="pt-BR"/>
              </w:rPr>
            </w:pPr>
          </w:p>
        </w:tc>
        <w:tc>
          <w:tcPr>
            <w:tcW w:w="1986" w:type="dxa"/>
          </w:tcPr>
          <w:p w14:paraId="12CBCBAF" w14:textId="77777777" w:rsidR="00553939" w:rsidRDefault="00553939" w:rsidP="00553939">
            <w:pPr>
              <w:jc w:val="center"/>
              <w:rPr>
                <w:rFonts w:ascii="Times New Roman" w:hAnsi="Times New Roman" w:cs="Times New Roman"/>
                <w:b/>
                <w:sz w:val="24"/>
                <w:szCs w:val="24"/>
                <w:lang w:val="pt-BR"/>
              </w:rPr>
            </w:pPr>
          </w:p>
        </w:tc>
      </w:tr>
      <w:tr w:rsidR="00553939" w:rsidRPr="006915BB" w14:paraId="05206EB2" w14:textId="77777777" w:rsidTr="00C51800">
        <w:trPr>
          <w:trHeight w:val="845"/>
        </w:trPr>
        <w:tc>
          <w:tcPr>
            <w:tcW w:w="850" w:type="dxa"/>
          </w:tcPr>
          <w:p w14:paraId="6D532899" w14:textId="77777777" w:rsidR="00553939" w:rsidRDefault="00553939" w:rsidP="00553939">
            <w:pPr>
              <w:jc w:val="center"/>
              <w:rPr>
                <w:rFonts w:ascii="Times New Roman" w:hAnsi="Times New Roman" w:cs="Times New Roman"/>
                <w:b/>
                <w:sz w:val="24"/>
                <w:szCs w:val="24"/>
                <w:lang w:val="pt-BR"/>
              </w:rPr>
            </w:pPr>
          </w:p>
        </w:tc>
        <w:tc>
          <w:tcPr>
            <w:tcW w:w="1158" w:type="dxa"/>
          </w:tcPr>
          <w:p w14:paraId="2A4957F7" w14:textId="77777777" w:rsidR="00553939" w:rsidRDefault="00553939" w:rsidP="00553939">
            <w:pPr>
              <w:jc w:val="center"/>
              <w:rPr>
                <w:rFonts w:ascii="Times New Roman" w:hAnsi="Times New Roman" w:cs="Times New Roman"/>
                <w:b/>
                <w:sz w:val="24"/>
                <w:szCs w:val="24"/>
                <w:lang w:val="pt-BR"/>
              </w:rPr>
            </w:pPr>
          </w:p>
        </w:tc>
        <w:tc>
          <w:tcPr>
            <w:tcW w:w="1242" w:type="dxa"/>
          </w:tcPr>
          <w:p w14:paraId="5AC0653D" w14:textId="77777777" w:rsidR="00553939" w:rsidRDefault="00553939" w:rsidP="00553939">
            <w:pPr>
              <w:jc w:val="center"/>
              <w:rPr>
                <w:rFonts w:ascii="Times New Roman" w:hAnsi="Times New Roman" w:cs="Times New Roman"/>
                <w:b/>
                <w:sz w:val="24"/>
                <w:szCs w:val="24"/>
                <w:lang w:val="pt-BR"/>
              </w:rPr>
            </w:pPr>
          </w:p>
        </w:tc>
        <w:tc>
          <w:tcPr>
            <w:tcW w:w="2292" w:type="dxa"/>
          </w:tcPr>
          <w:p w14:paraId="21F8AC14" w14:textId="77777777" w:rsidR="00553939" w:rsidRDefault="00553939" w:rsidP="00553939">
            <w:pPr>
              <w:jc w:val="center"/>
              <w:rPr>
                <w:rFonts w:ascii="Times New Roman" w:hAnsi="Times New Roman" w:cs="Times New Roman"/>
                <w:b/>
                <w:sz w:val="24"/>
                <w:szCs w:val="24"/>
                <w:lang w:val="pt-BR"/>
              </w:rPr>
            </w:pPr>
          </w:p>
        </w:tc>
        <w:tc>
          <w:tcPr>
            <w:tcW w:w="2120" w:type="dxa"/>
          </w:tcPr>
          <w:p w14:paraId="5BEE49B7" w14:textId="77777777" w:rsidR="00553939" w:rsidRDefault="00553939" w:rsidP="00553939">
            <w:pPr>
              <w:jc w:val="center"/>
              <w:rPr>
                <w:rFonts w:ascii="Times New Roman" w:hAnsi="Times New Roman" w:cs="Times New Roman"/>
                <w:b/>
                <w:sz w:val="24"/>
                <w:szCs w:val="24"/>
                <w:lang w:val="pt-BR"/>
              </w:rPr>
            </w:pPr>
          </w:p>
        </w:tc>
        <w:tc>
          <w:tcPr>
            <w:tcW w:w="1986" w:type="dxa"/>
          </w:tcPr>
          <w:p w14:paraId="5F8ED223" w14:textId="77777777" w:rsidR="00553939" w:rsidRDefault="00553939" w:rsidP="00553939">
            <w:pPr>
              <w:jc w:val="center"/>
              <w:rPr>
                <w:rFonts w:ascii="Times New Roman" w:hAnsi="Times New Roman" w:cs="Times New Roman"/>
                <w:b/>
                <w:sz w:val="24"/>
                <w:szCs w:val="24"/>
                <w:lang w:val="pt-BR"/>
              </w:rPr>
            </w:pPr>
          </w:p>
        </w:tc>
      </w:tr>
      <w:tr w:rsidR="00553939" w:rsidRPr="006915BB" w14:paraId="48ED8299" w14:textId="77777777" w:rsidTr="00C51800">
        <w:trPr>
          <w:trHeight w:val="789"/>
        </w:trPr>
        <w:tc>
          <w:tcPr>
            <w:tcW w:w="850" w:type="dxa"/>
          </w:tcPr>
          <w:p w14:paraId="48435E4F" w14:textId="77777777" w:rsidR="00553939" w:rsidRDefault="00553939" w:rsidP="00553939">
            <w:pPr>
              <w:jc w:val="center"/>
              <w:rPr>
                <w:rFonts w:ascii="Times New Roman" w:hAnsi="Times New Roman" w:cs="Times New Roman"/>
                <w:b/>
                <w:sz w:val="24"/>
                <w:szCs w:val="24"/>
                <w:lang w:val="pt-BR"/>
              </w:rPr>
            </w:pPr>
          </w:p>
        </w:tc>
        <w:tc>
          <w:tcPr>
            <w:tcW w:w="1158" w:type="dxa"/>
          </w:tcPr>
          <w:p w14:paraId="5B85C6A7" w14:textId="77777777" w:rsidR="00553939" w:rsidRDefault="00553939" w:rsidP="00553939">
            <w:pPr>
              <w:jc w:val="center"/>
              <w:rPr>
                <w:rFonts w:ascii="Times New Roman" w:hAnsi="Times New Roman" w:cs="Times New Roman"/>
                <w:b/>
                <w:sz w:val="24"/>
                <w:szCs w:val="24"/>
                <w:lang w:val="pt-BR"/>
              </w:rPr>
            </w:pPr>
          </w:p>
        </w:tc>
        <w:tc>
          <w:tcPr>
            <w:tcW w:w="1242" w:type="dxa"/>
          </w:tcPr>
          <w:p w14:paraId="3622D939" w14:textId="77777777" w:rsidR="00553939" w:rsidRDefault="00553939" w:rsidP="00553939">
            <w:pPr>
              <w:jc w:val="center"/>
              <w:rPr>
                <w:rFonts w:ascii="Times New Roman" w:hAnsi="Times New Roman" w:cs="Times New Roman"/>
                <w:b/>
                <w:sz w:val="24"/>
                <w:szCs w:val="24"/>
                <w:lang w:val="pt-BR"/>
              </w:rPr>
            </w:pPr>
          </w:p>
        </w:tc>
        <w:tc>
          <w:tcPr>
            <w:tcW w:w="2292" w:type="dxa"/>
          </w:tcPr>
          <w:p w14:paraId="71F43067" w14:textId="77777777" w:rsidR="00553939" w:rsidRDefault="00553939" w:rsidP="00553939">
            <w:pPr>
              <w:jc w:val="center"/>
              <w:rPr>
                <w:rFonts w:ascii="Times New Roman" w:hAnsi="Times New Roman" w:cs="Times New Roman"/>
                <w:b/>
                <w:sz w:val="24"/>
                <w:szCs w:val="24"/>
                <w:lang w:val="pt-BR"/>
              </w:rPr>
            </w:pPr>
          </w:p>
        </w:tc>
        <w:tc>
          <w:tcPr>
            <w:tcW w:w="2120" w:type="dxa"/>
          </w:tcPr>
          <w:p w14:paraId="3FF1D14F" w14:textId="77777777" w:rsidR="00553939" w:rsidRDefault="00553939" w:rsidP="00553939">
            <w:pPr>
              <w:jc w:val="center"/>
              <w:rPr>
                <w:rFonts w:ascii="Times New Roman" w:hAnsi="Times New Roman" w:cs="Times New Roman"/>
                <w:b/>
                <w:sz w:val="24"/>
                <w:szCs w:val="24"/>
                <w:lang w:val="pt-BR"/>
              </w:rPr>
            </w:pPr>
          </w:p>
        </w:tc>
        <w:tc>
          <w:tcPr>
            <w:tcW w:w="1986" w:type="dxa"/>
          </w:tcPr>
          <w:p w14:paraId="3AF7A123" w14:textId="77777777" w:rsidR="00553939" w:rsidRDefault="00553939" w:rsidP="00553939">
            <w:pPr>
              <w:jc w:val="center"/>
              <w:rPr>
                <w:rFonts w:ascii="Times New Roman" w:hAnsi="Times New Roman" w:cs="Times New Roman"/>
                <w:b/>
                <w:sz w:val="24"/>
                <w:szCs w:val="24"/>
                <w:lang w:val="pt-BR"/>
              </w:rPr>
            </w:pPr>
          </w:p>
        </w:tc>
      </w:tr>
    </w:tbl>
    <w:p w14:paraId="63C757F4" w14:textId="391CE420" w:rsidR="00457E51" w:rsidRPr="00CB18FF" w:rsidRDefault="00CB18FF" w:rsidP="0027429C">
      <w:pPr>
        <w:pStyle w:val="Betarp"/>
        <w:rPr>
          <w:rFonts w:ascii="Times New Roman" w:hAnsi="Times New Roman" w:cs="Times New Roman"/>
          <w:sz w:val="20"/>
          <w:szCs w:val="20"/>
          <w:lang w:val="pt-BR"/>
        </w:rPr>
      </w:pPr>
      <w:r>
        <w:rPr>
          <w:rFonts w:ascii="Times New Roman" w:hAnsi="Times New Roman" w:cs="Times New Roman"/>
          <w:sz w:val="24"/>
          <w:szCs w:val="24"/>
          <w:lang w:val="pt-BR"/>
        </w:rPr>
        <w:br/>
      </w:r>
      <w:r w:rsidR="00C51800" w:rsidRPr="00C51800">
        <w:rPr>
          <w:rFonts w:ascii="Times New Roman" w:hAnsi="Times New Roman" w:cs="Times New Roman"/>
          <w:sz w:val="24"/>
          <w:szCs w:val="24"/>
          <w:lang w:val="pt-BR"/>
        </w:rPr>
        <w:t>Re</w:t>
      </w:r>
      <w:r w:rsidR="00C51800">
        <w:rPr>
          <w:rFonts w:ascii="Times New Roman" w:hAnsi="Times New Roman" w:cs="Times New Roman"/>
          <w:sz w:val="24"/>
          <w:szCs w:val="24"/>
          <w:lang w:val="pt-BR"/>
        </w:rPr>
        <w:t>gistracija baigta 2026 m. ________________d. _____ val. ____ min.</w:t>
      </w:r>
      <w:r w:rsidR="00457E51" w:rsidRPr="00C51800">
        <w:rPr>
          <w:rFonts w:ascii="Times New Roman" w:hAnsi="Times New Roman" w:cs="Times New Roman"/>
          <w:sz w:val="24"/>
          <w:szCs w:val="24"/>
          <w:lang w:val="pt-BR"/>
        </w:rPr>
        <w:br/>
      </w:r>
      <w:r w:rsidR="0027429C" w:rsidRPr="00C51800">
        <w:rPr>
          <w:rFonts w:ascii="Times New Roman" w:hAnsi="Times New Roman" w:cs="Times New Roman"/>
          <w:sz w:val="24"/>
          <w:szCs w:val="24"/>
          <w:lang w:val="pt-BR"/>
        </w:rPr>
        <w:br/>
      </w:r>
      <w:r>
        <w:rPr>
          <w:rFonts w:ascii="Times New Roman" w:hAnsi="Times New Roman" w:cs="Times New Roman"/>
          <w:sz w:val="24"/>
          <w:szCs w:val="24"/>
          <w:lang w:val="pt-BR"/>
        </w:rPr>
        <w:t>Komisijos narys   _________________________________       _______________</w:t>
      </w:r>
      <w:r w:rsidR="0027429C" w:rsidRPr="00C51800">
        <w:rPr>
          <w:rFonts w:ascii="Times New Roman" w:hAnsi="Times New Roman" w:cs="Times New Roman"/>
          <w:sz w:val="24"/>
          <w:szCs w:val="24"/>
          <w:lang w:val="pt-BR"/>
        </w:rPr>
        <w:br/>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t xml:space="preserve">        </w:t>
      </w:r>
      <w:r w:rsidRPr="00CB18FF">
        <w:rPr>
          <w:rFonts w:ascii="Times New Roman" w:hAnsi="Times New Roman" w:cs="Times New Roman"/>
          <w:sz w:val="20"/>
          <w:szCs w:val="20"/>
          <w:lang w:val="pt-BR"/>
        </w:rPr>
        <w:t>(vardas pavardė)</w:t>
      </w:r>
      <w:r w:rsidRPr="00CB18FF">
        <w:rPr>
          <w:rFonts w:ascii="Times New Roman" w:hAnsi="Times New Roman" w:cs="Times New Roman"/>
          <w:sz w:val="20"/>
          <w:szCs w:val="20"/>
          <w:lang w:val="pt-BR"/>
        </w:rPr>
        <w:tab/>
      </w:r>
      <w:r w:rsidRPr="00CB18FF">
        <w:rPr>
          <w:rFonts w:ascii="Times New Roman" w:hAnsi="Times New Roman" w:cs="Times New Roman"/>
          <w:sz w:val="20"/>
          <w:szCs w:val="20"/>
          <w:lang w:val="pt-BR"/>
        </w:rPr>
        <w:tab/>
      </w:r>
      <w:r w:rsidRPr="00CB18FF">
        <w:rPr>
          <w:rFonts w:ascii="Times New Roman" w:hAnsi="Times New Roman" w:cs="Times New Roman"/>
          <w:sz w:val="20"/>
          <w:szCs w:val="20"/>
          <w:lang w:val="pt-BR"/>
        </w:rPr>
        <w:tab/>
      </w:r>
      <w:r w:rsidRPr="00CB18FF">
        <w:rPr>
          <w:rFonts w:ascii="Times New Roman" w:hAnsi="Times New Roman" w:cs="Times New Roman"/>
          <w:sz w:val="20"/>
          <w:szCs w:val="20"/>
          <w:lang w:val="pt-BR"/>
        </w:rPr>
        <w:tab/>
      </w:r>
      <w:r>
        <w:rPr>
          <w:rFonts w:ascii="Times New Roman" w:hAnsi="Times New Roman" w:cs="Times New Roman"/>
          <w:sz w:val="20"/>
          <w:szCs w:val="20"/>
          <w:lang w:val="pt-BR"/>
        </w:rPr>
        <w:t xml:space="preserve">   </w:t>
      </w:r>
      <w:r w:rsidRPr="00CB18FF">
        <w:rPr>
          <w:rFonts w:ascii="Times New Roman" w:hAnsi="Times New Roman" w:cs="Times New Roman"/>
          <w:sz w:val="20"/>
          <w:szCs w:val="20"/>
          <w:lang w:val="pt-BR"/>
        </w:rPr>
        <w:t>(parašas)</w:t>
      </w:r>
    </w:p>
    <w:p w14:paraId="5B09B9A2" w14:textId="77777777" w:rsidR="00F204A2" w:rsidRDefault="00F204A2" w:rsidP="0027429C">
      <w:pPr>
        <w:pStyle w:val="Betarp"/>
        <w:rPr>
          <w:rFonts w:ascii="Times New Roman" w:hAnsi="Times New Roman" w:cs="Times New Roman"/>
          <w:sz w:val="24"/>
          <w:szCs w:val="24"/>
          <w:lang w:val="pt-BR"/>
        </w:rPr>
      </w:pPr>
    </w:p>
    <w:p w14:paraId="238F8DFF" w14:textId="004AD16F" w:rsidR="00CB18FF" w:rsidRPr="00CB18FF" w:rsidRDefault="00CB18FF" w:rsidP="00CB18FF">
      <w:pPr>
        <w:pStyle w:val="Betarp"/>
        <w:rPr>
          <w:rFonts w:ascii="Times New Roman" w:hAnsi="Times New Roman" w:cs="Times New Roman"/>
          <w:sz w:val="20"/>
          <w:szCs w:val="20"/>
          <w:lang w:val="pt-BR"/>
        </w:rPr>
      </w:pPr>
      <w:r>
        <w:rPr>
          <w:rFonts w:ascii="Times New Roman" w:hAnsi="Times New Roman" w:cs="Times New Roman"/>
          <w:sz w:val="24"/>
          <w:szCs w:val="24"/>
          <w:lang w:val="pt-BR"/>
        </w:rPr>
        <w:lastRenderedPageBreak/>
        <w:t>Komisijos pirmininkas   _________________________________       _______________</w:t>
      </w:r>
      <w:r w:rsidRPr="00C51800">
        <w:rPr>
          <w:rFonts w:ascii="Times New Roman" w:hAnsi="Times New Roman" w:cs="Times New Roman"/>
          <w:sz w:val="24"/>
          <w:szCs w:val="24"/>
          <w:lang w:val="pt-BR"/>
        </w:rPr>
        <w:br/>
      </w:r>
      <w:r>
        <w:rPr>
          <w:rFonts w:ascii="Times New Roman" w:hAnsi="Times New Roman" w:cs="Times New Roman"/>
          <w:sz w:val="24"/>
          <w:szCs w:val="24"/>
          <w:lang w:val="pt-BR"/>
        </w:rPr>
        <w:tab/>
      </w:r>
      <w:r>
        <w:rPr>
          <w:rFonts w:ascii="Times New Roman" w:hAnsi="Times New Roman" w:cs="Times New Roman"/>
          <w:sz w:val="24"/>
          <w:szCs w:val="24"/>
          <w:lang w:val="pt-BR"/>
        </w:rPr>
        <w:tab/>
      </w:r>
      <w:r>
        <w:rPr>
          <w:rFonts w:ascii="Times New Roman" w:hAnsi="Times New Roman" w:cs="Times New Roman"/>
          <w:sz w:val="24"/>
          <w:szCs w:val="24"/>
          <w:lang w:val="pt-BR"/>
        </w:rPr>
        <w:tab/>
      </w:r>
      <w:r w:rsidRPr="00CB18FF">
        <w:rPr>
          <w:rFonts w:ascii="Times New Roman" w:hAnsi="Times New Roman" w:cs="Times New Roman"/>
          <w:sz w:val="20"/>
          <w:szCs w:val="20"/>
          <w:lang w:val="pt-BR"/>
        </w:rPr>
        <w:t xml:space="preserve">           </w:t>
      </w:r>
      <w:r>
        <w:rPr>
          <w:rFonts w:ascii="Times New Roman" w:hAnsi="Times New Roman" w:cs="Times New Roman"/>
          <w:sz w:val="20"/>
          <w:szCs w:val="20"/>
          <w:lang w:val="pt-BR"/>
        </w:rPr>
        <w:t xml:space="preserve">            </w:t>
      </w:r>
      <w:r w:rsidRPr="00CB18FF">
        <w:rPr>
          <w:rFonts w:ascii="Times New Roman" w:hAnsi="Times New Roman" w:cs="Times New Roman"/>
          <w:sz w:val="20"/>
          <w:szCs w:val="20"/>
          <w:lang w:val="pt-BR"/>
        </w:rPr>
        <w:t xml:space="preserve"> (vardas pavardė)</w:t>
      </w:r>
      <w:r w:rsidRPr="00CB18FF">
        <w:rPr>
          <w:rFonts w:ascii="Times New Roman" w:hAnsi="Times New Roman" w:cs="Times New Roman"/>
          <w:sz w:val="20"/>
          <w:szCs w:val="20"/>
          <w:lang w:val="pt-BR"/>
        </w:rPr>
        <w:tab/>
      </w:r>
      <w:r w:rsidRPr="00CB18FF">
        <w:rPr>
          <w:rFonts w:ascii="Times New Roman" w:hAnsi="Times New Roman" w:cs="Times New Roman"/>
          <w:sz w:val="20"/>
          <w:szCs w:val="20"/>
          <w:lang w:val="pt-BR"/>
        </w:rPr>
        <w:tab/>
      </w:r>
      <w:r w:rsidRPr="00CB18FF">
        <w:rPr>
          <w:rFonts w:ascii="Times New Roman" w:hAnsi="Times New Roman" w:cs="Times New Roman"/>
          <w:sz w:val="20"/>
          <w:szCs w:val="20"/>
          <w:lang w:val="pt-BR"/>
        </w:rPr>
        <w:tab/>
      </w:r>
      <w:r w:rsidRPr="00CB18FF">
        <w:rPr>
          <w:rFonts w:ascii="Times New Roman" w:hAnsi="Times New Roman" w:cs="Times New Roman"/>
          <w:sz w:val="20"/>
          <w:szCs w:val="20"/>
          <w:lang w:val="pt-BR"/>
        </w:rPr>
        <w:tab/>
        <w:t>(parašas)</w:t>
      </w:r>
    </w:p>
    <w:p w14:paraId="55474428" w14:textId="77777777" w:rsidR="00CB18FF" w:rsidRPr="00CB18FF" w:rsidRDefault="00CB18FF" w:rsidP="00CB18FF">
      <w:pPr>
        <w:pStyle w:val="Betarp"/>
        <w:rPr>
          <w:rFonts w:ascii="Times New Roman" w:hAnsi="Times New Roman" w:cs="Times New Roman"/>
          <w:sz w:val="20"/>
          <w:szCs w:val="20"/>
          <w:lang w:val="pt-BR"/>
        </w:rPr>
      </w:pPr>
    </w:p>
    <w:p w14:paraId="2A44D158" w14:textId="77777777" w:rsidR="00F204A2" w:rsidRDefault="00F204A2" w:rsidP="0027429C">
      <w:pPr>
        <w:pStyle w:val="Betarp"/>
        <w:rPr>
          <w:rFonts w:ascii="Times New Roman" w:hAnsi="Times New Roman" w:cs="Times New Roman"/>
          <w:sz w:val="24"/>
          <w:szCs w:val="24"/>
          <w:lang w:val="pt-BR"/>
        </w:rPr>
      </w:pPr>
    </w:p>
    <w:p w14:paraId="3C49AC05" w14:textId="77777777" w:rsidR="00F204A2" w:rsidRDefault="00F204A2" w:rsidP="0027429C">
      <w:pPr>
        <w:pStyle w:val="Betarp"/>
        <w:rPr>
          <w:rFonts w:ascii="Times New Roman" w:hAnsi="Times New Roman" w:cs="Times New Roman"/>
          <w:sz w:val="24"/>
          <w:szCs w:val="24"/>
          <w:lang w:val="pt-BR"/>
        </w:rPr>
      </w:pPr>
    </w:p>
    <w:p w14:paraId="18C977B5" w14:textId="6277CA99" w:rsidR="00F204A2" w:rsidRDefault="00F204A2" w:rsidP="00F204A2">
      <w:pPr>
        <w:spacing w:line="240" w:lineRule="auto"/>
        <w:ind w:left="5760"/>
        <w:rPr>
          <w:rFonts w:ascii="Times New Roman" w:hAnsi="Times New Roman" w:cs="Times New Roman"/>
          <w:bCs/>
          <w:sz w:val="20"/>
          <w:szCs w:val="20"/>
          <w:lang w:val="pt-BR"/>
        </w:rPr>
      </w:pPr>
      <w:r w:rsidRPr="008577F4">
        <w:rPr>
          <w:rFonts w:ascii="Times New Roman" w:hAnsi="Times New Roman" w:cs="Times New Roman"/>
          <w:bCs/>
          <w:sz w:val="20"/>
          <w:szCs w:val="20"/>
          <w:lang w:val="pt-BR"/>
        </w:rPr>
        <w:t xml:space="preserve">Kėdainių kultūros centro turto </w:t>
      </w:r>
      <w:r w:rsidRPr="008577F4">
        <w:rPr>
          <w:rFonts w:ascii="Times New Roman" w:hAnsi="Times New Roman" w:cs="Times New Roman"/>
          <w:bCs/>
          <w:sz w:val="20"/>
          <w:szCs w:val="20"/>
          <w:lang w:val="pt-BR"/>
        </w:rPr>
        <w:br/>
        <w:t xml:space="preserve">nuomos viešojo konkurso sąlygų </w:t>
      </w:r>
      <w:r>
        <w:rPr>
          <w:rFonts w:ascii="Times New Roman" w:hAnsi="Times New Roman" w:cs="Times New Roman"/>
          <w:bCs/>
          <w:sz w:val="20"/>
          <w:szCs w:val="20"/>
          <w:lang w:val="pt-BR"/>
        </w:rPr>
        <w:t>4</w:t>
      </w:r>
      <w:r w:rsidRPr="008577F4">
        <w:rPr>
          <w:rFonts w:ascii="Times New Roman" w:hAnsi="Times New Roman" w:cs="Times New Roman"/>
          <w:bCs/>
          <w:sz w:val="20"/>
          <w:szCs w:val="20"/>
          <w:lang w:val="pt-BR"/>
        </w:rPr>
        <w:t xml:space="preserve"> priedas</w:t>
      </w:r>
    </w:p>
    <w:p w14:paraId="02DFB15A" w14:textId="77777777" w:rsidR="00F204A2" w:rsidRDefault="00F204A2" w:rsidP="0027429C">
      <w:pPr>
        <w:pStyle w:val="Betarp"/>
        <w:rPr>
          <w:rFonts w:ascii="Times New Roman" w:hAnsi="Times New Roman" w:cs="Times New Roman"/>
          <w:sz w:val="24"/>
          <w:szCs w:val="24"/>
          <w:lang w:val="pt-BR"/>
        </w:rPr>
      </w:pPr>
    </w:p>
    <w:p w14:paraId="338B3A85" w14:textId="400D5B78" w:rsidR="00CB18FF" w:rsidRDefault="00CB18FF" w:rsidP="00CB18FF">
      <w:pPr>
        <w:spacing w:line="240" w:lineRule="auto"/>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KĖDAINIŲ KULTŪROS CENTRO PATALPŲ J.BASANAVIČIAUS G. 24, KĖDAINIAI </w:t>
      </w:r>
      <w:r>
        <w:rPr>
          <w:rFonts w:ascii="Times New Roman" w:hAnsi="Times New Roman" w:cs="Times New Roman"/>
          <w:b/>
          <w:sz w:val="24"/>
          <w:szCs w:val="24"/>
          <w:lang w:val="pt-BR"/>
        </w:rPr>
        <w:br/>
        <w:t>TURTO NUOMOS VIEŠOJO KONKURSO DALYVIO PAŽYMĖJIMAS</w:t>
      </w:r>
    </w:p>
    <w:p w14:paraId="4D678E43" w14:textId="77777777" w:rsidR="00F204A2" w:rsidRDefault="00F204A2" w:rsidP="0027429C">
      <w:pPr>
        <w:pStyle w:val="Betarp"/>
        <w:rPr>
          <w:rFonts w:ascii="Times New Roman" w:hAnsi="Times New Roman" w:cs="Times New Roman"/>
          <w:sz w:val="24"/>
          <w:szCs w:val="24"/>
          <w:lang w:val="pt-BR"/>
        </w:rPr>
      </w:pPr>
    </w:p>
    <w:p w14:paraId="180B9774" w14:textId="77777777" w:rsidR="00CB18FF" w:rsidRDefault="00CB18FF" w:rsidP="0027429C">
      <w:pPr>
        <w:pStyle w:val="Betarp"/>
        <w:rPr>
          <w:rFonts w:ascii="Times New Roman" w:hAnsi="Times New Roman" w:cs="Times New Roman"/>
          <w:sz w:val="24"/>
          <w:szCs w:val="24"/>
          <w:lang w:val="pt-BR"/>
        </w:rPr>
      </w:pPr>
    </w:p>
    <w:tbl>
      <w:tblPr>
        <w:tblStyle w:val="Lentelstinklelis"/>
        <w:tblW w:w="0" w:type="auto"/>
        <w:tblInd w:w="108" w:type="dxa"/>
        <w:tblLook w:val="04A0" w:firstRow="1" w:lastRow="0" w:firstColumn="1" w:lastColumn="0" w:noHBand="0" w:noVBand="1"/>
      </w:tblPr>
      <w:tblGrid>
        <w:gridCol w:w="956"/>
        <w:gridCol w:w="1150"/>
        <w:gridCol w:w="1238"/>
        <w:gridCol w:w="2893"/>
        <w:gridCol w:w="1452"/>
        <w:gridCol w:w="1959"/>
      </w:tblGrid>
      <w:tr w:rsidR="00CB18FF" w:rsidRPr="00553939" w14:paraId="5597FAC0" w14:textId="77777777" w:rsidTr="00CB18FF">
        <w:tc>
          <w:tcPr>
            <w:tcW w:w="956" w:type="dxa"/>
            <w:shd w:val="clear" w:color="auto" w:fill="F2F2F2" w:themeFill="background1" w:themeFillShade="F2"/>
          </w:tcPr>
          <w:p w14:paraId="28228305" w14:textId="77777777" w:rsidR="00CB18FF" w:rsidRPr="00553939" w:rsidRDefault="00CB18FF" w:rsidP="00AC5136">
            <w:pPr>
              <w:jc w:val="center"/>
              <w:rPr>
                <w:rFonts w:ascii="Times New Roman" w:hAnsi="Times New Roman" w:cs="Times New Roman"/>
                <w:b/>
                <w:lang w:val="pt-BR"/>
              </w:rPr>
            </w:pPr>
            <w:r w:rsidRPr="00553939">
              <w:rPr>
                <w:rFonts w:ascii="Times New Roman" w:hAnsi="Times New Roman" w:cs="Times New Roman"/>
                <w:b/>
                <w:lang w:val="pt-BR"/>
              </w:rPr>
              <w:t>Registr.</w:t>
            </w:r>
            <w:r w:rsidRPr="00553939">
              <w:rPr>
                <w:rFonts w:ascii="Times New Roman" w:hAnsi="Times New Roman" w:cs="Times New Roman"/>
                <w:b/>
                <w:lang w:val="pt-BR"/>
              </w:rPr>
              <w:br/>
              <w:t>Nr.</w:t>
            </w:r>
          </w:p>
        </w:tc>
        <w:tc>
          <w:tcPr>
            <w:tcW w:w="1150" w:type="dxa"/>
            <w:shd w:val="clear" w:color="auto" w:fill="F2F2F2" w:themeFill="background1" w:themeFillShade="F2"/>
          </w:tcPr>
          <w:p w14:paraId="4F092FAE" w14:textId="77777777" w:rsidR="00CB18FF" w:rsidRPr="00553939" w:rsidRDefault="00CB18FF" w:rsidP="00AC5136">
            <w:pPr>
              <w:jc w:val="center"/>
              <w:rPr>
                <w:rFonts w:ascii="Times New Roman" w:hAnsi="Times New Roman" w:cs="Times New Roman"/>
                <w:b/>
                <w:lang w:val="pt-BR"/>
              </w:rPr>
            </w:pPr>
            <w:r w:rsidRPr="00553939">
              <w:rPr>
                <w:rFonts w:ascii="Times New Roman" w:hAnsi="Times New Roman" w:cs="Times New Roman"/>
                <w:b/>
                <w:lang w:val="pt-BR"/>
              </w:rPr>
              <w:t>Voko</w:t>
            </w:r>
            <w:r w:rsidRPr="00553939">
              <w:rPr>
                <w:rFonts w:ascii="Times New Roman" w:hAnsi="Times New Roman" w:cs="Times New Roman"/>
                <w:b/>
                <w:lang w:val="pt-BR"/>
              </w:rPr>
              <w:br/>
            </w:r>
            <w:r>
              <w:rPr>
                <w:rFonts w:ascii="Times New Roman" w:hAnsi="Times New Roman" w:cs="Times New Roman"/>
                <w:b/>
                <w:lang w:val="pt-BR"/>
              </w:rPr>
              <w:t>gavimo</w:t>
            </w:r>
            <w:r w:rsidRPr="00553939">
              <w:rPr>
                <w:rFonts w:ascii="Times New Roman" w:hAnsi="Times New Roman" w:cs="Times New Roman"/>
                <w:b/>
                <w:lang w:val="pt-BR"/>
              </w:rPr>
              <w:br/>
              <w:t>data</w:t>
            </w:r>
          </w:p>
        </w:tc>
        <w:tc>
          <w:tcPr>
            <w:tcW w:w="1238" w:type="dxa"/>
            <w:shd w:val="clear" w:color="auto" w:fill="F2F2F2" w:themeFill="background1" w:themeFillShade="F2"/>
          </w:tcPr>
          <w:p w14:paraId="2E771063" w14:textId="77777777" w:rsidR="00CB18FF" w:rsidRPr="00553939" w:rsidRDefault="00CB18FF" w:rsidP="00AC5136">
            <w:pPr>
              <w:jc w:val="center"/>
              <w:rPr>
                <w:rFonts w:ascii="Times New Roman" w:hAnsi="Times New Roman" w:cs="Times New Roman"/>
                <w:b/>
                <w:lang w:val="pt-BR"/>
              </w:rPr>
            </w:pPr>
            <w:r w:rsidRPr="00553939">
              <w:rPr>
                <w:rFonts w:ascii="Times New Roman" w:hAnsi="Times New Roman" w:cs="Times New Roman"/>
                <w:b/>
                <w:lang w:val="pt-BR"/>
              </w:rPr>
              <w:t>Voko</w:t>
            </w:r>
            <w:r w:rsidRPr="00553939">
              <w:rPr>
                <w:rFonts w:ascii="Times New Roman" w:hAnsi="Times New Roman" w:cs="Times New Roman"/>
                <w:b/>
                <w:lang w:val="pt-BR"/>
              </w:rPr>
              <w:br/>
            </w:r>
            <w:r>
              <w:rPr>
                <w:rFonts w:ascii="Times New Roman" w:hAnsi="Times New Roman" w:cs="Times New Roman"/>
                <w:b/>
                <w:lang w:val="pt-BR"/>
              </w:rPr>
              <w:t>gavimo</w:t>
            </w:r>
            <w:r w:rsidRPr="00553939">
              <w:rPr>
                <w:rFonts w:ascii="Times New Roman" w:hAnsi="Times New Roman" w:cs="Times New Roman"/>
                <w:b/>
                <w:lang w:val="pt-BR"/>
              </w:rPr>
              <w:br/>
              <w:t>laikas</w:t>
            </w:r>
            <w:r>
              <w:rPr>
                <w:rFonts w:ascii="Times New Roman" w:hAnsi="Times New Roman" w:cs="Times New Roman"/>
                <w:b/>
                <w:lang w:val="pt-BR"/>
              </w:rPr>
              <w:br/>
              <w:t>(minučių tikslumu)</w:t>
            </w:r>
          </w:p>
        </w:tc>
        <w:tc>
          <w:tcPr>
            <w:tcW w:w="2893" w:type="dxa"/>
            <w:shd w:val="clear" w:color="auto" w:fill="F2F2F2" w:themeFill="background1" w:themeFillShade="F2"/>
          </w:tcPr>
          <w:p w14:paraId="28BC6834" w14:textId="468026D7" w:rsidR="00CB18FF" w:rsidRPr="00553939" w:rsidRDefault="00CB18FF" w:rsidP="00AC5136">
            <w:pPr>
              <w:jc w:val="center"/>
              <w:rPr>
                <w:rFonts w:ascii="Times New Roman" w:hAnsi="Times New Roman" w:cs="Times New Roman"/>
                <w:b/>
                <w:lang w:val="pt-BR"/>
              </w:rPr>
            </w:pPr>
            <w:r w:rsidRPr="00553939">
              <w:rPr>
                <w:rFonts w:ascii="Times New Roman" w:hAnsi="Times New Roman" w:cs="Times New Roman"/>
                <w:b/>
                <w:lang w:val="pt-BR"/>
              </w:rPr>
              <w:t>Ko</w:t>
            </w:r>
            <w:r>
              <w:rPr>
                <w:rFonts w:ascii="Times New Roman" w:hAnsi="Times New Roman" w:cs="Times New Roman"/>
                <w:b/>
                <w:lang w:val="pt-BR"/>
              </w:rPr>
              <w:t>misijos posėdžio vieta</w:t>
            </w:r>
            <w:r w:rsidRPr="00553939">
              <w:rPr>
                <w:rFonts w:ascii="Times New Roman" w:hAnsi="Times New Roman" w:cs="Times New Roman"/>
                <w:b/>
                <w:lang w:val="pt-BR"/>
              </w:rPr>
              <w:t xml:space="preserve"> </w:t>
            </w:r>
            <w:r w:rsidRPr="00553939">
              <w:rPr>
                <w:rFonts w:ascii="Times New Roman" w:hAnsi="Times New Roman" w:cs="Times New Roman"/>
                <w:b/>
                <w:lang w:val="pt-BR"/>
              </w:rPr>
              <w:br/>
            </w:r>
          </w:p>
        </w:tc>
        <w:tc>
          <w:tcPr>
            <w:tcW w:w="1452" w:type="dxa"/>
            <w:shd w:val="clear" w:color="auto" w:fill="F2F2F2" w:themeFill="background1" w:themeFillShade="F2"/>
          </w:tcPr>
          <w:p w14:paraId="5EF65C3E" w14:textId="5CE16538" w:rsidR="00CB18FF" w:rsidRPr="00553939" w:rsidRDefault="00CB18FF" w:rsidP="00AC5136">
            <w:pPr>
              <w:jc w:val="center"/>
              <w:rPr>
                <w:rFonts w:ascii="Times New Roman" w:hAnsi="Times New Roman" w:cs="Times New Roman"/>
                <w:b/>
                <w:lang w:val="pt-BR"/>
              </w:rPr>
            </w:pPr>
            <w:r w:rsidRPr="00553939">
              <w:rPr>
                <w:rFonts w:ascii="Times New Roman" w:hAnsi="Times New Roman" w:cs="Times New Roman"/>
                <w:b/>
                <w:lang w:val="pt-BR"/>
              </w:rPr>
              <w:t>Ko</w:t>
            </w:r>
            <w:r>
              <w:rPr>
                <w:rFonts w:ascii="Times New Roman" w:hAnsi="Times New Roman" w:cs="Times New Roman"/>
                <w:b/>
                <w:lang w:val="pt-BR"/>
              </w:rPr>
              <w:t>misijos posėdžio data</w:t>
            </w:r>
          </w:p>
        </w:tc>
        <w:tc>
          <w:tcPr>
            <w:tcW w:w="1959" w:type="dxa"/>
            <w:shd w:val="clear" w:color="auto" w:fill="F2F2F2" w:themeFill="background1" w:themeFillShade="F2"/>
          </w:tcPr>
          <w:p w14:paraId="2C3DB00F" w14:textId="614C20A8" w:rsidR="00CB18FF" w:rsidRPr="00553939" w:rsidRDefault="00CB18FF" w:rsidP="00AC5136">
            <w:pPr>
              <w:jc w:val="center"/>
              <w:rPr>
                <w:rFonts w:ascii="Times New Roman" w:hAnsi="Times New Roman" w:cs="Times New Roman"/>
                <w:b/>
                <w:lang w:val="pt-BR"/>
              </w:rPr>
            </w:pPr>
            <w:r w:rsidRPr="00553939">
              <w:rPr>
                <w:rFonts w:ascii="Times New Roman" w:hAnsi="Times New Roman" w:cs="Times New Roman"/>
                <w:b/>
                <w:lang w:val="pt-BR"/>
              </w:rPr>
              <w:t>Ko</w:t>
            </w:r>
            <w:r>
              <w:rPr>
                <w:rFonts w:ascii="Times New Roman" w:hAnsi="Times New Roman" w:cs="Times New Roman"/>
                <w:b/>
                <w:lang w:val="pt-BR"/>
              </w:rPr>
              <w:t xml:space="preserve">misijos posėdžio </w:t>
            </w:r>
            <w:r>
              <w:rPr>
                <w:rFonts w:ascii="Times New Roman" w:hAnsi="Times New Roman" w:cs="Times New Roman"/>
                <w:b/>
                <w:lang w:val="pt-BR"/>
              </w:rPr>
              <w:br/>
              <w:t>laikas</w:t>
            </w:r>
          </w:p>
        </w:tc>
      </w:tr>
      <w:tr w:rsidR="00CB18FF" w14:paraId="6765BB78" w14:textId="77777777" w:rsidTr="00CB18FF">
        <w:trPr>
          <w:trHeight w:val="784"/>
        </w:trPr>
        <w:tc>
          <w:tcPr>
            <w:tcW w:w="956" w:type="dxa"/>
          </w:tcPr>
          <w:p w14:paraId="427B86A5" w14:textId="77777777" w:rsidR="00CB18FF" w:rsidRDefault="00CB18FF" w:rsidP="00AC5136">
            <w:pPr>
              <w:jc w:val="center"/>
              <w:rPr>
                <w:rFonts w:ascii="Times New Roman" w:hAnsi="Times New Roman" w:cs="Times New Roman"/>
                <w:b/>
                <w:sz w:val="24"/>
                <w:szCs w:val="24"/>
                <w:lang w:val="pt-BR"/>
              </w:rPr>
            </w:pPr>
          </w:p>
        </w:tc>
        <w:tc>
          <w:tcPr>
            <w:tcW w:w="1150" w:type="dxa"/>
          </w:tcPr>
          <w:p w14:paraId="17E93B31" w14:textId="77777777" w:rsidR="00CB18FF" w:rsidRDefault="00CB18FF" w:rsidP="00AC5136">
            <w:pPr>
              <w:jc w:val="center"/>
              <w:rPr>
                <w:rFonts w:ascii="Times New Roman" w:hAnsi="Times New Roman" w:cs="Times New Roman"/>
                <w:b/>
                <w:sz w:val="24"/>
                <w:szCs w:val="24"/>
                <w:lang w:val="pt-BR"/>
              </w:rPr>
            </w:pPr>
          </w:p>
        </w:tc>
        <w:tc>
          <w:tcPr>
            <w:tcW w:w="1238" w:type="dxa"/>
          </w:tcPr>
          <w:p w14:paraId="699072B5" w14:textId="77777777" w:rsidR="00CB18FF" w:rsidRDefault="00CB18FF" w:rsidP="00AC5136">
            <w:pPr>
              <w:jc w:val="center"/>
              <w:rPr>
                <w:rFonts w:ascii="Times New Roman" w:hAnsi="Times New Roman" w:cs="Times New Roman"/>
                <w:b/>
                <w:sz w:val="24"/>
                <w:szCs w:val="24"/>
                <w:lang w:val="pt-BR"/>
              </w:rPr>
            </w:pPr>
          </w:p>
        </w:tc>
        <w:tc>
          <w:tcPr>
            <w:tcW w:w="2893" w:type="dxa"/>
          </w:tcPr>
          <w:p w14:paraId="658D7486" w14:textId="77777777" w:rsidR="00CB18FF" w:rsidRDefault="00CB18FF" w:rsidP="00AC5136">
            <w:pPr>
              <w:jc w:val="center"/>
              <w:rPr>
                <w:rFonts w:ascii="Times New Roman" w:hAnsi="Times New Roman" w:cs="Times New Roman"/>
                <w:b/>
                <w:sz w:val="24"/>
                <w:szCs w:val="24"/>
                <w:lang w:val="pt-BR"/>
              </w:rPr>
            </w:pPr>
          </w:p>
        </w:tc>
        <w:tc>
          <w:tcPr>
            <w:tcW w:w="1452" w:type="dxa"/>
          </w:tcPr>
          <w:p w14:paraId="7EBC32A9" w14:textId="77777777" w:rsidR="00CB18FF" w:rsidRDefault="00CB18FF" w:rsidP="00AC5136">
            <w:pPr>
              <w:jc w:val="center"/>
              <w:rPr>
                <w:rFonts w:ascii="Times New Roman" w:hAnsi="Times New Roman" w:cs="Times New Roman"/>
                <w:b/>
                <w:sz w:val="24"/>
                <w:szCs w:val="24"/>
                <w:lang w:val="pt-BR"/>
              </w:rPr>
            </w:pPr>
          </w:p>
        </w:tc>
        <w:tc>
          <w:tcPr>
            <w:tcW w:w="1959" w:type="dxa"/>
          </w:tcPr>
          <w:p w14:paraId="14F07283" w14:textId="77777777" w:rsidR="00CB18FF" w:rsidRDefault="00CB18FF" w:rsidP="00AC5136">
            <w:pPr>
              <w:jc w:val="center"/>
              <w:rPr>
                <w:rFonts w:ascii="Times New Roman" w:hAnsi="Times New Roman" w:cs="Times New Roman"/>
                <w:b/>
                <w:sz w:val="24"/>
                <w:szCs w:val="24"/>
                <w:lang w:val="pt-BR"/>
              </w:rPr>
            </w:pPr>
          </w:p>
        </w:tc>
      </w:tr>
    </w:tbl>
    <w:p w14:paraId="03EFF8A5" w14:textId="77777777" w:rsidR="00CB18FF" w:rsidRDefault="00CB18FF" w:rsidP="0027429C">
      <w:pPr>
        <w:pStyle w:val="Betarp"/>
        <w:rPr>
          <w:rFonts w:ascii="Times New Roman" w:hAnsi="Times New Roman" w:cs="Times New Roman"/>
          <w:sz w:val="24"/>
          <w:szCs w:val="24"/>
          <w:lang w:val="pt-BR"/>
        </w:rPr>
      </w:pPr>
    </w:p>
    <w:p w14:paraId="1B8CC7A0" w14:textId="77777777" w:rsidR="00FC27C7" w:rsidRDefault="00FC27C7" w:rsidP="0027429C">
      <w:pPr>
        <w:pStyle w:val="Betarp"/>
        <w:rPr>
          <w:rFonts w:ascii="Times New Roman" w:hAnsi="Times New Roman" w:cs="Times New Roman"/>
          <w:sz w:val="24"/>
          <w:szCs w:val="24"/>
          <w:lang w:val="pt-BR"/>
        </w:rPr>
      </w:pPr>
    </w:p>
    <w:p w14:paraId="730AF871" w14:textId="77777777" w:rsidR="00FC27C7" w:rsidRDefault="00FC27C7" w:rsidP="0027429C">
      <w:pPr>
        <w:pStyle w:val="Betarp"/>
        <w:rPr>
          <w:rFonts w:ascii="Times New Roman" w:hAnsi="Times New Roman" w:cs="Times New Roman"/>
          <w:sz w:val="24"/>
          <w:szCs w:val="24"/>
          <w:lang w:val="pt-BR"/>
        </w:rPr>
      </w:pPr>
    </w:p>
    <w:p w14:paraId="595F05B8" w14:textId="77777777" w:rsidR="00FC27C7" w:rsidRDefault="00FC27C7" w:rsidP="0027429C">
      <w:pPr>
        <w:pStyle w:val="Betarp"/>
        <w:rPr>
          <w:rFonts w:ascii="Times New Roman" w:hAnsi="Times New Roman" w:cs="Times New Roman"/>
          <w:sz w:val="24"/>
          <w:szCs w:val="24"/>
          <w:lang w:val="pt-BR"/>
        </w:rPr>
      </w:pPr>
    </w:p>
    <w:p w14:paraId="0A54A445" w14:textId="77777777" w:rsidR="00FC27C7" w:rsidRDefault="00FC27C7" w:rsidP="0027429C">
      <w:pPr>
        <w:pStyle w:val="Betarp"/>
        <w:rPr>
          <w:rFonts w:ascii="Times New Roman" w:hAnsi="Times New Roman" w:cs="Times New Roman"/>
          <w:sz w:val="24"/>
          <w:szCs w:val="24"/>
          <w:lang w:val="pt-BR"/>
        </w:rPr>
      </w:pPr>
    </w:p>
    <w:p w14:paraId="544B633E" w14:textId="77777777" w:rsidR="00FC27C7" w:rsidRDefault="00FC27C7" w:rsidP="0027429C">
      <w:pPr>
        <w:pStyle w:val="Betarp"/>
        <w:rPr>
          <w:rFonts w:ascii="Times New Roman" w:hAnsi="Times New Roman" w:cs="Times New Roman"/>
          <w:sz w:val="24"/>
          <w:szCs w:val="24"/>
          <w:lang w:val="pt-BR"/>
        </w:rPr>
      </w:pPr>
    </w:p>
    <w:p w14:paraId="73186A2C" w14:textId="77777777" w:rsidR="00FC27C7" w:rsidRDefault="00FC27C7" w:rsidP="0027429C">
      <w:pPr>
        <w:pStyle w:val="Betarp"/>
        <w:rPr>
          <w:rFonts w:ascii="Times New Roman" w:hAnsi="Times New Roman" w:cs="Times New Roman"/>
          <w:sz w:val="24"/>
          <w:szCs w:val="24"/>
          <w:lang w:val="pt-BR"/>
        </w:rPr>
      </w:pPr>
    </w:p>
    <w:p w14:paraId="554EE840" w14:textId="77777777" w:rsidR="00FC27C7" w:rsidRDefault="00FC27C7" w:rsidP="0027429C">
      <w:pPr>
        <w:pStyle w:val="Betarp"/>
        <w:rPr>
          <w:rFonts w:ascii="Times New Roman" w:hAnsi="Times New Roman" w:cs="Times New Roman"/>
          <w:sz w:val="24"/>
          <w:szCs w:val="24"/>
          <w:lang w:val="pt-BR"/>
        </w:rPr>
      </w:pPr>
    </w:p>
    <w:p w14:paraId="1DAEFCB5" w14:textId="77777777" w:rsidR="00FC27C7" w:rsidRDefault="00FC27C7" w:rsidP="0027429C">
      <w:pPr>
        <w:pStyle w:val="Betarp"/>
        <w:rPr>
          <w:rFonts w:ascii="Times New Roman" w:hAnsi="Times New Roman" w:cs="Times New Roman"/>
          <w:sz w:val="24"/>
          <w:szCs w:val="24"/>
          <w:lang w:val="pt-BR"/>
        </w:rPr>
      </w:pPr>
    </w:p>
    <w:p w14:paraId="66F86D74" w14:textId="77777777" w:rsidR="00FC27C7" w:rsidRDefault="00FC27C7" w:rsidP="0027429C">
      <w:pPr>
        <w:pStyle w:val="Betarp"/>
        <w:rPr>
          <w:rFonts w:ascii="Times New Roman" w:hAnsi="Times New Roman" w:cs="Times New Roman"/>
          <w:sz w:val="24"/>
          <w:szCs w:val="24"/>
          <w:lang w:val="pt-BR"/>
        </w:rPr>
      </w:pPr>
    </w:p>
    <w:p w14:paraId="09816FD0" w14:textId="77777777" w:rsidR="00FC27C7" w:rsidRDefault="00FC27C7" w:rsidP="0027429C">
      <w:pPr>
        <w:pStyle w:val="Betarp"/>
        <w:rPr>
          <w:rFonts w:ascii="Times New Roman" w:hAnsi="Times New Roman" w:cs="Times New Roman"/>
          <w:sz w:val="24"/>
          <w:szCs w:val="24"/>
          <w:lang w:val="pt-BR"/>
        </w:rPr>
      </w:pPr>
    </w:p>
    <w:p w14:paraId="52F66374" w14:textId="77777777" w:rsidR="00FC27C7" w:rsidRDefault="00FC27C7" w:rsidP="0027429C">
      <w:pPr>
        <w:pStyle w:val="Betarp"/>
        <w:rPr>
          <w:rFonts w:ascii="Times New Roman" w:hAnsi="Times New Roman" w:cs="Times New Roman"/>
          <w:sz w:val="24"/>
          <w:szCs w:val="24"/>
          <w:lang w:val="pt-BR"/>
        </w:rPr>
      </w:pPr>
    </w:p>
    <w:p w14:paraId="58134905" w14:textId="77777777" w:rsidR="00FC27C7" w:rsidRDefault="00FC27C7" w:rsidP="0027429C">
      <w:pPr>
        <w:pStyle w:val="Betarp"/>
        <w:rPr>
          <w:rFonts w:ascii="Times New Roman" w:hAnsi="Times New Roman" w:cs="Times New Roman"/>
          <w:sz w:val="24"/>
          <w:szCs w:val="24"/>
          <w:lang w:val="pt-BR"/>
        </w:rPr>
      </w:pPr>
    </w:p>
    <w:p w14:paraId="513A2928" w14:textId="77777777" w:rsidR="00FC27C7" w:rsidRDefault="00FC27C7" w:rsidP="0027429C">
      <w:pPr>
        <w:pStyle w:val="Betarp"/>
        <w:rPr>
          <w:rFonts w:ascii="Times New Roman" w:hAnsi="Times New Roman" w:cs="Times New Roman"/>
          <w:sz w:val="24"/>
          <w:szCs w:val="24"/>
          <w:lang w:val="pt-BR"/>
        </w:rPr>
      </w:pPr>
    </w:p>
    <w:p w14:paraId="0B93AFF2" w14:textId="77777777" w:rsidR="00FC27C7" w:rsidRDefault="00FC27C7" w:rsidP="0027429C">
      <w:pPr>
        <w:pStyle w:val="Betarp"/>
        <w:rPr>
          <w:rFonts w:ascii="Times New Roman" w:hAnsi="Times New Roman" w:cs="Times New Roman"/>
          <w:sz w:val="24"/>
          <w:szCs w:val="24"/>
          <w:lang w:val="pt-BR"/>
        </w:rPr>
      </w:pPr>
    </w:p>
    <w:p w14:paraId="708EB1CF" w14:textId="77777777" w:rsidR="00FC27C7" w:rsidRDefault="00FC27C7" w:rsidP="0027429C">
      <w:pPr>
        <w:pStyle w:val="Betarp"/>
        <w:rPr>
          <w:rFonts w:ascii="Times New Roman" w:hAnsi="Times New Roman" w:cs="Times New Roman"/>
          <w:sz w:val="24"/>
          <w:szCs w:val="24"/>
          <w:lang w:val="pt-BR"/>
        </w:rPr>
      </w:pPr>
    </w:p>
    <w:p w14:paraId="47A2ACCA" w14:textId="77777777" w:rsidR="00FC27C7" w:rsidRDefault="00FC27C7" w:rsidP="0027429C">
      <w:pPr>
        <w:pStyle w:val="Betarp"/>
        <w:rPr>
          <w:rFonts w:ascii="Times New Roman" w:hAnsi="Times New Roman" w:cs="Times New Roman"/>
          <w:sz w:val="24"/>
          <w:szCs w:val="24"/>
          <w:lang w:val="pt-BR"/>
        </w:rPr>
      </w:pPr>
    </w:p>
    <w:p w14:paraId="0CA144C9" w14:textId="77777777" w:rsidR="00FC27C7" w:rsidRDefault="00FC27C7" w:rsidP="0027429C">
      <w:pPr>
        <w:pStyle w:val="Betarp"/>
        <w:rPr>
          <w:rFonts w:ascii="Times New Roman" w:hAnsi="Times New Roman" w:cs="Times New Roman"/>
          <w:sz w:val="24"/>
          <w:szCs w:val="24"/>
          <w:lang w:val="pt-BR"/>
        </w:rPr>
      </w:pPr>
    </w:p>
    <w:p w14:paraId="0D9AC60F" w14:textId="77777777" w:rsidR="00FC27C7" w:rsidRDefault="00FC27C7" w:rsidP="0027429C">
      <w:pPr>
        <w:pStyle w:val="Betarp"/>
        <w:rPr>
          <w:rFonts w:ascii="Times New Roman" w:hAnsi="Times New Roman" w:cs="Times New Roman"/>
          <w:sz w:val="24"/>
          <w:szCs w:val="24"/>
          <w:lang w:val="pt-BR"/>
        </w:rPr>
      </w:pPr>
    </w:p>
    <w:p w14:paraId="53F5D900" w14:textId="77777777" w:rsidR="00FC27C7" w:rsidRDefault="00FC27C7" w:rsidP="0027429C">
      <w:pPr>
        <w:pStyle w:val="Betarp"/>
        <w:rPr>
          <w:rFonts w:ascii="Times New Roman" w:hAnsi="Times New Roman" w:cs="Times New Roman"/>
          <w:sz w:val="24"/>
          <w:szCs w:val="24"/>
          <w:lang w:val="pt-BR"/>
        </w:rPr>
      </w:pPr>
    </w:p>
    <w:p w14:paraId="2F29F329" w14:textId="77777777" w:rsidR="00FC27C7" w:rsidRDefault="00FC27C7" w:rsidP="0027429C">
      <w:pPr>
        <w:pStyle w:val="Betarp"/>
        <w:rPr>
          <w:rFonts w:ascii="Times New Roman" w:hAnsi="Times New Roman" w:cs="Times New Roman"/>
          <w:sz w:val="24"/>
          <w:szCs w:val="24"/>
          <w:lang w:val="pt-BR"/>
        </w:rPr>
      </w:pPr>
    </w:p>
    <w:p w14:paraId="0FAFB3C2" w14:textId="77777777" w:rsidR="00FC27C7" w:rsidRDefault="00FC27C7" w:rsidP="0027429C">
      <w:pPr>
        <w:pStyle w:val="Betarp"/>
        <w:rPr>
          <w:rFonts w:ascii="Times New Roman" w:hAnsi="Times New Roman" w:cs="Times New Roman"/>
          <w:sz w:val="24"/>
          <w:szCs w:val="24"/>
          <w:lang w:val="pt-BR"/>
        </w:rPr>
      </w:pPr>
    </w:p>
    <w:p w14:paraId="4182C0A4" w14:textId="77777777" w:rsidR="00FC27C7" w:rsidRDefault="00FC27C7" w:rsidP="0027429C">
      <w:pPr>
        <w:pStyle w:val="Betarp"/>
        <w:rPr>
          <w:rFonts w:ascii="Times New Roman" w:hAnsi="Times New Roman" w:cs="Times New Roman"/>
          <w:sz w:val="24"/>
          <w:szCs w:val="24"/>
          <w:lang w:val="pt-BR"/>
        </w:rPr>
      </w:pPr>
    </w:p>
    <w:p w14:paraId="3CD938B7" w14:textId="77777777" w:rsidR="00FC27C7" w:rsidRDefault="00FC27C7" w:rsidP="0027429C">
      <w:pPr>
        <w:pStyle w:val="Betarp"/>
        <w:rPr>
          <w:rFonts w:ascii="Times New Roman" w:hAnsi="Times New Roman" w:cs="Times New Roman"/>
          <w:sz w:val="24"/>
          <w:szCs w:val="24"/>
          <w:lang w:val="pt-BR"/>
        </w:rPr>
      </w:pPr>
    </w:p>
    <w:p w14:paraId="61A72E94" w14:textId="77777777" w:rsidR="00FC27C7" w:rsidRDefault="00FC27C7" w:rsidP="0027429C">
      <w:pPr>
        <w:pStyle w:val="Betarp"/>
        <w:rPr>
          <w:rFonts w:ascii="Times New Roman" w:hAnsi="Times New Roman" w:cs="Times New Roman"/>
          <w:sz w:val="24"/>
          <w:szCs w:val="24"/>
          <w:lang w:val="pt-BR"/>
        </w:rPr>
      </w:pPr>
    </w:p>
    <w:p w14:paraId="16E120CF" w14:textId="77777777" w:rsidR="00FC27C7" w:rsidRDefault="00FC27C7" w:rsidP="0027429C">
      <w:pPr>
        <w:pStyle w:val="Betarp"/>
        <w:rPr>
          <w:rFonts w:ascii="Times New Roman" w:hAnsi="Times New Roman" w:cs="Times New Roman"/>
          <w:sz w:val="24"/>
          <w:szCs w:val="24"/>
          <w:lang w:val="pt-BR"/>
        </w:rPr>
      </w:pPr>
    </w:p>
    <w:p w14:paraId="040DE743" w14:textId="77777777" w:rsidR="00FC27C7" w:rsidRDefault="00FC27C7" w:rsidP="0027429C">
      <w:pPr>
        <w:pStyle w:val="Betarp"/>
        <w:rPr>
          <w:rFonts w:ascii="Times New Roman" w:hAnsi="Times New Roman" w:cs="Times New Roman"/>
          <w:sz w:val="24"/>
          <w:szCs w:val="24"/>
          <w:lang w:val="pt-BR"/>
        </w:rPr>
      </w:pPr>
    </w:p>
    <w:p w14:paraId="1FBE16E8" w14:textId="77777777" w:rsidR="00FC27C7" w:rsidRDefault="00FC27C7" w:rsidP="0027429C">
      <w:pPr>
        <w:pStyle w:val="Betarp"/>
        <w:rPr>
          <w:rFonts w:ascii="Times New Roman" w:hAnsi="Times New Roman" w:cs="Times New Roman"/>
          <w:sz w:val="24"/>
          <w:szCs w:val="24"/>
          <w:lang w:val="pt-BR"/>
        </w:rPr>
      </w:pPr>
    </w:p>
    <w:p w14:paraId="3829F020" w14:textId="77777777" w:rsidR="00FC27C7" w:rsidRDefault="00FC27C7" w:rsidP="0027429C">
      <w:pPr>
        <w:pStyle w:val="Betarp"/>
        <w:rPr>
          <w:rFonts w:ascii="Times New Roman" w:hAnsi="Times New Roman" w:cs="Times New Roman"/>
          <w:sz w:val="24"/>
          <w:szCs w:val="24"/>
          <w:lang w:val="pt-BR"/>
        </w:rPr>
      </w:pPr>
    </w:p>
    <w:p w14:paraId="2DD28B86" w14:textId="77777777" w:rsidR="00FC27C7" w:rsidRDefault="00FC27C7" w:rsidP="0027429C">
      <w:pPr>
        <w:pStyle w:val="Betarp"/>
        <w:rPr>
          <w:rFonts w:ascii="Times New Roman" w:hAnsi="Times New Roman" w:cs="Times New Roman"/>
          <w:sz w:val="24"/>
          <w:szCs w:val="24"/>
          <w:lang w:val="pt-BR"/>
        </w:rPr>
      </w:pPr>
    </w:p>
    <w:p w14:paraId="7953993E" w14:textId="77777777" w:rsidR="00FC27C7" w:rsidRDefault="00FC27C7" w:rsidP="0027429C">
      <w:pPr>
        <w:pStyle w:val="Betarp"/>
        <w:rPr>
          <w:rFonts w:ascii="Times New Roman" w:hAnsi="Times New Roman" w:cs="Times New Roman"/>
          <w:sz w:val="24"/>
          <w:szCs w:val="24"/>
          <w:lang w:val="pt-BR"/>
        </w:rPr>
      </w:pPr>
    </w:p>
    <w:p w14:paraId="6400B267" w14:textId="77777777" w:rsidR="00FC27C7" w:rsidRDefault="00FC27C7" w:rsidP="0027429C">
      <w:pPr>
        <w:pStyle w:val="Betarp"/>
        <w:rPr>
          <w:rFonts w:ascii="Times New Roman" w:hAnsi="Times New Roman" w:cs="Times New Roman"/>
          <w:sz w:val="24"/>
          <w:szCs w:val="24"/>
          <w:lang w:val="pt-BR"/>
        </w:rPr>
      </w:pPr>
    </w:p>
    <w:p w14:paraId="02BD9C61" w14:textId="77777777" w:rsidR="00FC27C7" w:rsidRDefault="00FC27C7" w:rsidP="0027429C">
      <w:pPr>
        <w:pStyle w:val="Betarp"/>
        <w:rPr>
          <w:rFonts w:ascii="Times New Roman" w:hAnsi="Times New Roman" w:cs="Times New Roman"/>
          <w:sz w:val="24"/>
          <w:szCs w:val="24"/>
          <w:lang w:val="pt-BR"/>
        </w:rPr>
      </w:pPr>
    </w:p>
    <w:p w14:paraId="111C72E5" w14:textId="71D9D8BB" w:rsidR="00FC27C7" w:rsidRDefault="00FC27C7" w:rsidP="00FC27C7">
      <w:pPr>
        <w:spacing w:line="240" w:lineRule="auto"/>
        <w:ind w:left="5760"/>
        <w:rPr>
          <w:rFonts w:ascii="Times New Roman" w:hAnsi="Times New Roman" w:cs="Times New Roman"/>
          <w:bCs/>
          <w:sz w:val="20"/>
          <w:szCs w:val="20"/>
          <w:lang w:val="pt-BR"/>
        </w:rPr>
      </w:pPr>
      <w:r w:rsidRPr="008577F4">
        <w:rPr>
          <w:rFonts w:ascii="Times New Roman" w:hAnsi="Times New Roman" w:cs="Times New Roman"/>
          <w:bCs/>
          <w:sz w:val="20"/>
          <w:szCs w:val="20"/>
          <w:lang w:val="pt-BR"/>
        </w:rPr>
        <w:t xml:space="preserve">Kėdainių kultūros centro turto </w:t>
      </w:r>
      <w:r w:rsidRPr="008577F4">
        <w:rPr>
          <w:rFonts w:ascii="Times New Roman" w:hAnsi="Times New Roman" w:cs="Times New Roman"/>
          <w:bCs/>
          <w:sz w:val="20"/>
          <w:szCs w:val="20"/>
          <w:lang w:val="pt-BR"/>
        </w:rPr>
        <w:br/>
        <w:t xml:space="preserve">nuomos viešojo konkurso sąlygų </w:t>
      </w:r>
      <w:r>
        <w:rPr>
          <w:rFonts w:ascii="Times New Roman" w:hAnsi="Times New Roman" w:cs="Times New Roman"/>
          <w:bCs/>
          <w:sz w:val="20"/>
          <w:szCs w:val="20"/>
          <w:lang w:val="pt-BR"/>
        </w:rPr>
        <w:t>5</w:t>
      </w:r>
      <w:r w:rsidRPr="008577F4">
        <w:rPr>
          <w:rFonts w:ascii="Times New Roman" w:hAnsi="Times New Roman" w:cs="Times New Roman"/>
          <w:bCs/>
          <w:sz w:val="20"/>
          <w:szCs w:val="20"/>
          <w:lang w:val="pt-BR"/>
        </w:rPr>
        <w:t xml:space="preserve"> priedas</w:t>
      </w:r>
    </w:p>
    <w:p w14:paraId="03B340AC" w14:textId="77777777" w:rsidR="00FC27C7" w:rsidRPr="00473442" w:rsidRDefault="00FC27C7" w:rsidP="0027429C">
      <w:pPr>
        <w:pStyle w:val="Betarp"/>
        <w:rPr>
          <w:rFonts w:ascii="Times New Roman" w:hAnsi="Times New Roman" w:cs="Times New Roman"/>
          <w:sz w:val="24"/>
          <w:szCs w:val="24"/>
          <w:lang w:val="pt-BR"/>
        </w:rPr>
      </w:pPr>
    </w:p>
    <w:p w14:paraId="1653BCF8" w14:textId="77777777" w:rsidR="00473442" w:rsidRDefault="00473442" w:rsidP="00473442">
      <w:pPr>
        <w:jc w:val="center"/>
        <w:rPr>
          <w:rFonts w:ascii="Times New Roman" w:hAnsi="Times New Roman" w:cs="Times New Roman"/>
          <w:b/>
          <w:bCs/>
          <w:sz w:val="24"/>
          <w:szCs w:val="24"/>
          <w:lang w:val="pt-BR" w:eastAsia="lt-LT"/>
        </w:rPr>
      </w:pPr>
      <w:r w:rsidRPr="00473442">
        <w:rPr>
          <w:rFonts w:ascii="Times New Roman" w:hAnsi="Times New Roman" w:cs="Times New Roman"/>
          <w:b/>
          <w:bCs/>
          <w:sz w:val="24"/>
          <w:szCs w:val="24"/>
          <w:lang w:val="pt-BR" w:eastAsia="lt-LT"/>
        </w:rPr>
        <w:t xml:space="preserve">KĖDAINIŲ RAJONO SAVIVALDYBĖS ILGALAIKIO MATERIALIOJO TURTO NUOMOS SUTARTIS </w:t>
      </w:r>
    </w:p>
    <w:p w14:paraId="09B0CBCB" w14:textId="77777777" w:rsidR="0077600C" w:rsidRPr="00473442" w:rsidRDefault="0077600C" w:rsidP="00473442">
      <w:pPr>
        <w:jc w:val="center"/>
        <w:rPr>
          <w:rFonts w:ascii="Times New Roman" w:hAnsi="Times New Roman" w:cs="Times New Roman"/>
          <w:sz w:val="24"/>
          <w:szCs w:val="24"/>
          <w:lang w:val="pt-BR" w:eastAsia="lt-LT"/>
        </w:rPr>
      </w:pPr>
    </w:p>
    <w:p w14:paraId="2228D2EB" w14:textId="0022BEA1" w:rsidR="00473442" w:rsidRPr="00473442" w:rsidRDefault="00473442" w:rsidP="00473442">
      <w:pPr>
        <w:jc w:val="center"/>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__________d. Nr.</w:t>
      </w:r>
      <w:r>
        <w:rPr>
          <w:rFonts w:ascii="Times New Roman" w:hAnsi="Times New Roman" w:cs="Times New Roman"/>
          <w:sz w:val="24"/>
          <w:szCs w:val="24"/>
          <w:lang w:val="pt-BR" w:eastAsia="lt-LT"/>
        </w:rPr>
        <w:br/>
      </w:r>
      <w:r w:rsidRPr="00473442">
        <w:rPr>
          <w:rFonts w:ascii="Times New Roman" w:hAnsi="Times New Roman" w:cs="Times New Roman"/>
          <w:sz w:val="20"/>
          <w:szCs w:val="20"/>
          <w:lang w:val="pt-BR" w:eastAsia="lt-LT"/>
        </w:rPr>
        <w:t>(data)</w:t>
      </w:r>
    </w:p>
    <w:p w14:paraId="3F9E4103" w14:textId="0941970B" w:rsidR="00473442" w:rsidRPr="00473442" w:rsidRDefault="00473442" w:rsidP="00473442">
      <w:pPr>
        <w:jc w:val="center"/>
        <w:rPr>
          <w:rFonts w:ascii="Times New Roman" w:hAnsi="Times New Roman" w:cs="Times New Roman"/>
          <w:sz w:val="20"/>
          <w:szCs w:val="20"/>
          <w:lang w:val="pt-BR" w:eastAsia="lt-LT"/>
        </w:rPr>
      </w:pPr>
      <w:r w:rsidRPr="00473442">
        <w:rPr>
          <w:rFonts w:ascii="Times New Roman" w:hAnsi="Times New Roman" w:cs="Times New Roman"/>
          <w:sz w:val="24"/>
          <w:szCs w:val="24"/>
          <w:lang w:val="pt-BR" w:eastAsia="lt-LT"/>
        </w:rPr>
        <w:t>_____________________</w:t>
      </w:r>
      <w:r>
        <w:rPr>
          <w:rFonts w:ascii="Times New Roman" w:hAnsi="Times New Roman" w:cs="Times New Roman"/>
          <w:sz w:val="24"/>
          <w:szCs w:val="24"/>
          <w:lang w:val="pt-BR" w:eastAsia="lt-LT"/>
        </w:rPr>
        <w:br/>
      </w:r>
      <w:r w:rsidRPr="00473442">
        <w:rPr>
          <w:rFonts w:ascii="Times New Roman" w:hAnsi="Times New Roman" w:cs="Times New Roman"/>
          <w:sz w:val="20"/>
          <w:szCs w:val="20"/>
          <w:lang w:val="pt-BR" w:eastAsia="lt-LT"/>
        </w:rPr>
        <w:t xml:space="preserve">(sudarymo vieta) </w:t>
      </w:r>
    </w:p>
    <w:p w14:paraId="39B26C7B" w14:textId="25005D6E" w:rsidR="00473442" w:rsidRPr="00473442" w:rsidRDefault="00473442" w:rsidP="00473442">
      <w:pPr>
        <w:spacing w:line="252" w:lineRule="auto"/>
        <w:ind w:left="1701" w:hanging="1701"/>
        <w:rPr>
          <w:rFonts w:ascii="Times New Roman" w:hAnsi="Times New Roman" w:cs="Times New Roman"/>
          <w:sz w:val="20"/>
          <w:szCs w:val="20"/>
          <w:lang w:val="pt-BR" w:eastAsia="lt-LT"/>
        </w:rPr>
      </w:pPr>
      <w:r w:rsidRPr="00473442">
        <w:rPr>
          <w:rFonts w:ascii="Times New Roman" w:hAnsi="Times New Roman" w:cs="Times New Roman"/>
          <w:sz w:val="24"/>
          <w:szCs w:val="24"/>
          <w:lang w:val="pt-BR" w:eastAsia="lt-LT"/>
        </w:rPr>
        <w:t xml:space="preserve">Nuomotojas ___________________________________________________________________,                       </w:t>
      </w:r>
      <w:r>
        <w:rPr>
          <w:rFonts w:ascii="Times New Roman" w:hAnsi="Times New Roman" w:cs="Times New Roman"/>
          <w:sz w:val="24"/>
          <w:szCs w:val="24"/>
          <w:lang w:val="pt-BR" w:eastAsia="lt-LT"/>
        </w:rPr>
        <w:t xml:space="preserve">                                        </w:t>
      </w:r>
      <w:r w:rsidRPr="00473442">
        <w:rPr>
          <w:rFonts w:ascii="Times New Roman" w:hAnsi="Times New Roman" w:cs="Times New Roman"/>
          <w:sz w:val="20"/>
          <w:szCs w:val="20"/>
          <w:lang w:val="pt-BR" w:eastAsia="lt-LT"/>
        </w:rPr>
        <w:t>(Savivaldybės turto valdytojo teisinė forma, pavadinimas, kodas ir registracijos adresas)</w:t>
      </w:r>
    </w:p>
    <w:p w14:paraId="353D37A3" w14:textId="16AEC14A" w:rsidR="00473442" w:rsidRPr="00473442" w:rsidRDefault="00473442" w:rsidP="00473442">
      <w:pPr>
        <w:spacing w:line="252" w:lineRule="auto"/>
        <w:ind w:left="2977" w:hanging="2977"/>
        <w:rPr>
          <w:rFonts w:ascii="Times New Roman" w:hAnsi="Times New Roman" w:cs="Times New Roman"/>
          <w:sz w:val="20"/>
          <w:szCs w:val="20"/>
          <w:lang w:val="pt-BR" w:eastAsia="lt-LT"/>
        </w:rPr>
      </w:pPr>
      <w:r w:rsidRPr="00473442">
        <w:rPr>
          <w:rFonts w:ascii="Times New Roman" w:hAnsi="Times New Roman" w:cs="Times New Roman"/>
          <w:sz w:val="24"/>
          <w:szCs w:val="24"/>
          <w:lang w:val="pt-BR" w:eastAsia="lt-LT"/>
        </w:rPr>
        <w:t>atstovaujamas _________________________________________________________________,</w:t>
      </w:r>
      <w:r>
        <w:rPr>
          <w:rFonts w:ascii="Times New Roman" w:hAnsi="Times New Roman" w:cs="Times New Roman"/>
          <w:sz w:val="24"/>
          <w:szCs w:val="24"/>
          <w:lang w:val="pt-BR" w:eastAsia="lt-LT"/>
        </w:rPr>
        <w:br/>
      </w:r>
      <w:r w:rsidRPr="00473442">
        <w:rPr>
          <w:rFonts w:ascii="Times New Roman" w:hAnsi="Times New Roman" w:cs="Times New Roman"/>
          <w:sz w:val="20"/>
          <w:szCs w:val="20"/>
          <w:lang w:val="pt-BR" w:eastAsia="lt-LT"/>
        </w:rPr>
        <w:t>(atstovo vardas, pavardė, pareigos)</w:t>
      </w:r>
    </w:p>
    <w:p w14:paraId="0645167B" w14:textId="1048B514" w:rsidR="00473442" w:rsidRPr="00473442" w:rsidRDefault="00473442" w:rsidP="00473442">
      <w:pPr>
        <w:spacing w:line="252" w:lineRule="auto"/>
        <w:ind w:left="2977" w:hanging="2977"/>
        <w:rPr>
          <w:rFonts w:ascii="Times New Roman" w:hAnsi="Times New Roman" w:cs="Times New Roman"/>
          <w:sz w:val="20"/>
          <w:szCs w:val="20"/>
          <w:lang w:val="pt-BR" w:eastAsia="lt-LT"/>
        </w:rPr>
      </w:pPr>
      <w:r w:rsidRPr="00473442">
        <w:rPr>
          <w:rFonts w:ascii="Times New Roman" w:hAnsi="Times New Roman" w:cs="Times New Roman"/>
          <w:sz w:val="24"/>
          <w:szCs w:val="24"/>
          <w:lang w:val="pt-BR" w:eastAsia="lt-LT"/>
        </w:rPr>
        <w:t>veikiančio pagal _______________________________________________________________,</w:t>
      </w:r>
      <w:r>
        <w:rPr>
          <w:rFonts w:ascii="Times New Roman" w:hAnsi="Times New Roman" w:cs="Times New Roman"/>
          <w:sz w:val="24"/>
          <w:szCs w:val="24"/>
          <w:lang w:val="pt-BR" w:eastAsia="lt-LT"/>
        </w:rPr>
        <w:br/>
      </w:r>
      <w:r w:rsidRPr="00473442">
        <w:rPr>
          <w:rFonts w:ascii="Times New Roman" w:hAnsi="Times New Roman" w:cs="Times New Roman"/>
          <w:sz w:val="20"/>
          <w:szCs w:val="20"/>
          <w:lang w:val="pt-BR" w:eastAsia="lt-LT"/>
        </w:rPr>
        <w:t>(atstovavimo pagrindas, dokumento data, numeris)</w:t>
      </w:r>
    </w:p>
    <w:p w14:paraId="6A388A18" w14:textId="42131717" w:rsidR="00473442" w:rsidRPr="00473442" w:rsidRDefault="00473442" w:rsidP="00473442">
      <w:pPr>
        <w:spacing w:line="252" w:lineRule="auto"/>
        <w:ind w:left="1418" w:hanging="1418"/>
        <w:rPr>
          <w:rFonts w:ascii="Times New Roman" w:hAnsi="Times New Roman" w:cs="Times New Roman"/>
          <w:sz w:val="20"/>
          <w:szCs w:val="20"/>
          <w:lang w:val="pt-BR" w:eastAsia="lt-LT"/>
        </w:rPr>
      </w:pPr>
      <w:r w:rsidRPr="00473442">
        <w:rPr>
          <w:rFonts w:ascii="Times New Roman" w:hAnsi="Times New Roman" w:cs="Times New Roman"/>
          <w:sz w:val="24"/>
          <w:szCs w:val="24"/>
          <w:lang w:val="pt-BR" w:eastAsia="lt-LT"/>
        </w:rPr>
        <w:t>ir nuomininkas ________________________________________________________________</w:t>
      </w:r>
      <w:r>
        <w:rPr>
          <w:rFonts w:ascii="Times New Roman" w:hAnsi="Times New Roman" w:cs="Times New Roman"/>
          <w:sz w:val="24"/>
          <w:szCs w:val="24"/>
          <w:lang w:val="pt-BR" w:eastAsia="lt-LT"/>
        </w:rPr>
        <w:t>,</w:t>
      </w:r>
      <w:r>
        <w:rPr>
          <w:rFonts w:ascii="Times New Roman" w:hAnsi="Times New Roman" w:cs="Times New Roman"/>
          <w:sz w:val="24"/>
          <w:szCs w:val="24"/>
          <w:lang w:val="pt-BR" w:eastAsia="lt-LT"/>
        </w:rPr>
        <w:br/>
      </w:r>
      <w:r w:rsidRPr="00473442">
        <w:rPr>
          <w:rFonts w:ascii="Times New Roman" w:hAnsi="Times New Roman" w:cs="Times New Roman"/>
          <w:sz w:val="20"/>
          <w:szCs w:val="20"/>
          <w:lang w:val="pt-BR" w:eastAsia="lt-LT"/>
        </w:rPr>
        <w:t>(teisinė forma, pavadinimas, kodas ir registracijos adresas, jeigu nuomininkas yra juridinis asmuo, arba vardas, pavardė, asmens kodas ir gyvenamosios vietos adresas, jeigu nuomininkas yra fizinis asmuo)</w:t>
      </w:r>
    </w:p>
    <w:p w14:paraId="7C8195C8" w14:textId="3A208E6A" w:rsidR="00473442" w:rsidRPr="00D4363F" w:rsidRDefault="00473442" w:rsidP="00D4363F">
      <w:pPr>
        <w:spacing w:line="252" w:lineRule="auto"/>
        <w:ind w:left="3544" w:hanging="3544"/>
        <w:rPr>
          <w:rFonts w:ascii="Times New Roman" w:hAnsi="Times New Roman" w:cs="Times New Roman"/>
          <w:sz w:val="20"/>
          <w:szCs w:val="20"/>
          <w:lang w:val="pt-BR" w:eastAsia="lt-LT"/>
        </w:rPr>
      </w:pPr>
      <w:r w:rsidRPr="00473442">
        <w:rPr>
          <w:rFonts w:ascii="Times New Roman" w:hAnsi="Times New Roman" w:cs="Times New Roman"/>
          <w:sz w:val="24"/>
          <w:szCs w:val="24"/>
          <w:lang w:val="pt-BR" w:eastAsia="lt-LT"/>
        </w:rPr>
        <w:t>atstovaujamas _________________________________________________________________,</w:t>
      </w:r>
      <w:r w:rsidR="00D4363F">
        <w:rPr>
          <w:rFonts w:ascii="Times New Roman" w:hAnsi="Times New Roman" w:cs="Times New Roman"/>
          <w:sz w:val="24"/>
          <w:szCs w:val="24"/>
          <w:lang w:val="pt-BR" w:eastAsia="lt-LT"/>
        </w:rPr>
        <w:br/>
      </w:r>
      <w:r w:rsidRPr="00D4363F">
        <w:rPr>
          <w:rFonts w:ascii="Times New Roman" w:hAnsi="Times New Roman" w:cs="Times New Roman"/>
          <w:sz w:val="20"/>
          <w:szCs w:val="20"/>
          <w:lang w:val="pt-BR" w:eastAsia="lt-LT"/>
        </w:rPr>
        <w:t>(atstovo vardas, pavardė, pareigos)</w:t>
      </w:r>
    </w:p>
    <w:p w14:paraId="6F706016" w14:textId="698C6BFF" w:rsidR="00473442" w:rsidRPr="00D4363F" w:rsidRDefault="00473442" w:rsidP="00D4363F">
      <w:pPr>
        <w:spacing w:line="252" w:lineRule="auto"/>
        <w:ind w:left="3119" w:hanging="3119"/>
        <w:rPr>
          <w:rFonts w:ascii="Times New Roman" w:hAnsi="Times New Roman" w:cs="Times New Roman"/>
          <w:sz w:val="20"/>
          <w:szCs w:val="20"/>
          <w:lang w:val="pt-BR" w:eastAsia="lt-LT"/>
        </w:rPr>
      </w:pPr>
      <w:r w:rsidRPr="00473442">
        <w:rPr>
          <w:rFonts w:ascii="Times New Roman" w:hAnsi="Times New Roman" w:cs="Times New Roman"/>
          <w:sz w:val="24"/>
          <w:szCs w:val="24"/>
          <w:lang w:val="pt-BR" w:eastAsia="lt-LT"/>
        </w:rPr>
        <w:t>veikiančio pagal _______________________________________________________________,</w:t>
      </w:r>
      <w:r w:rsidR="00D4363F">
        <w:rPr>
          <w:rFonts w:ascii="Times New Roman" w:hAnsi="Times New Roman" w:cs="Times New Roman"/>
          <w:sz w:val="24"/>
          <w:szCs w:val="24"/>
          <w:lang w:val="pt-BR" w:eastAsia="lt-LT"/>
        </w:rPr>
        <w:br/>
      </w:r>
      <w:r w:rsidRPr="00D4363F">
        <w:rPr>
          <w:rFonts w:ascii="Times New Roman" w:hAnsi="Times New Roman" w:cs="Times New Roman"/>
          <w:sz w:val="20"/>
          <w:szCs w:val="20"/>
          <w:lang w:val="pt-BR" w:eastAsia="lt-LT"/>
        </w:rPr>
        <w:t>(atstovavimo pagrindas, dokumento data, numeris)</w:t>
      </w:r>
    </w:p>
    <w:p w14:paraId="0BC046E0" w14:textId="7E075920" w:rsidR="00473442" w:rsidRPr="00473442" w:rsidRDefault="00473442" w:rsidP="00473442">
      <w:pPr>
        <w:spacing w:line="252" w:lineRule="auto"/>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vadovaudamiesi viešo nuomos konkurso, įvykusio ______ m. ____________ ___ d., Komisijos sprendimu, įformintu protokolu Nr.___________, sudaro šią Savivaldybės turto nuomos sutartį (toliau – Sutartis). Toliau Sutartyje nuomotojas ir nuomininkas kiekvienas atskirai gali būti vadinami šalimi, o abu kartu – šalimis.</w:t>
      </w:r>
    </w:p>
    <w:p w14:paraId="6A6BBFE3" w14:textId="77777777" w:rsidR="00473442" w:rsidRPr="00473442" w:rsidRDefault="00473442" w:rsidP="00473442">
      <w:pPr>
        <w:jc w:val="center"/>
        <w:rPr>
          <w:rFonts w:ascii="Times New Roman" w:hAnsi="Times New Roman" w:cs="Times New Roman"/>
          <w:sz w:val="24"/>
          <w:szCs w:val="24"/>
          <w:lang w:val="pt-BR" w:eastAsia="lt-LT"/>
        </w:rPr>
      </w:pPr>
    </w:p>
    <w:p w14:paraId="418DBF6D" w14:textId="7FF3C34F" w:rsidR="0077600C" w:rsidRPr="00473442" w:rsidRDefault="00473442" w:rsidP="00473442">
      <w:pPr>
        <w:jc w:val="center"/>
        <w:rPr>
          <w:rFonts w:ascii="Times New Roman" w:hAnsi="Times New Roman" w:cs="Times New Roman"/>
          <w:b/>
          <w:bCs/>
          <w:sz w:val="24"/>
          <w:szCs w:val="24"/>
          <w:lang w:val="pt-BR" w:eastAsia="lt-LT"/>
        </w:rPr>
      </w:pPr>
      <w:r w:rsidRPr="00473442">
        <w:rPr>
          <w:rFonts w:ascii="Times New Roman" w:hAnsi="Times New Roman" w:cs="Times New Roman"/>
          <w:b/>
          <w:bCs/>
          <w:sz w:val="24"/>
          <w:szCs w:val="24"/>
          <w:lang w:val="pt-BR" w:eastAsia="lt-LT"/>
        </w:rPr>
        <w:t>I SKYRIUS</w:t>
      </w:r>
      <w:r w:rsidR="00D4363F">
        <w:rPr>
          <w:rFonts w:ascii="Times New Roman" w:hAnsi="Times New Roman" w:cs="Times New Roman"/>
          <w:b/>
          <w:bCs/>
          <w:sz w:val="24"/>
          <w:szCs w:val="24"/>
          <w:lang w:val="pt-BR" w:eastAsia="lt-LT"/>
        </w:rPr>
        <w:br/>
      </w:r>
      <w:r w:rsidRPr="00473442">
        <w:rPr>
          <w:rFonts w:ascii="Times New Roman" w:hAnsi="Times New Roman" w:cs="Times New Roman"/>
          <w:b/>
          <w:bCs/>
          <w:sz w:val="24"/>
          <w:szCs w:val="24"/>
          <w:lang w:val="pt-BR" w:eastAsia="lt-LT"/>
        </w:rPr>
        <w:t>SUTARTIES DALYKAS</w:t>
      </w:r>
    </w:p>
    <w:p w14:paraId="10C96AE2"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 xml:space="preserve">1.1. Nuomotojas įsipareigoja perduoti nuomininkui Savivaldybės turtą (toliau – turtas) </w:t>
      </w:r>
    </w:p>
    <w:p w14:paraId="74A2601A" w14:textId="77777777" w:rsidR="00D4363F" w:rsidRPr="00D4363F" w:rsidRDefault="00473442" w:rsidP="00D4363F">
      <w:pPr>
        <w:rPr>
          <w:rFonts w:ascii="Times New Roman" w:hAnsi="Times New Roman" w:cs="Times New Roman"/>
          <w:sz w:val="20"/>
          <w:szCs w:val="20"/>
          <w:lang w:val="pt-BR" w:eastAsia="lt-LT"/>
        </w:rPr>
      </w:pPr>
      <w:r w:rsidRPr="00473442">
        <w:rPr>
          <w:rFonts w:ascii="Times New Roman" w:hAnsi="Times New Roman" w:cs="Times New Roman"/>
          <w:sz w:val="24"/>
          <w:szCs w:val="24"/>
          <w:lang w:val="pt-BR" w:eastAsia="lt-LT"/>
        </w:rPr>
        <w:t>________________________________________________________________________________________________________________________________________________________</w:t>
      </w:r>
      <w:r w:rsidR="00D4363F">
        <w:rPr>
          <w:rFonts w:ascii="Times New Roman" w:hAnsi="Times New Roman" w:cs="Times New Roman"/>
          <w:sz w:val="24"/>
          <w:szCs w:val="24"/>
          <w:lang w:val="pt-BR" w:eastAsia="lt-LT"/>
        </w:rPr>
        <w:t>______</w:t>
      </w:r>
      <w:r w:rsidR="00D4363F">
        <w:rPr>
          <w:rFonts w:ascii="Times New Roman" w:hAnsi="Times New Roman" w:cs="Times New Roman"/>
          <w:sz w:val="24"/>
          <w:szCs w:val="24"/>
          <w:lang w:val="pt-BR" w:eastAsia="lt-LT"/>
        </w:rPr>
        <w:br/>
      </w:r>
      <w:r w:rsidR="00D4363F" w:rsidRPr="00D4363F">
        <w:rPr>
          <w:rFonts w:ascii="Times New Roman" w:hAnsi="Times New Roman" w:cs="Times New Roman"/>
          <w:sz w:val="20"/>
          <w:szCs w:val="20"/>
          <w:lang w:val="pt-BR" w:eastAsia="lt-LT"/>
        </w:rPr>
        <w:t>(nuomojamo turto pavadinimas, adresas, unikalus numeris, statinio / patalpos plotas, turto vertė ir kt.)</w:t>
      </w:r>
    </w:p>
    <w:p w14:paraId="60E8B08D" w14:textId="043CB3ED" w:rsidR="00473442" w:rsidRPr="00473442" w:rsidRDefault="00473442" w:rsidP="00D4363F">
      <w:pPr>
        <w:tabs>
          <w:tab w:val="left" w:pos="0"/>
        </w:tabs>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lastRenderedPageBreak/>
        <w:t>naudoti ir laikinai valdyti už nuomos mokestį, o nuomininkas įsipareigoja priimti turtą ir už jį mokėti nuomos mokestį. </w:t>
      </w:r>
    </w:p>
    <w:p w14:paraId="3251563A" w14:textId="565B0B28" w:rsidR="00473442" w:rsidRPr="00D4363F" w:rsidRDefault="00473442" w:rsidP="00D4363F">
      <w:pPr>
        <w:ind w:left="2977" w:hanging="2977"/>
        <w:rPr>
          <w:rFonts w:ascii="Times New Roman" w:hAnsi="Times New Roman" w:cs="Times New Roman"/>
          <w:sz w:val="20"/>
          <w:szCs w:val="20"/>
          <w:lang w:val="pt-BR" w:eastAsia="lt-LT"/>
        </w:rPr>
      </w:pPr>
      <w:r w:rsidRPr="00473442">
        <w:rPr>
          <w:rFonts w:ascii="Times New Roman" w:hAnsi="Times New Roman" w:cs="Times New Roman"/>
          <w:sz w:val="24"/>
          <w:szCs w:val="24"/>
          <w:lang w:val="pt-BR" w:eastAsia="lt-LT"/>
        </w:rPr>
        <w:t>1.2. Turtas skirtas ________________________________________________veiklai vykdyti.</w:t>
      </w:r>
      <w:r w:rsidR="00D4363F">
        <w:rPr>
          <w:rFonts w:ascii="Times New Roman" w:hAnsi="Times New Roman" w:cs="Times New Roman"/>
          <w:sz w:val="24"/>
          <w:szCs w:val="24"/>
          <w:lang w:val="pt-BR" w:eastAsia="lt-LT"/>
        </w:rPr>
        <w:br/>
      </w:r>
      <w:r w:rsidRPr="00D4363F">
        <w:rPr>
          <w:rFonts w:ascii="Times New Roman" w:hAnsi="Times New Roman" w:cs="Times New Roman"/>
          <w:sz w:val="20"/>
          <w:szCs w:val="20"/>
          <w:lang w:val="pt-BR" w:eastAsia="lt-LT"/>
        </w:rPr>
        <w:t>(nurodyti turto naudojimo paskirtį)</w:t>
      </w:r>
    </w:p>
    <w:p w14:paraId="78C86E33" w14:textId="77777777" w:rsidR="0077600C" w:rsidRDefault="0077600C" w:rsidP="00473442">
      <w:pPr>
        <w:jc w:val="center"/>
        <w:rPr>
          <w:rFonts w:ascii="Times New Roman" w:hAnsi="Times New Roman" w:cs="Times New Roman"/>
          <w:b/>
          <w:bCs/>
          <w:sz w:val="24"/>
          <w:szCs w:val="24"/>
          <w:lang w:val="pt-BR" w:eastAsia="lt-LT"/>
        </w:rPr>
      </w:pPr>
    </w:p>
    <w:p w14:paraId="69DA1A87" w14:textId="1608B01D" w:rsidR="0077600C" w:rsidRPr="00473442" w:rsidRDefault="00473442" w:rsidP="00473442">
      <w:pPr>
        <w:jc w:val="center"/>
        <w:rPr>
          <w:rFonts w:ascii="Times New Roman" w:hAnsi="Times New Roman" w:cs="Times New Roman"/>
          <w:sz w:val="24"/>
          <w:szCs w:val="24"/>
          <w:lang w:val="pt-BR" w:eastAsia="lt-LT"/>
        </w:rPr>
      </w:pPr>
      <w:r w:rsidRPr="00473442">
        <w:rPr>
          <w:rFonts w:ascii="Times New Roman" w:hAnsi="Times New Roman" w:cs="Times New Roman"/>
          <w:b/>
          <w:bCs/>
          <w:sz w:val="24"/>
          <w:szCs w:val="24"/>
          <w:lang w:val="pt-BR" w:eastAsia="lt-LT"/>
        </w:rPr>
        <w:t>II SKYRIUS</w:t>
      </w:r>
      <w:r w:rsidR="00D4363F">
        <w:rPr>
          <w:rFonts w:ascii="Times New Roman" w:hAnsi="Times New Roman" w:cs="Times New Roman"/>
          <w:b/>
          <w:bCs/>
          <w:sz w:val="24"/>
          <w:szCs w:val="24"/>
          <w:lang w:val="pt-BR" w:eastAsia="lt-LT"/>
        </w:rPr>
        <w:br/>
      </w:r>
      <w:r w:rsidRPr="00473442">
        <w:rPr>
          <w:rFonts w:ascii="Times New Roman" w:hAnsi="Times New Roman" w:cs="Times New Roman"/>
          <w:b/>
          <w:bCs/>
          <w:sz w:val="24"/>
          <w:szCs w:val="24"/>
          <w:lang w:val="pt-BR" w:eastAsia="lt-LT"/>
        </w:rPr>
        <w:t>NUOMOS TERMINAS</w:t>
      </w:r>
    </w:p>
    <w:p w14:paraId="7E616E40" w14:textId="77777777" w:rsidR="00D4363F" w:rsidRDefault="00473442" w:rsidP="00D4363F">
      <w:pPr>
        <w:ind w:left="5103" w:hanging="5103"/>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 xml:space="preserve">2.1. Turto nuomos terminas nustatomas ____________________________________________ </w:t>
      </w:r>
      <w:r w:rsidRPr="00D4363F">
        <w:rPr>
          <w:rFonts w:ascii="Times New Roman" w:hAnsi="Times New Roman" w:cs="Times New Roman"/>
          <w:sz w:val="20"/>
          <w:szCs w:val="20"/>
          <w:lang w:val="pt-BR" w:eastAsia="lt-LT"/>
        </w:rPr>
        <w:t>(skaičiais ir žodžiais)</w:t>
      </w:r>
      <w:r w:rsidRPr="00473442">
        <w:rPr>
          <w:rFonts w:ascii="Times New Roman" w:hAnsi="Times New Roman" w:cs="Times New Roman"/>
          <w:sz w:val="24"/>
          <w:szCs w:val="24"/>
          <w:lang w:val="pt-BR" w:eastAsia="lt-LT"/>
        </w:rPr>
        <w:t xml:space="preserve"> </w:t>
      </w:r>
    </w:p>
    <w:p w14:paraId="2AE893D2" w14:textId="22825E1E" w:rsidR="00473442" w:rsidRPr="00473442" w:rsidRDefault="00473442" w:rsidP="00D4363F">
      <w:pPr>
        <w:ind w:left="5103" w:hanging="5103"/>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nuo turto perdavimo–priėmimo akto pasirašymo dienos.</w:t>
      </w:r>
    </w:p>
    <w:p w14:paraId="63E7FA6B" w14:textId="77777777" w:rsidR="0077600C" w:rsidRDefault="0077600C" w:rsidP="00473442">
      <w:pPr>
        <w:jc w:val="center"/>
        <w:rPr>
          <w:rFonts w:ascii="Times New Roman" w:hAnsi="Times New Roman" w:cs="Times New Roman"/>
          <w:b/>
          <w:bCs/>
          <w:sz w:val="24"/>
          <w:szCs w:val="24"/>
          <w:lang w:val="pt-BR" w:eastAsia="lt-LT"/>
        </w:rPr>
      </w:pPr>
    </w:p>
    <w:p w14:paraId="6B5E26F0" w14:textId="665903CD" w:rsidR="0077600C" w:rsidRPr="00473442" w:rsidRDefault="00473442" w:rsidP="00473442">
      <w:pPr>
        <w:jc w:val="center"/>
        <w:rPr>
          <w:rFonts w:ascii="Times New Roman" w:hAnsi="Times New Roman" w:cs="Times New Roman"/>
          <w:sz w:val="24"/>
          <w:szCs w:val="24"/>
          <w:lang w:val="pt-BR" w:eastAsia="lt-LT"/>
        </w:rPr>
      </w:pPr>
      <w:r w:rsidRPr="00473442">
        <w:rPr>
          <w:rFonts w:ascii="Times New Roman" w:hAnsi="Times New Roman" w:cs="Times New Roman"/>
          <w:b/>
          <w:bCs/>
          <w:sz w:val="24"/>
          <w:szCs w:val="24"/>
          <w:lang w:val="pt-BR" w:eastAsia="lt-LT"/>
        </w:rPr>
        <w:t>III SKYRIUS</w:t>
      </w:r>
      <w:r w:rsidR="00D4363F">
        <w:rPr>
          <w:rFonts w:ascii="Times New Roman" w:hAnsi="Times New Roman" w:cs="Times New Roman"/>
          <w:b/>
          <w:bCs/>
          <w:sz w:val="24"/>
          <w:szCs w:val="24"/>
          <w:lang w:val="pt-BR" w:eastAsia="lt-LT"/>
        </w:rPr>
        <w:br/>
      </w:r>
      <w:r w:rsidRPr="00473442">
        <w:rPr>
          <w:rFonts w:ascii="Times New Roman" w:hAnsi="Times New Roman" w:cs="Times New Roman"/>
          <w:b/>
          <w:bCs/>
          <w:sz w:val="24"/>
          <w:szCs w:val="24"/>
          <w:lang w:val="pt-BR" w:eastAsia="lt-LT"/>
        </w:rPr>
        <w:t>NUOMOS MOKESTIS</w:t>
      </w:r>
    </w:p>
    <w:p w14:paraId="63DF583F" w14:textId="77777777" w:rsidR="00473442" w:rsidRPr="00473442" w:rsidRDefault="00473442" w:rsidP="00473442">
      <w:pPr>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 xml:space="preserve">3.1. Nuomininkas už turto nuomą įsipareigoja mokėti nuomotojui nuompinigius – </w:t>
      </w:r>
    </w:p>
    <w:p w14:paraId="3BF598AD" w14:textId="5524A101" w:rsidR="00473442" w:rsidRPr="00D4363F" w:rsidRDefault="00473442" w:rsidP="00D4363F">
      <w:pPr>
        <w:ind w:left="3261" w:hanging="3261"/>
        <w:rPr>
          <w:rFonts w:ascii="Times New Roman" w:hAnsi="Times New Roman" w:cs="Times New Roman"/>
          <w:sz w:val="20"/>
          <w:szCs w:val="20"/>
          <w:lang w:val="pt-BR" w:eastAsia="lt-LT"/>
        </w:rPr>
      </w:pPr>
      <w:r w:rsidRPr="00473442">
        <w:rPr>
          <w:rFonts w:ascii="Times New Roman" w:hAnsi="Times New Roman" w:cs="Times New Roman"/>
          <w:sz w:val="24"/>
          <w:szCs w:val="24"/>
          <w:lang w:val="pt-BR" w:eastAsia="lt-LT"/>
        </w:rPr>
        <w:t>_____________________________________________________________________________</w:t>
      </w:r>
      <w:r w:rsidR="00D4363F">
        <w:rPr>
          <w:rFonts w:ascii="Times New Roman" w:hAnsi="Times New Roman" w:cs="Times New Roman"/>
          <w:sz w:val="24"/>
          <w:szCs w:val="24"/>
          <w:lang w:val="pt-BR" w:eastAsia="lt-LT"/>
        </w:rPr>
        <w:br/>
      </w:r>
      <w:r w:rsidRPr="00D4363F">
        <w:rPr>
          <w:rFonts w:ascii="Times New Roman" w:hAnsi="Times New Roman" w:cs="Times New Roman"/>
          <w:sz w:val="20"/>
          <w:szCs w:val="20"/>
          <w:lang w:val="pt-BR" w:eastAsia="lt-LT"/>
        </w:rPr>
        <w:t>(suma skaičiais ir žodžiais)</w:t>
      </w:r>
    </w:p>
    <w:p w14:paraId="06995885" w14:textId="77777777" w:rsidR="00473442" w:rsidRPr="00473442" w:rsidRDefault="00473442" w:rsidP="00473442">
      <w:pPr>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per mėnesį / ketvirtį (nereikalingą žodį išbraukti).</w:t>
      </w:r>
    </w:p>
    <w:p w14:paraId="43E58FD4" w14:textId="0740395B"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color w:val="000000"/>
          <w:sz w:val="24"/>
          <w:szCs w:val="24"/>
          <w:lang w:val="pt-BR" w:eastAsia="lt-LT"/>
        </w:rPr>
        <w:t>3.2. Nuomininkas, be nuompinigių, kas mėnesį moka mokesčius už</w:t>
      </w:r>
      <w:r w:rsidR="005D1E42">
        <w:rPr>
          <w:rFonts w:ascii="Times New Roman" w:hAnsi="Times New Roman" w:cs="Times New Roman"/>
          <w:color w:val="000000"/>
          <w:sz w:val="24"/>
          <w:szCs w:val="24"/>
          <w:lang w:val="pt-BR" w:eastAsia="lt-LT"/>
        </w:rPr>
        <w:t xml:space="preserve"> </w:t>
      </w:r>
      <w:r w:rsidRPr="00473442">
        <w:rPr>
          <w:rFonts w:ascii="Times New Roman" w:hAnsi="Times New Roman" w:cs="Times New Roman"/>
          <w:color w:val="000000"/>
          <w:sz w:val="24"/>
          <w:szCs w:val="24"/>
          <w:lang w:val="pt-BR" w:eastAsia="lt-LT"/>
        </w:rPr>
        <w:t>vandenį, elektros energiją</w:t>
      </w:r>
      <w:r w:rsidR="005D1E42">
        <w:rPr>
          <w:rFonts w:ascii="Times New Roman" w:hAnsi="Times New Roman" w:cs="Times New Roman"/>
          <w:color w:val="000000"/>
          <w:sz w:val="24"/>
          <w:szCs w:val="24"/>
          <w:lang w:val="pt-BR" w:eastAsia="lt-LT"/>
        </w:rPr>
        <w:t>, šilumos energiją</w:t>
      </w:r>
      <w:r w:rsidRPr="00473442">
        <w:rPr>
          <w:rFonts w:ascii="Times New Roman" w:hAnsi="Times New Roman" w:cs="Times New Roman"/>
          <w:color w:val="000000"/>
          <w:sz w:val="24"/>
          <w:szCs w:val="24"/>
          <w:lang w:val="pt-BR" w:eastAsia="lt-LT"/>
        </w:rPr>
        <w:t>. Nuomininkas už kitas jam teikiamas paslaugas atsiskaito pagal atskirą susitarimą su nuomotoju. </w:t>
      </w:r>
    </w:p>
    <w:p w14:paraId="58CB839E"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color w:val="000000"/>
          <w:sz w:val="24"/>
          <w:szCs w:val="24"/>
          <w:lang w:val="pt-BR" w:eastAsia="lt-LT"/>
        </w:rPr>
        <w:t>3.3. Nuomininkas moka nuompinigius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128528CE" w14:textId="77777777" w:rsidR="00473442" w:rsidRPr="00473442" w:rsidRDefault="00473442" w:rsidP="00473442">
      <w:pPr>
        <w:jc w:val="both"/>
        <w:rPr>
          <w:rFonts w:ascii="Times New Roman" w:hAnsi="Times New Roman" w:cs="Times New Roman"/>
          <w:color w:val="000000"/>
          <w:sz w:val="24"/>
          <w:szCs w:val="24"/>
          <w:lang w:val="pt-BR" w:eastAsia="lt-LT"/>
        </w:rPr>
      </w:pPr>
      <w:r w:rsidRPr="00473442">
        <w:rPr>
          <w:rFonts w:ascii="Times New Roman" w:hAnsi="Times New Roman" w:cs="Times New Roman"/>
          <w:color w:val="000000"/>
          <w:sz w:val="24"/>
          <w:szCs w:val="24"/>
          <w:lang w:val="pt-BR" w:eastAsia="lt-LT"/>
        </w:rPr>
        <w:t>3.4. Nuomininkas nuomotojo ir / ar paslaugų teikėjų pateiktas sąskaitas apmoka per 5 darbo dienas nuo sąskaitos gavimo. </w:t>
      </w:r>
    </w:p>
    <w:p w14:paraId="197B299A"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color w:val="000000"/>
          <w:sz w:val="24"/>
          <w:szCs w:val="24"/>
          <w:lang w:val="pt-BR" w:eastAsia="lt-LT"/>
        </w:rPr>
        <w:t>3.5. Nuompinigiai ir mokėjimai už Sutarties 3.2 papunktyje nurodytas paslaugas pradedami skaičiuoti nuo turto perdavimo–priėmimo akto pasirašymo dienos.</w:t>
      </w:r>
    </w:p>
    <w:p w14:paraId="7BBEBB11" w14:textId="77777777" w:rsidR="0077600C" w:rsidRDefault="0077600C" w:rsidP="00473442">
      <w:pPr>
        <w:jc w:val="center"/>
        <w:rPr>
          <w:rFonts w:ascii="Times New Roman" w:hAnsi="Times New Roman" w:cs="Times New Roman"/>
          <w:b/>
          <w:bCs/>
          <w:sz w:val="24"/>
          <w:szCs w:val="24"/>
          <w:lang w:val="pt-BR" w:eastAsia="lt-LT"/>
        </w:rPr>
      </w:pPr>
    </w:p>
    <w:p w14:paraId="2F969949" w14:textId="557EC7AA" w:rsidR="00473442" w:rsidRPr="00473442" w:rsidRDefault="00473442" w:rsidP="00473442">
      <w:pPr>
        <w:jc w:val="center"/>
        <w:rPr>
          <w:rFonts w:ascii="Times New Roman" w:hAnsi="Times New Roman" w:cs="Times New Roman"/>
          <w:sz w:val="24"/>
          <w:szCs w:val="24"/>
          <w:lang w:val="pt-BR" w:eastAsia="lt-LT"/>
        </w:rPr>
      </w:pPr>
      <w:r w:rsidRPr="00473442">
        <w:rPr>
          <w:rFonts w:ascii="Times New Roman" w:hAnsi="Times New Roman" w:cs="Times New Roman"/>
          <w:b/>
          <w:bCs/>
          <w:sz w:val="24"/>
          <w:szCs w:val="24"/>
          <w:lang w:val="pt-BR" w:eastAsia="lt-LT"/>
        </w:rPr>
        <w:t>IV SKYRIUS</w:t>
      </w:r>
      <w:r w:rsidR="0004663C">
        <w:rPr>
          <w:rFonts w:ascii="Times New Roman" w:hAnsi="Times New Roman" w:cs="Times New Roman"/>
          <w:b/>
          <w:bCs/>
          <w:sz w:val="24"/>
          <w:szCs w:val="24"/>
          <w:lang w:val="pt-BR" w:eastAsia="lt-LT"/>
        </w:rPr>
        <w:br/>
      </w:r>
      <w:r w:rsidRPr="00473442">
        <w:rPr>
          <w:rFonts w:ascii="Times New Roman" w:hAnsi="Times New Roman" w:cs="Times New Roman"/>
          <w:b/>
          <w:bCs/>
          <w:sz w:val="24"/>
          <w:szCs w:val="24"/>
          <w:lang w:val="pt-BR" w:eastAsia="lt-LT"/>
        </w:rPr>
        <w:t>ŠALIŲ TEISĖS IR PAREIGOS</w:t>
      </w:r>
    </w:p>
    <w:p w14:paraId="3F8361FB" w14:textId="77777777" w:rsidR="00473442" w:rsidRPr="00473442" w:rsidRDefault="00473442" w:rsidP="00473442">
      <w:pPr>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4.1. Nuomotojas įsipareigoja:</w:t>
      </w:r>
    </w:p>
    <w:p w14:paraId="2E52B992"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lastRenderedPageBreak/>
        <w:t>4.1.1. per 3 (tris) darbo dienas nuo Sutarties pasirašymo perduoti nuomininkui Sutarties 1.1 papunktyje nurodytą turtą pagal turto perdavimo–priėmimo aktą;</w:t>
      </w:r>
    </w:p>
    <w:p w14:paraId="36A5D248"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4.1.2. Sutarties galiojimo laikotarpiu atlikti nuomojamo turto ar su juo susijusių inžinerinių sistemų kapitalinio remonto darbus, kai atliekami viso objekto, kurio dalis nuomojama, arba su tuo objektu susijusių inžinerinių tinklų kapitalinio remonto darbai;</w:t>
      </w:r>
    </w:p>
    <w:p w14:paraId="1280EF7F"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4.1.3.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w:t>
      </w:r>
    </w:p>
    <w:p w14:paraId="77709EB8"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4.1.4. pasibaigus Sutarties galiojimo terminui arba Sutartį nutraukus prieš terminą, priimti iš nuomininko turtą.</w:t>
      </w:r>
    </w:p>
    <w:p w14:paraId="3685F2E7"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4.2. Nuomotojas turi teisę Sutarties galiojimo laikotarpiu tikrinti išnuomoto turto būklę, taip pat turi kitų teisių ir pareigų, nustatytų Sutartyje ir teisės aktuose. </w:t>
      </w:r>
    </w:p>
    <w:p w14:paraId="4BC45DB6"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 xml:space="preserve">4.3. Nuomininkas įsipareigoja: </w:t>
      </w:r>
    </w:p>
    <w:p w14:paraId="474BE822" w14:textId="77777777" w:rsidR="00473442" w:rsidRPr="00473442" w:rsidRDefault="00473442" w:rsidP="00473442">
      <w:pPr>
        <w:shd w:val="clear" w:color="auto" w:fill="FFFFFF"/>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4.3.1. per 3 (tris) darbo dienas nuo Sutarties pasirašymo priimti Sutarties 1.1 papunktyje nurodytą turtą pagal turto perdavimo–priėmimo aktą;</w:t>
      </w:r>
    </w:p>
    <w:p w14:paraId="46153219"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4.3.2. per 5 (penkias) darbo dienas nuo turto perdavimo–priėmimo akto pasirašymo įregistruoti nuomos Sutartį valstybės įmonėje Registrų centre;</w:t>
      </w:r>
    </w:p>
    <w:p w14:paraId="362FC971"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4.3.3. laiku mokėti Sutartyje nustatytą nuomos mokestį ir kitus pagal Sutartį priklausančias įmokas ir mokesčius;</w:t>
      </w:r>
    </w:p>
    <w:p w14:paraId="624FBE27"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4.3.4. naudoti turtą pagal paskirtį, nurodytą Sutarties 1.2 papunktyje, vadovautis nustatytais šios paskirties turto priežiūros, priešgaisrinės saugos ir sanitariniais reikalavimais, užtikrinti jo gerą būklę (atsižvelgdamas į normalų nusidėvėjimą), saugoti turtą nuo sugadinimo, dingimo;</w:t>
      </w:r>
    </w:p>
    <w:p w14:paraId="283ED0A9"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4.3.5. sudaryti nuomotojui sąlygas tikrinti nuomojamo turto būklę;</w:t>
      </w:r>
    </w:p>
    <w:p w14:paraId="0CD7ABDB"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4.3.6. pasibaigus Sutarties galiojimo terminui arba Sutartį nutraukus prieš terminą, perduoti turtą pagal turto perdavimo–priėmimo aktą tvarkingą, tokios pat būklės, kokios jis buvo perduotas nuomininkui, atsižvelgiant į fizinį turto nusidėvėjimą, su visais padarytais pertvarkymais, kurių negalima atskirti nepadarant žalos turtui. Nuomininkui neatlyginamos turto pagerinimo išlaidos, todėl nuomininkas, pasibaigus Sutarčiai ar ją nutraukus, neturi teisės reikalauti kompensacijos už turto pagerinimą.</w:t>
      </w:r>
    </w:p>
    <w:p w14:paraId="48E89679"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4.4. Nuomininkas turi ir kitų teisių ir pareigų, nustatytų Sutartyje ir teisės aktuose.</w:t>
      </w:r>
    </w:p>
    <w:p w14:paraId="1DE1765A"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4.5</w:t>
      </w:r>
      <w:r w:rsidRPr="00473442">
        <w:rPr>
          <w:rFonts w:ascii="Times New Roman" w:hAnsi="Times New Roman" w:cs="Times New Roman"/>
          <w:sz w:val="24"/>
          <w:szCs w:val="24"/>
          <w:lang w:val="pt-BR" w:eastAsia="en-GB"/>
        </w:rPr>
        <w:t xml:space="preserve">. Nuomininkas neturi teisės (išskyrus tuos atvejus, kai juridinių asmenų veiklą reglamentuojantys įstatymai nustato specialią teisių perdavimo ar suteikimo tvarką) subnuomoti turto (ar jo dalies) ar suteikti tretiesiems asmenims kokių nors kitų teisių naudotis turtu (ar jo dalimi). Nuomininkas taip pat neturi teisės perleisti visų ar dalies savo teisių ir (ar) pareigų, kylančių iš Sutarties, įkeisti turto </w:t>
      </w:r>
      <w:r w:rsidRPr="00473442">
        <w:rPr>
          <w:rFonts w:ascii="Times New Roman" w:hAnsi="Times New Roman" w:cs="Times New Roman"/>
          <w:sz w:val="24"/>
          <w:szCs w:val="24"/>
          <w:lang w:val="pt-BR" w:eastAsia="en-GB"/>
        </w:rPr>
        <w:lastRenderedPageBreak/>
        <w:t>nuomos teisės ar perduoti jos kaip turtinio įnašo kuriam nors trečiajam asmeniui ar kitaip suvaržyti Sutartyje nustatytų turto nuomos teisių. </w:t>
      </w:r>
    </w:p>
    <w:p w14:paraId="6D861EBA"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4.6. Sutartis nesuteikia nuomininkui teisės nuomojamo turto adresu registruoti savo ar savo filialų, atstovybių ar patronuojamųjų įmonių, taip pat klientų ar kitų susijusių asmenų buveinių.</w:t>
      </w:r>
    </w:p>
    <w:p w14:paraId="4D55C313"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 xml:space="preserve">4.7. Nuomininkui draudžiama be rašytinio nuomotojo sutikimo atlikti statinio kapitalinio remonto ar rekonstravimo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w:t>
      </w:r>
      <w:r w:rsidRPr="00473442">
        <w:rPr>
          <w:rFonts w:ascii="Times New Roman" w:hAnsi="Times New Roman" w:cs="Times New Roman"/>
          <w:color w:val="000000"/>
          <w:sz w:val="24"/>
          <w:szCs w:val="24"/>
          <w:lang w:val="pt-BR" w:eastAsia="lt-LT"/>
        </w:rPr>
        <w:t>statybos įstatyme</w:t>
      </w:r>
      <w:r w:rsidRPr="00473442">
        <w:rPr>
          <w:rFonts w:ascii="Times New Roman" w:hAnsi="Times New Roman" w:cs="Times New Roman"/>
          <w:sz w:val="24"/>
          <w:szCs w:val="24"/>
          <w:lang w:val="pt-BR" w:eastAsia="lt-LT"/>
        </w:rPr>
        <w:t>.</w:t>
      </w:r>
    </w:p>
    <w:p w14:paraId="3B42369B" w14:textId="77777777" w:rsidR="0077600C" w:rsidRDefault="0077600C" w:rsidP="00473442">
      <w:pPr>
        <w:jc w:val="center"/>
        <w:rPr>
          <w:rFonts w:ascii="Times New Roman" w:hAnsi="Times New Roman" w:cs="Times New Roman"/>
          <w:b/>
          <w:bCs/>
          <w:sz w:val="24"/>
          <w:szCs w:val="24"/>
          <w:lang w:val="pt-BR" w:eastAsia="lt-LT"/>
        </w:rPr>
      </w:pPr>
    </w:p>
    <w:p w14:paraId="06613603" w14:textId="5F1B741C" w:rsidR="00473442" w:rsidRPr="00473442" w:rsidRDefault="00473442" w:rsidP="00473442">
      <w:pPr>
        <w:jc w:val="center"/>
        <w:rPr>
          <w:rFonts w:ascii="Times New Roman" w:hAnsi="Times New Roman" w:cs="Times New Roman"/>
          <w:sz w:val="24"/>
          <w:szCs w:val="24"/>
          <w:lang w:val="pt-BR" w:eastAsia="lt-LT"/>
        </w:rPr>
      </w:pPr>
      <w:r w:rsidRPr="00473442">
        <w:rPr>
          <w:rFonts w:ascii="Times New Roman" w:hAnsi="Times New Roman" w:cs="Times New Roman"/>
          <w:b/>
          <w:bCs/>
          <w:sz w:val="24"/>
          <w:szCs w:val="24"/>
          <w:lang w:val="pt-BR" w:eastAsia="lt-LT"/>
        </w:rPr>
        <w:t>V SKYRIUS</w:t>
      </w:r>
      <w:r w:rsidR="0004663C">
        <w:rPr>
          <w:rFonts w:ascii="Times New Roman" w:hAnsi="Times New Roman" w:cs="Times New Roman"/>
          <w:b/>
          <w:bCs/>
          <w:sz w:val="24"/>
          <w:szCs w:val="24"/>
          <w:lang w:val="pt-BR" w:eastAsia="lt-LT"/>
        </w:rPr>
        <w:br/>
      </w:r>
      <w:r w:rsidRPr="00473442">
        <w:rPr>
          <w:rFonts w:ascii="Times New Roman" w:hAnsi="Times New Roman" w:cs="Times New Roman"/>
          <w:b/>
          <w:bCs/>
          <w:sz w:val="24"/>
          <w:szCs w:val="24"/>
          <w:lang w:val="pt-BR" w:eastAsia="lt-LT"/>
        </w:rPr>
        <w:t>ŠALIŲ ATSAKOMYBĖ</w:t>
      </w:r>
    </w:p>
    <w:p w14:paraId="5A61B7D4"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5.1. Nuomininkas, per Sutartyje nustatytus terminus nesumokėjęs nuompinigių ir (ar) kitų mokesčių ir įmokų, privalo mokėti nuomotojui 0,05 procento dydžio delspinigius nuo visos nesumokėtos sumos už kiekvieną pavėluotą kalendorinę dieną.</w:t>
      </w:r>
    </w:p>
    <w:p w14:paraId="71D61655"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5.2. Delspinigių sumokėjimas neatleidžia nuomininko nuo pagrindinės prievolės įvykdymo. </w:t>
      </w:r>
    </w:p>
    <w:p w14:paraId="3D239E4F"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 xml:space="preserve">5.3. Už turto pabloginimą nuomininkas atsako Lietuvos Respublikos </w:t>
      </w:r>
      <w:r w:rsidRPr="00473442">
        <w:rPr>
          <w:rFonts w:ascii="Times New Roman" w:hAnsi="Times New Roman" w:cs="Times New Roman"/>
          <w:color w:val="000000"/>
          <w:sz w:val="24"/>
          <w:szCs w:val="24"/>
          <w:lang w:val="pt-BR" w:eastAsia="lt-LT"/>
        </w:rPr>
        <w:t>civilinio kodekso 6.500</w:t>
      </w:r>
      <w:r w:rsidRPr="00473442">
        <w:rPr>
          <w:rFonts w:ascii="Times New Roman" w:hAnsi="Times New Roman" w:cs="Times New Roman"/>
          <w:sz w:val="24"/>
          <w:szCs w:val="24"/>
          <w:lang w:val="pt-BR" w:eastAsia="lt-LT"/>
        </w:rPr>
        <w:t xml:space="preserve"> straipsnyje nustatyta tvarka.</w:t>
      </w:r>
    </w:p>
    <w:p w14:paraId="03AFDC9D" w14:textId="77777777" w:rsidR="0077600C" w:rsidRDefault="0077600C" w:rsidP="00473442">
      <w:pPr>
        <w:jc w:val="center"/>
        <w:rPr>
          <w:rFonts w:ascii="Times New Roman" w:hAnsi="Times New Roman" w:cs="Times New Roman"/>
          <w:b/>
          <w:bCs/>
          <w:sz w:val="24"/>
          <w:szCs w:val="24"/>
          <w:lang w:val="pt-BR" w:eastAsia="lt-LT"/>
        </w:rPr>
      </w:pPr>
    </w:p>
    <w:p w14:paraId="61EEC059" w14:textId="7635A961" w:rsidR="00473442" w:rsidRPr="00473442" w:rsidRDefault="00473442" w:rsidP="00473442">
      <w:pPr>
        <w:jc w:val="center"/>
        <w:rPr>
          <w:rFonts w:ascii="Times New Roman" w:hAnsi="Times New Roman" w:cs="Times New Roman"/>
          <w:sz w:val="24"/>
          <w:szCs w:val="24"/>
          <w:lang w:val="pt-BR" w:eastAsia="lt-LT"/>
        </w:rPr>
      </w:pPr>
      <w:r w:rsidRPr="0004663C">
        <w:rPr>
          <w:rFonts w:ascii="Times New Roman" w:hAnsi="Times New Roman" w:cs="Times New Roman"/>
          <w:b/>
          <w:bCs/>
          <w:sz w:val="24"/>
          <w:szCs w:val="24"/>
          <w:lang w:val="pt-BR" w:eastAsia="lt-LT"/>
        </w:rPr>
        <w:t>VI SKYRIUS</w:t>
      </w:r>
      <w:r w:rsidR="0004663C" w:rsidRPr="0004663C">
        <w:rPr>
          <w:rFonts w:ascii="Times New Roman" w:hAnsi="Times New Roman" w:cs="Times New Roman"/>
          <w:b/>
          <w:bCs/>
          <w:sz w:val="24"/>
          <w:szCs w:val="24"/>
          <w:lang w:val="pt-BR" w:eastAsia="lt-LT"/>
        </w:rPr>
        <w:br/>
      </w:r>
      <w:r w:rsidRPr="00473442">
        <w:rPr>
          <w:rFonts w:ascii="Times New Roman" w:hAnsi="Times New Roman" w:cs="Times New Roman"/>
          <w:b/>
          <w:bCs/>
          <w:sz w:val="24"/>
          <w:szCs w:val="24"/>
          <w:lang w:val="pt-BR" w:eastAsia="lt-LT"/>
        </w:rPr>
        <w:t>SUTARTIES GALIOJIMAS, ATNAUJINIMAS, PAKEITIMAS IR PASIBAIGIMAS</w:t>
      </w:r>
    </w:p>
    <w:p w14:paraId="1F560EBE"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6.1. Ši Sutartis įsigalioja jos pasirašymo dieną. </w:t>
      </w:r>
    </w:p>
    <w:p w14:paraId="438064E4"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6.2.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15 metų. Nuomotojas pasiūlo nuomos terminą, nuomos mokestį ir kitas nuomos sąlygas, kurias jis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2FAB5ED0"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 xml:space="preserve">6.3. Nuomininkas neturės pirmenybės teisės sudaryti naujos turto nuomos Sutarties papildomam terminui, jeigu nuomotojas iki nuomos termino pabaigos bus pareiškęs nuomininkui bent vieną pagrįstą rašytinį įspėjimą dėl Sutarties nuostatų pažeidimo. Tokiu atveju, pasibaigus turto nuomos </w:t>
      </w:r>
      <w:r w:rsidRPr="00473442">
        <w:rPr>
          <w:rFonts w:ascii="Times New Roman" w:hAnsi="Times New Roman" w:cs="Times New Roman"/>
          <w:sz w:val="24"/>
          <w:szCs w:val="24"/>
          <w:lang w:val="pt-BR" w:eastAsia="lt-LT"/>
        </w:rPr>
        <w:lastRenderedPageBreak/>
        <w:t>terminui, nuomotojas turės teisę (tačiau neprivalės) nuomininkui išnuomoti turtą tokiomis pat ar naujomis nuomotojo nuožiūra nurodytomis sąlygomis ir terminais.</w:t>
      </w:r>
    </w:p>
    <w:p w14:paraId="5C611F30" w14:textId="7F3AEF7B"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6.4. Visi Sutarti</w:t>
      </w:r>
      <w:r w:rsidR="0004663C">
        <w:rPr>
          <w:rFonts w:ascii="Times New Roman" w:hAnsi="Times New Roman" w:cs="Times New Roman"/>
          <w:sz w:val="24"/>
          <w:szCs w:val="24"/>
          <w:lang w:val="pt-BR" w:eastAsia="lt-LT"/>
        </w:rPr>
        <w:t>e</w:t>
      </w:r>
      <w:r w:rsidRPr="00473442">
        <w:rPr>
          <w:rFonts w:ascii="Times New Roman" w:hAnsi="Times New Roman" w:cs="Times New Roman"/>
          <w:sz w:val="24"/>
          <w:szCs w:val="24"/>
          <w:lang w:val="pt-BR" w:eastAsia="lt-LT"/>
        </w:rPr>
        <w:t>s pakeitimai, papildymai ir priedai galioja, jeigu jie sudaryti raštu ir pasirašyti Sutarties šalių. </w:t>
      </w:r>
    </w:p>
    <w:p w14:paraId="14F6552C"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6.5. Ši Sutartis pasibaigia arba gali būti nutraukta:</w:t>
      </w:r>
    </w:p>
    <w:p w14:paraId="492E3F91"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6.5.1. pasibaigus nuomos terminui;</w:t>
      </w:r>
    </w:p>
    <w:p w14:paraId="0E497B90"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6.5.2. Sutarties šalių susitarimu;</w:t>
      </w:r>
    </w:p>
    <w:p w14:paraId="34160DA4"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 xml:space="preserve">6.5.3. kitais Lietuvos Respublikos </w:t>
      </w:r>
      <w:r w:rsidRPr="00473442">
        <w:rPr>
          <w:rFonts w:ascii="Times New Roman" w:hAnsi="Times New Roman" w:cs="Times New Roman"/>
          <w:color w:val="000000"/>
          <w:sz w:val="24"/>
          <w:szCs w:val="24"/>
          <w:lang w:val="pt-BR" w:eastAsia="lt-LT"/>
        </w:rPr>
        <w:t>civilinio kodekso</w:t>
      </w:r>
      <w:r w:rsidRPr="00473442">
        <w:rPr>
          <w:rFonts w:ascii="Times New Roman" w:hAnsi="Times New Roman" w:cs="Times New Roman"/>
          <w:sz w:val="24"/>
          <w:szCs w:val="24"/>
          <w:lang w:val="pt-BR" w:eastAsia="lt-LT"/>
        </w:rPr>
        <w:t xml:space="preserve"> nustatytais atvejais ir tvarka;</w:t>
      </w:r>
    </w:p>
    <w:p w14:paraId="4D162D9C"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 xml:space="preserve">6.5.4. Lietuvos Respublikos </w:t>
      </w:r>
      <w:r w:rsidRPr="00473442">
        <w:rPr>
          <w:rFonts w:ascii="Times New Roman" w:hAnsi="Times New Roman" w:cs="Times New Roman"/>
          <w:color w:val="000000"/>
          <w:sz w:val="24"/>
          <w:szCs w:val="24"/>
          <w:lang w:val="pt-BR" w:eastAsia="lt-LT"/>
        </w:rPr>
        <w:t>civilinio kodekso</w:t>
      </w:r>
      <w:r w:rsidRPr="00473442">
        <w:rPr>
          <w:rFonts w:ascii="Times New Roman" w:hAnsi="Times New Roman" w:cs="Times New Roman"/>
          <w:sz w:val="24"/>
          <w:szCs w:val="24"/>
          <w:lang w:val="pt-BR" w:eastAsia="lt-LT"/>
        </w:rPr>
        <w:t xml:space="preserve"> nustatyta tvarka, kai išnuomoto turto reikia Savivaldybės funkcijoms atlikti.</w:t>
      </w:r>
    </w:p>
    <w:p w14:paraId="33DB9E7E" w14:textId="77777777" w:rsidR="0077600C" w:rsidRDefault="0077600C" w:rsidP="00473442">
      <w:pPr>
        <w:jc w:val="center"/>
        <w:rPr>
          <w:rFonts w:ascii="Times New Roman" w:hAnsi="Times New Roman" w:cs="Times New Roman"/>
          <w:b/>
          <w:bCs/>
          <w:sz w:val="24"/>
          <w:szCs w:val="24"/>
          <w:lang w:val="pt-BR" w:eastAsia="lt-LT"/>
        </w:rPr>
      </w:pPr>
    </w:p>
    <w:p w14:paraId="106EA729" w14:textId="0CAF1595" w:rsidR="00473442" w:rsidRPr="00473442" w:rsidRDefault="00473442" w:rsidP="00473442">
      <w:pPr>
        <w:jc w:val="center"/>
        <w:rPr>
          <w:rFonts w:ascii="Times New Roman" w:hAnsi="Times New Roman" w:cs="Times New Roman"/>
          <w:b/>
          <w:bCs/>
          <w:sz w:val="24"/>
          <w:szCs w:val="24"/>
          <w:lang w:val="pt-BR" w:eastAsia="lt-LT"/>
        </w:rPr>
      </w:pPr>
      <w:r w:rsidRPr="00473442">
        <w:rPr>
          <w:rFonts w:ascii="Times New Roman" w:hAnsi="Times New Roman" w:cs="Times New Roman"/>
          <w:b/>
          <w:bCs/>
          <w:sz w:val="24"/>
          <w:szCs w:val="24"/>
          <w:lang w:val="pt-BR" w:eastAsia="lt-LT"/>
        </w:rPr>
        <w:t>VII SKYRIUS</w:t>
      </w:r>
      <w:r w:rsidR="0004663C">
        <w:rPr>
          <w:rFonts w:ascii="Times New Roman" w:hAnsi="Times New Roman" w:cs="Times New Roman"/>
          <w:b/>
          <w:bCs/>
          <w:sz w:val="24"/>
          <w:szCs w:val="24"/>
          <w:lang w:val="pt-BR" w:eastAsia="lt-LT"/>
        </w:rPr>
        <w:br/>
      </w:r>
      <w:r w:rsidRPr="00473442">
        <w:rPr>
          <w:rFonts w:ascii="Times New Roman" w:hAnsi="Times New Roman" w:cs="Times New Roman"/>
          <w:b/>
          <w:bCs/>
          <w:sz w:val="24"/>
          <w:szCs w:val="24"/>
          <w:lang w:val="pt-BR" w:eastAsia="lt-LT"/>
        </w:rPr>
        <w:t>NENUGALIMOS JĖGOS (FORCE MAJEURE) APLINKYBĖS</w:t>
      </w:r>
    </w:p>
    <w:p w14:paraId="6D273114"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7.1. Nė viena šalis nelaikoma pažeidusi Sutartį arba nevykdanti savo įsipareigojimų pagal Sutartį, jeigu įsipareigojimus vykdyti jai trukdo nenugalimos jėgos (force majeure)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1392C787"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7.2. Jeigu kuri nors šalis mano, kad atsirado nenugalimos jėgos (force majeure)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arba elektroniniu paštu nenurodo kitaip, nuomininkas toliau vykdo savo įsipareigojimus pagal Sutartį tiek, kiek įmanoma, ir ieško alternatyvių būdų, kaip vykdyti savo įsipareigojimus, kurių vykdyti nenugalimos jėgos (force majeure) aplinkybės netrukdo. </w:t>
      </w:r>
    </w:p>
    <w:p w14:paraId="00FD3F84"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7.3. Jeigu nenugalimos jėgos (force majeure) aplinkybės trunka ilgiau kaip 90 kalendorinių dienų, viena iš šalių turi teisę Sutartį nutraukti įspėdama apie tai kitą šalį prieš 30 kalendorinių dienų. Jeigu praėjus šiam 30 kalendorinių dienų laikotarpiui nenugalimos jėgos (force majeure) aplinkybės tęsiasi, Sutartis nutraukiama ir pagal Sutarties sąlygas šalys atleidžiamos nuo tolesnio Sutarties vykdymo.</w:t>
      </w:r>
    </w:p>
    <w:p w14:paraId="64498655" w14:textId="77777777" w:rsidR="0077600C" w:rsidRDefault="0077600C" w:rsidP="00473442">
      <w:pPr>
        <w:jc w:val="center"/>
        <w:rPr>
          <w:rFonts w:ascii="Times New Roman" w:hAnsi="Times New Roman" w:cs="Times New Roman"/>
          <w:b/>
          <w:bCs/>
          <w:sz w:val="24"/>
          <w:szCs w:val="24"/>
          <w:lang w:val="pt-BR" w:eastAsia="lt-LT"/>
        </w:rPr>
      </w:pPr>
    </w:p>
    <w:p w14:paraId="5C875EEB" w14:textId="0B5C0571" w:rsidR="00473442" w:rsidRPr="00473442" w:rsidRDefault="00473442" w:rsidP="00473442">
      <w:pPr>
        <w:jc w:val="center"/>
        <w:rPr>
          <w:rFonts w:ascii="Times New Roman" w:hAnsi="Times New Roman" w:cs="Times New Roman"/>
          <w:strike/>
          <w:sz w:val="24"/>
          <w:szCs w:val="24"/>
          <w:lang w:val="pt-BR" w:eastAsia="lt-LT"/>
        </w:rPr>
      </w:pPr>
      <w:r w:rsidRPr="00473442">
        <w:rPr>
          <w:rFonts w:ascii="Times New Roman" w:hAnsi="Times New Roman" w:cs="Times New Roman"/>
          <w:b/>
          <w:bCs/>
          <w:sz w:val="24"/>
          <w:szCs w:val="24"/>
          <w:lang w:val="pt-BR" w:eastAsia="lt-LT"/>
        </w:rPr>
        <w:t>VIII SKYRIUS</w:t>
      </w:r>
      <w:r w:rsidR="0004663C">
        <w:rPr>
          <w:rFonts w:ascii="Times New Roman" w:hAnsi="Times New Roman" w:cs="Times New Roman"/>
          <w:b/>
          <w:bCs/>
          <w:sz w:val="24"/>
          <w:szCs w:val="24"/>
          <w:lang w:val="pt-BR" w:eastAsia="lt-LT"/>
        </w:rPr>
        <w:br/>
      </w:r>
      <w:r w:rsidRPr="00473442">
        <w:rPr>
          <w:rFonts w:ascii="Times New Roman" w:hAnsi="Times New Roman" w:cs="Times New Roman"/>
          <w:b/>
          <w:bCs/>
          <w:sz w:val="24"/>
          <w:szCs w:val="24"/>
          <w:lang w:val="pt-BR" w:eastAsia="lt-LT"/>
        </w:rPr>
        <w:t>BAIGIAMOSIOS NUOSTATOS</w:t>
      </w:r>
    </w:p>
    <w:p w14:paraId="505150F3" w14:textId="77777777" w:rsidR="00473442" w:rsidRPr="00473442" w:rsidRDefault="00473442" w:rsidP="00473442">
      <w:pPr>
        <w:jc w:val="both"/>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lastRenderedPageBreak/>
        <w:t>8.1. Bet koks ginčas, kylantis iš Sutarties ar susijęs su Sutartimi, kuris neišsprendžiamas derybų būdu, turi būti sprendžiamas teisme Lietuvos Respublikos įstatymų nustatyta tvarka.</w:t>
      </w:r>
    </w:p>
    <w:p w14:paraId="5A9B47E7" w14:textId="77777777" w:rsidR="00473442" w:rsidRPr="00473442" w:rsidRDefault="00473442" w:rsidP="00473442">
      <w:pPr>
        <w:tabs>
          <w:tab w:val="left" w:pos="567"/>
        </w:tabs>
        <w:spacing w:line="200" w:lineRule="atLeast"/>
        <w:jc w:val="both"/>
        <w:rPr>
          <w:rFonts w:ascii="Times New Roman" w:hAnsi="Times New Roman" w:cs="Times New Roman"/>
          <w:sz w:val="24"/>
          <w:szCs w:val="24"/>
          <w:lang w:val="pt-BR" w:eastAsia="ar-SA"/>
        </w:rPr>
      </w:pPr>
      <w:r w:rsidRPr="00473442">
        <w:rPr>
          <w:rFonts w:ascii="Times New Roman" w:hAnsi="Times New Roman" w:cs="Times New Roman"/>
          <w:sz w:val="24"/>
          <w:szCs w:val="24"/>
          <w:lang w:val="pt-BR" w:eastAsia="ar-SA"/>
        </w:rPr>
        <w:t>8.2. Šios sutarties priedai yra neatskiriama šios sutarties dalis. </w:t>
      </w:r>
    </w:p>
    <w:p w14:paraId="122249A7" w14:textId="77777777" w:rsidR="00473442" w:rsidRPr="00473442" w:rsidRDefault="00473442" w:rsidP="00473442">
      <w:pPr>
        <w:rPr>
          <w:rFonts w:ascii="Times New Roman" w:hAnsi="Times New Roman" w:cs="Times New Roman"/>
          <w:sz w:val="24"/>
          <w:szCs w:val="24"/>
          <w:lang w:val="pt-BR" w:eastAsia="lt-LT"/>
        </w:rPr>
      </w:pPr>
    </w:p>
    <w:p w14:paraId="48705240" w14:textId="77777777" w:rsidR="00473442" w:rsidRPr="00473442" w:rsidRDefault="00473442" w:rsidP="00473442">
      <w:pPr>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PRIDEDAMA (jeigu dokumentai pridedami):</w:t>
      </w:r>
    </w:p>
    <w:p w14:paraId="4252EC0B" w14:textId="47073451" w:rsidR="00473442" w:rsidRPr="0004663C" w:rsidRDefault="00473442" w:rsidP="0004663C">
      <w:pPr>
        <w:rPr>
          <w:rFonts w:ascii="Times New Roman" w:hAnsi="Times New Roman" w:cs="Times New Roman"/>
          <w:sz w:val="20"/>
          <w:szCs w:val="20"/>
          <w:lang w:val="pt-BR" w:eastAsia="lt-LT"/>
        </w:rPr>
      </w:pPr>
      <w:bookmarkStart w:id="0" w:name="part_5452a21d778649e296de092213bfad60"/>
      <w:bookmarkStart w:id="1" w:name="part_5724eb72779040b4b4cffda512f3c126"/>
      <w:bookmarkEnd w:id="0"/>
      <w:bookmarkEnd w:id="1"/>
      <w:r w:rsidRPr="00473442">
        <w:rPr>
          <w:rFonts w:ascii="Times New Roman" w:hAnsi="Times New Roman" w:cs="Times New Roman"/>
          <w:sz w:val="24"/>
          <w:szCs w:val="24"/>
          <w:lang w:val="pt-BR" w:eastAsia="lt-LT"/>
        </w:rPr>
        <w:t>1) ______________________________________________________, _______ lapas (-ai).</w:t>
      </w:r>
      <w:r w:rsidR="0004663C">
        <w:rPr>
          <w:rFonts w:ascii="Times New Roman" w:hAnsi="Times New Roman" w:cs="Times New Roman"/>
          <w:sz w:val="24"/>
          <w:szCs w:val="24"/>
          <w:lang w:val="pt-BR" w:eastAsia="lt-LT"/>
        </w:rPr>
        <w:br/>
      </w:r>
      <w:r w:rsidR="0077600C">
        <w:rPr>
          <w:rFonts w:ascii="Times New Roman" w:hAnsi="Times New Roman" w:cs="Times New Roman"/>
          <w:sz w:val="20"/>
          <w:szCs w:val="20"/>
          <w:lang w:val="pt-BR" w:eastAsia="lt-LT"/>
        </w:rPr>
        <w:t xml:space="preserve">                        </w:t>
      </w:r>
      <w:r w:rsidRPr="0004663C">
        <w:rPr>
          <w:rFonts w:ascii="Times New Roman" w:hAnsi="Times New Roman" w:cs="Times New Roman"/>
          <w:sz w:val="20"/>
          <w:szCs w:val="20"/>
          <w:lang w:val="pt-BR" w:eastAsia="lt-LT"/>
        </w:rPr>
        <w:t>(turto sąrašas, jeigu turtas perduodamas pagal sąrašą)</w:t>
      </w:r>
    </w:p>
    <w:p w14:paraId="76B645FF" w14:textId="58D541F2" w:rsidR="00473442" w:rsidRPr="0004663C" w:rsidRDefault="00473442" w:rsidP="0004663C">
      <w:pPr>
        <w:rPr>
          <w:rFonts w:ascii="Times New Roman" w:hAnsi="Times New Roman" w:cs="Times New Roman"/>
          <w:sz w:val="20"/>
          <w:szCs w:val="20"/>
          <w:lang w:val="pt-BR" w:eastAsia="lt-LT"/>
        </w:rPr>
      </w:pPr>
      <w:bookmarkStart w:id="2" w:name="part_deb919b4d8004fe782b8f131603af93d"/>
      <w:bookmarkStart w:id="3" w:name="part_2607041e4b5c45d6a70d37b32f420e41"/>
      <w:bookmarkStart w:id="4" w:name="part_eda9d653c28f430ba4a5cdaf56b1e171"/>
      <w:bookmarkStart w:id="5" w:name="part_15c159367a3149489e4c059a97c31aae"/>
      <w:bookmarkEnd w:id="2"/>
      <w:bookmarkEnd w:id="3"/>
      <w:bookmarkEnd w:id="4"/>
      <w:bookmarkEnd w:id="5"/>
      <w:r w:rsidRPr="00473442">
        <w:rPr>
          <w:rFonts w:ascii="Times New Roman" w:hAnsi="Times New Roman" w:cs="Times New Roman"/>
          <w:sz w:val="24"/>
          <w:szCs w:val="24"/>
          <w:lang w:val="pt-BR" w:eastAsia="lt-LT"/>
        </w:rPr>
        <w:t>2) ______________________________________________________, _______ lapas (-ai).</w:t>
      </w:r>
      <w:r w:rsidR="0004663C">
        <w:rPr>
          <w:rFonts w:ascii="Times New Roman" w:hAnsi="Times New Roman" w:cs="Times New Roman"/>
          <w:sz w:val="24"/>
          <w:szCs w:val="24"/>
          <w:lang w:val="pt-BR" w:eastAsia="lt-LT"/>
        </w:rPr>
        <w:br/>
      </w:r>
      <w:r w:rsidR="0077600C">
        <w:rPr>
          <w:rFonts w:ascii="Times New Roman" w:hAnsi="Times New Roman" w:cs="Times New Roman"/>
          <w:sz w:val="20"/>
          <w:szCs w:val="20"/>
          <w:lang w:val="pt-BR" w:eastAsia="lt-LT"/>
        </w:rPr>
        <w:t xml:space="preserve">                                 </w:t>
      </w:r>
      <w:r w:rsidRPr="0004663C">
        <w:rPr>
          <w:rFonts w:ascii="Times New Roman" w:hAnsi="Times New Roman" w:cs="Times New Roman"/>
          <w:sz w:val="20"/>
          <w:szCs w:val="20"/>
          <w:lang w:val="pt-BR" w:eastAsia="lt-LT"/>
        </w:rPr>
        <w:t>(perdavimo–priėmimo aktas)</w:t>
      </w:r>
    </w:p>
    <w:p w14:paraId="55FBC13F" w14:textId="6EB5A4DF" w:rsidR="00473442" w:rsidRPr="0004663C" w:rsidRDefault="00473442" w:rsidP="0004663C">
      <w:pPr>
        <w:rPr>
          <w:rFonts w:ascii="Times New Roman" w:hAnsi="Times New Roman" w:cs="Times New Roman"/>
          <w:sz w:val="24"/>
          <w:szCs w:val="24"/>
          <w:lang w:val="pt-BR" w:eastAsia="lt-LT"/>
        </w:rPr>
      </w:pPr>
      <w:bookmarkStart w:id="6" w:name="part_388bcf11c0464ee09eacc2a311623560"/>
      <w:bookmarkEnd w:id="6"/>
      <w:r w:rsidRPr="00473442">
        <w:rPr>
          <w:rFonts w:ascii="Times New Roman" w:hAnsi="Times New Roman" w:cs="Times New Roman"/>
          <w:sz w:val="24"/>
          <w:szCs w:val="24"/>
          <w:lang w:val="pt-BR" w:eastAsia="lt-LT"/>
        </w:rPr>
        <w:t>3) ______________________________________________________, _______ lapas (-ai).</w:t>
      </w:r>
      <w:r w:rsidR="0004663C">
        <w:rPr>
          <w:rFonts w:ascii="Times New Roman" w:hAnsi="Times New Roman" w:cs="Times New Roman"/>
          <w:sz w:val="24"/>
          <w:szCs w:val="24"/>
          <w:lang w:val="pt-BR" w:eastAsia="lt-LT"/>
        </w:rPr>
        <w:br/>
      </w:r>
      <w:r w:rsidR="0077600C">
        <w:rPr>
          <w:rFonts w:ascii="Times New Roman" w:hAnsi="Times New Roman" w:cs="Times New Roman"/>
          <w:sz w:val="24"/>
          <w:szCs w:val="24"/>
          <w:lang w:val="pt-BR" w:eastAsia="lt-LT"/>
        </w:rPr>
        <w:t xml:space="preserve">                               </w:t>
      </w:r>
      <w:r w:rsidRPr="0004663C">
        <w:rPr>
          <w:rFonts w:ascii="Times New Roman" w:hAnsi="Times New Roman" w:cs="Times New Roman"/>
          <w:sz w:val="20"/>
          <w:szCs w:val="20"/>
          <w:lang w:val="pt-BR" w:eastAsia="lt-LT"/>
        </w:rPr>
        <w:t>(kiti dokumentai)</w:t>
      </w:r>
    </w:p>
    <w:p w14:paraId="36317E21" w14:textId="77777777" w:rsidR="00473442" w:rsidRPr="00473442" w:rsidRDefault="00473442" w:rsidP="00473442">
      <w:pPr>
        <w:tabs>
          <w:tab w:val="left" w:pos="567"/>
        </w:tabs>
        <w:spacing w:line="200" w:lineRule="atLeast"/>
        <w:jc w:val="both"/>
        <w:rPr>
          <w:rFonts w:ascii="Times New Roman" w:hAnsi="Times New Roman" w:cs="Times New Roman"/>
          <w:sz w:val="24"/>
          <w:szCs w:val="24"/>
          <w:lang w:val="pt-BR" w:eastAsia="ar-SA"/>
        </w:rPr>
      </w:pPr>
    </w:p>
    <w:p w14:paraId="23C09593" w14:textId="77777777" w:rsidR="00473442" w:rsidRPr="00473442" w:rsidRDefault="00473442" w:rsidP="00473442">
      <w:pPr>
        <w:rPr>
          <w:rFonts w:ascii="Times New Roman" w:hAnsi="Times New Roman" w:cs="Times New Roman"/>
          <w:sz w:val="24"/>
          <w:szCs w:val="24"/>
          <w:lang w:val="pt-BR" w:eastAsia="lt-LT"/>
        </w:rPr>
      </w:pPr>
    </w:p>
    <w:p w14:paraId="2E36FD39" w14:textId="77777777" w:rsidR="00473442" w:rsidRPr="00473442" w:rsidRDefault="00473442" w:rsidP="00473442">
      <w:pPr>
        <w:jc w:val="center"/>
        <w:rPr>
          <w:rFonts w:ascii="Times New Roman" w:hAnsi="Times New Roman" w:cs="Times New Roman"/>
          <w:sz w:val="24"/>
          <w:szCs w:val="24"/>
          <w:lang w:val="pt-BR" w:eastAsia="lt-LT"/>
        </w:rPr>
      </w:pPr>
      <w:r w:rsidRPr="00473442">
        <w:rPr>
          <w:rFonts w:ascii="Times New Roman" w:hAnsi="Times New Roman" w:cs="Times New Roman"/>
          <w:b/>
          <w:bCs/>
          <w:sz w:val="24"/>
          <w:szCs w:val="24"/>
          <w:lang w:val="pt-BR" w:eastAsia="lt-LT"/>
        </w:rPr>
        <w:t>IX SKYRIUS</w:t>
      </w:r>
    </w:p>
    <w:p w14:paraId="0E9D3EDD" w14:textId="77777777" w:rsidR="00473442" w:rsidRPr="00473442" w:rsidRDefault="00473442" w:rsidP="00473442">
      <w:pPr>
        <w:jc w:val="center"/>
        <w:rPr>
          <w:rFonts w:ascii="Times New Roman" w:hAnsi="Times New Roman" w:cs="Times New Roman"/>
          <w:b/>
          <w:bCs/>
          <w:sz w:val="24"/>
          <w:szCs w:val="24"/>
          <w:lang w:val="pt-BR" w:eastAsia="lt-LT"/>
        </w:rPr>
      </w:pPr>
      <w:r w:rsidRPr="00473442">
        <w:rPr>
          <w:rFonts w:ascii="Times New Roman" w:hAnsi="Times New Roman" w:cs="Times New Roman"/>
          <w:b/>
          <w:bCs/>
          <w:sz w:val="24"/>
          <w:szCs w:val="24"/>
          <w:lang w:val="pt-BR" w:eastAsia="lt-LT"/>
        </w:rPr>
        <w:t>SUTARTIES ŠALIŲ REKVIZITAI IR ADRESAI</w:t>
      </w:r>
    </w:p>
    <w:p w14:paraId="41815EE1" w14:textId="77777777" w:rsidR="00473442" w:rsidRPr="00473442" w:rsidRDefault="00473442" w:rsidP="00473442">
      <w:pPr>
        <w:jc w:val="center"/>
        <w:rPr>
          <w:rFonts w:ascii="Times New Roman" w:hAnsi="Times New Roman" w:cs="Times New Roman"/>
          <w:sz w:val="24"/>
          <w:szCs w:val="24"/>
          <w:lang w:val="pt-BR" w:eastAsia="lt-LT"/>
        </w:rPr>
      </w:pPr>
    </w:p>
    <w:p w14:paraId="1B21B93A" w14:textId="71336278" w:rsidR="00473442" w:rsidRPr="00473442" w:rsidRDefault="00473442" w:rsidP="00473442">
      <w:pPr>
        <w:rPr>
          <w:rFonts w:ascii="Times New Roman" w:hAnsi="Times New Roman" w:cs="Times New Roman"/>
          <w:sz w:val="24"/>
          <w:szCs w:val="24"/>
          <w:lang w:val="pt-BR" w:eastAsia="lt-LT"/>
        </w:rPr>
      </w:pPr>
      <w:r w:rsidRPr="00473442">
        <w:rPr>
          <w:rFonts w:ascii="Times New Roman" w:hAnsi="Times New Roman" w:cs="Times New Roman"/>
          <w:sz w:val="24"/>
          <w:szCs w:val="24"/>
          <w:lang w:val="pt-BR" w:eastAsia="lt-LT"/>
        </w:rPr>
        <w:t xml:space="preserve">Nuomotojas: </w:t>
      </w:r>
      <w:r w:rsidRPr="00473442">
        <w:rPr>
          <w:rFonts w:ascii="Times New Roman" w:hAnsi="Times New Roman" w:cs="Times New Roman"/>
          <w:sz w:val="24"/>
          <w:szCs w:val="24"/>
          <w:lang w:val="pt-BR" w:eastAsia="lt-LT"/>
        </w:rPr>
        <w:tab/>
      </w:r>
      <w:r w:rsidRPr="00473442">
        <w:rPr>
          <w:rFonts w:ascii="Times New Roman" w:hAnsi="Times New Roman" w:cs="Times New Roman"/>
          <w:sz w:val="24"/>
          <w:szCs w:val="24"/>
          <w:lang w:val="pt-BR" w:eastAsia="lt-LT"/>
        </w:rPr>
        <w:tab/>
      </w:r>
      <w:r w:rsidRPr="00473442">
        <w:rPr>
          <w:rFonts w:ascii="Times New Roman" w:hAnsi="Times New Roman" w:cs="Times New Roman"/>
          <w:sz w:val="24"/>
          <w:szCs w:val="24"/>
          <w:lang w:val="pt-BR" w:eastAsia="lt-LT"/>
        </w:rPr>
        <w:tab/>
      </w:r>
      <w:r w:rsidR="00824141">
        <w:rPr>
          <w:rFonts w:ascii="Times New Roman" w:hAnsi="Times New Roman" w:cs="Times New Roman"/>
          <w:sz w:val="24"/>
          <w:szCs w:val="24"/>
          <w:lang w:val="pt-BR" w:eastAsia="lt-LT"/>
        </w:rPr>
        <w:tab/>
      </w:r>
      <w:r w:rsidR="00824141">
        <w:rPr>
          <w:rFonts w:ascii="Times New Roman" w:hAnsi="Times New Roman" w:cs="Times New Roman"/>
          <w:sz w:val="24"/>
          <w:szCs w:val="24"/>
          <w:lang w:val="pt-BR" w:eastAsia="lt-LT"/>
        </w:rPr>
        <w:tab/>
      </w:r>
      <w:r w:rsidR="00824141">
        <w:rPr>
          <w:rFonts w:ascii="Times New Roman" w:hAnsi="Times New Roman" w:cs="Times New Roman"/>
          <w:sz w:val="24"/>
          <w:szCs w:val="24"/>
          <w:lang w:val="pt-BR" w:eastAsia="lt-LT"/>
        </w:rPr>
        <w:tab/>
      </w:r>
      <w:r w:rsidR="00824141">
        <w:rPr>
          <w:rFonts w:ascii="Times New Roman" w:hAnsi="Times New Roman" w:cs="Times New Roman"/>
          <w:sz w:val="24"/>
          <w:szCs w:val="24"/>
          <w:lang w:val="pt-BR" w:eastAsia="lt-LT"/>
        </w:rPr>
        <w:tab/>
      </w:r>
      <w:r w:rsidRPr="00473442">
        <w:rPr>
          <w:rFonts w:ascii="Times New Roman" w:hAnsi="Times New Roman" w:cs="Times New Roman"/>
          <w:sz w:val="24"/>
          <w:szCs w:val="24"/>
          <w:lang w:val="pt-BR" w:eastAsia="lt-LT"/>
        </w:rPr>
        <w:tab/>
        <w:t>Nuomininkas:</w:t>
      </w:r>
    </w:p>
    <w:p w14:paraId="77CBB797" w14:textId="77777777" w:rsidR="00473442" w:rsidRPr="00473442" w:rsidRDefault="00473442" w:rsidP="00473442">
      <w:pPr>
        <w:ind w:firstLine="4536"/>
        <w:rPr>
          <w:rFonts w:ascii="Times New Roman" w:hAnsi="Times New Roman" w:cs="Times New Roman"/>
          <w:sz w:val="24"/>
          <w:szCs w:val="24"/>
          <w:lang w:val="pt-BR" w:eastAsia="lt-LT"/>
        </w:rPr>
      </w:pPr>
    </w:p>
    <w:p w14:paraId="5D4F0DAC" w14:textId="77777777" w:rsidR="00473442" w:rsidRPr="00473442" w:rsidRDefault="00473442" w:rsidP="00473442">
      <w:pPr>
        <w:ind w:firstLine="4536"/>
        <w:rPr>
          <w:rFonts w:ascii="Times New Roman" w:hAnsi="Times New Roman" w:cs="Times New Roman"/>
          <w:sz w:val="24"/>
          <w:szCs w:val="24"/>
          <w:lang w:val="pt-BR" w:eastAsia="lt-LT"/>
        </w:rPr>
      </w:pPr>
    </w:p>
    <w:p w14:paraId="29DFFDE8" w14:textId="77777777" w:rsidR="00FC27C7" w:rsidRDefault="00FC27C7" w:rsidP="0027429C">
      <w:pPr>
        <w:pStyle w:val="Betarp"/>
        <w:rPr>
          <w:rFonts w:ascii="Times New Roman" w:hAnsi="Times New Roman" w:cs="Times New Roman"/>
          <w:sz w:val="24"/>
          <w:szCs w:val="24"/>
          <w:lang w:val="pt-BR"/>
        </w:rPr>
      </w:pPr>
    </w:p>
    <w:p w14:paraId="7799A064" w14:textId="77777777" w:rsidR="0077600C" w:rsidRDefault="0077600C" w:rsidP="0027429C">
      <w:pPr>
        <w:pStyle w:val="Betarp"/>
        <w:rPr>
          <w:rFonts w:ascii="Times New Roman" w:hAnsi="Times New Roman" w:cs="Times New Roman"/>
          <w:sz w:val="24"/>
          <w:szCs w:val="24"/>
          <w:lang w:val="pt-BR"/>
        </w:rPr>
      </w:pPr>
    </w:p>
    <w:p w14:paraId="4C8F74E1" w14:textId="77777777" w:rsidR="0077600C" w:rsidRDefault="0077600C" w:rsidP="0027429C">
      <w:pPr>
        <w:pStyle w:val="Betarp"/>
        <w:rPr>
          <w:rFonts w:ascii="Times New Roman" w:hAnsi="Times New Roman" w:cs="Times New Roman"/>
          <w:sz w:val="24"/>
          <w:szCs w:val="24"/>
          <w:lang w:val="pt-BR"/>
        </w:rPr>
      </w:pPr>
    </w:p>
    <w:p w14:paraId="7718D214" w14:textId="77777777" w:rsidR="0077600C" w:rsidRDefault="0077600C" w:rsidP="0027429C">
      <w:pPr>
        <w:pStyle w:val="Betarp"/>
        <w:rPr>
          <w:rFonts w:ascii="Times New Roman" w:hAnsi="Times New Roman" w:cs="Times New Roman"/>
          <w:sz w:val="24"/>
          <w:szCs w:val="24"/>
          <w:lang w:val="pt-BR"/>
        </w:rPr>
      </w:pPr>
    </w:p>
    <w:p w14:paraId="53AE2DFF" w14:textId="77777777" w:rsidR="0077600C" w:rsidRDefault="0077600C" w:rsidP="0027429C">
      <w:pPr>
        <w:pStyle w:val="Betarp"/>
        <w:rPr>
          <w:rFonts w:ascii="Times New Roman" w:hAnsi="Times New Roman" w:cs="Times New Roman"/>
          <w:sz w:val="24"/>
          <w:szCs w:val="24"/>
          <w:lang w:val="pt-BR"/>
        </w:rPr>
      </w:pPr>
    </w:p>
    <w:p w14:paraId="7192C1A2" w14:textId="77777777" w:rsidR="0077600C" w:rsidRDefault="0077600C" w:rsidP="0027429C">
      <w:pPr>
        <w:pStyle w:val="Betarp"/>
        <w:rPr>
          <w:rFonts w:ascii="Times New Roman" w:hAnsi="Times New Roman" w:cs="Times New Roman"/>
          <w:sz w:val="24"/>
          <w:szCs w:val="24"/>
          <w:lang w:val="pt-BR"/>
        </w:rPr>
      </w:pPr>
    </w:p>
    <w:p w14:paraId="0192B904" w14:textId="77777777" w:rsidR="0077600C" w:rsidRDefault="0077600C" w:rsidP="0027429C">
      <w:pPr>
        <w:pStyle w:val="Betarp"/>
        <w:rPr>
          <w:rFonts w:ascii="Times New Roman" w:hAnsi="Times New Roman" w:cs="Times New Roman"/>
          <w:sz w:val="24"/>
          <w:szCs w:val="24"/>
          <w:lang w:val="pt-BR"/>
        </w:rPr>
      </w:pPr>
    </w:p>
    <w:p w14:paraId="7CE786B6" w14:textId="77777777" w:rsidR="0077600C" w:rsidRDefault="0077600C" w:rsidP="0027429C">
      <w:pPr>
        <w:pStyle w:val="Betarp"/>
        <w:rPr>
          <w:rFonts w:ascii="Times New Roman" w:hAnsi="Times New Roman" w:cs="Times New Roman"/>
          <w:sz w:val="24"/>
          <w:szCs w:val="24"/>
          <w:lang w:val="pt-BR"/>
        </w:rPr>
      </w:pPr>
    </w:p>
    <w:p w14:paraId="6A5C5BFC" w14:textId="77777777" w:rsidR="0077600C" w:rsidRDefault="0077600C" w:rsidP="0027429C">
      <w:pPr>
        <w:pStyle w:val="Betarp"/>
        <w:rPr>
          <w:rFonts w:ascii="Times New Roman" w:hAnsi="Times New Roman" w:cs="Times New Roman"/>
          <w:sz w:val="24"/>
          <w:szCs w:val="24"/>
          <w:lang w:val="pt-BR"/>
        </w:rPr>
      </w:pPr>
    </w:p>
    <w:p w14:paraId="1B1C8E7D" w14:textId="77777777" w:rsidR="0077600C" w:rsidRDefault="0077600C" w:rsidP="0027429C">
      <w:pPr>
        <w:pStyle w:val="Betarp"/>
        <w:rPr>
          <w:rFonts w:ascii="Times New Roman" w:hAnsi="Times New Roman" w:cs="Times New Roman"/>
          <w:sz w:val="24"/>
          <w:szCs w:val="24"/>
          <w:lang w:val="pt-BR"/>
        </w:rPr>
      </w:pPr>
    </w:p>
    <w:p w14:paraId="6F4394BD" w14:textId="77777777" w:rsidR="0077600C" w:rsidRDefault="0077600C" w:rsidP="0027429C">
      <w:pPr>
        <w:pStyle w:val="Betarp"/>
        <w:rPr>
          <w:rFonts w:ascii="Times New Roman" w:hAnsi="Times New Roman" w:cs="Times New Roman"/>
          <w:sz w:val="24"/>
          <w:szCs w:val="24"/>
          <w:lang w:val="pt-BR"/>
        </w:rPr>
      </w:pPr>
    </w:p>
    <w:p w14:paraId="4684FB7B" w14:textId="77777777" w:rsidR="0077600C" w:rsidRDefault="0077600C" w:rsidP="0027429C">
      <w:pPr>
        <w:pStyle w:val="Betarp"/>
        <w:rPr>
          <w:rFonts w:ascii="Times New Roman" w:hAnsi="Times New Roman" w:cs="Times New Roman"/>
          <w:sz w:val="24"/>
          <w:szCs w:val="24"/>
          <w:lang w:val="pt-BR"/>
        </w:rPr>
      </w:pPr>
    </w:p>
    <w:p w14:paraId="6CDD2AB8" w14:textId="77777777" w:rsidR="0077600C" w:rsidRDefault="0077600C" w:rsidP="0027429C">
      <w:pPr>
        <w:pStyle w:val="Betarp"/>
        <w:rPr>
          <w:rFonts w:ascii="Times New Roman" w:hAnsi="Times New Roman" w:cs="Times New Roman"/>
          <w:sz w:val="24"/>
          <w:szCs w:val="24"/>
          <w:lang w:val="pt-BR"/>
        </w:rPr>
      </w:pPr>
    </w:p>
    <w:p w14:paraId="119FF4A6" w14:textId="77777777" w:rsidR="0077600C" w:rsidRDefault="0077600C" w:rsidP="0027429C">
      <w:pPr>
        <w:pStyle w:val="Betarp"/>
        <w:rPr>
          <w:rFonts w:ascii="Times New Roman" w:hAnsi="Times New Roman" w:cs="Times New Roman"/>
          <w:sz w:val="24"/>
          <w:szCs w:val="24"/>
          <w:lang w:val="pt-BR"/>
        </w:rPr>
      </w:pPr>
    </w:p>
    <w:p w14:paraId="2D63B7C3" w14:textId="77777777" w:rsidR="00824141" w:rsidRDefault="00824141" w:rsidP="0027429C">
      <w:pPr>
        <w:pStyle w:val="Betarp"/>
        <w:rPr>
          <w:rFonts w:ascii="Times New Roman" w:hAnsi="Times New Roman" w:cs="Times New Roman"/>
          <w:sz w:val="24"/>
          <w:szCs w:val="24"/>
          <w:lang w:val="pt-BR"/>
        </w:rPr>
      </w:pPr>
    </w:p>
    <w:p w14:paraId="01C6464B" w14:textId="77777777" w:rsidR="00824141" w:rsidRDefault="00824141" w:rsidP="0027429C">
      <w:pPr>
        <w:pStyle w:val="Betarp"/>
        <w:rPr>
          <w:rFonts w:ascii="Times New Roman" w:hAnsi="Times New Roman" w:cs="Times New Roman"/>
          <w:sz w:val="24"/>
          <w:szCs w:val="24"/>
          <w:lang w:val="pt-BR"/>
        </w:rPr>
      </w:pPr>
    </w:p>
    <w:p w14:paraId="09125AA7" w14:textId="77777777" w:rsidR="0077600C" w:rsidRDefault="0077600C" w:rsidP="0027429C">
      <w:pPr>
        <w:pStyle w:val="Betarp"/>
        <w:rPr>
          <w:rFonts w:ascii="Times New Roman" w:hAnsi="Times New Roman" w:cs="Times New Roman"/>
          <w:sz w:val="24"/>
          <w:szCs w:val="24"/>
          <w:lang w:val="pt-BR"/>
        </w:rPr>
      </w:pPr>
    </w:p>
    <w:p w14:paraId="6656F56B" w14:textId="77777777" w:rsidR="0077600C" w:rsidRDefault="0077600C" w:rsidP="0027429C">
      <w:pPr>
        <w:pStyle w:val="Betarp"/>
        <w:rPr>
          <w:rFonts w:ascii="Times New Roman" w:hAnsi="Times New Roman" w:cs="Times New Roman"/>
          <w:sz w:val="24"/>
          <w:szCs w:val="24"/>
          <w:lang w:val="pt-BR"/>
        </w:rPr>
      </w:pPr>
    </w:p>
    <w:p w14:paraId="184DB84A" w14:textId="77777777" w:rsidR="0077600C" w:rsidRDefault="0077600C" w:rsidP="0027429C">
      <w:pPr>
        <w:pStyle w:val="Betarp"/>
        <w:rPr>
          <w:rFonts w:ascii="Times New Roman" w:hAnsi="Times New Roman" w:cs="Times New Roman"/>
          <w:sz w:val="24"/>
          <w:szCs w:val="24"/>
          <w:lang w:val="pt-BR"/>
        </w:rPr>
      </w:pPr>
    </w:p>
    <w:p w14:paraId="3A4D6170" w14:textId="77777777" w:rsidR="0077600C" w:rsidRDefault="0077600C" w:rsidP="0027429C">
      <w:pPr>
        <w:pStyle w:val="Betarp"/>
        <w:rPr>
          <w:rFonts w:ascii="Times New Roman" w:hAnsi="Times New Roman" w:cs="Times New Roman"/>
          <w:sz w:val="24"/>
          <w:szCs w:val="24"/>
          <w:lang w:val="pt-BR"/>
        </w:rPr>
      </w:pPr>
    </w:p>
    <w:p w14:paraId="614251BB" w14:textId="50012B4D" w:rsidR="0077600C" w:rsidRDefault="0077600C" w:rsidP="0077600C">
      <w:pPr>
        <w:spacing w:line="240" w:lineRule="auto"/>
        <w:ind w:left="5760"/>
        <w:rPr>
          <w:rFonts w:ascii="Times New Roman" w:hAnsi="Times New Roman" w:cs="Times New Roman"/>
          <w:bCs/>
          <w:sz w:val="20"/>
          <w:szCs w:val="20"/>
          <w:lang w:val="pt-BR"/>
        </w:rPr>
      </w:pPr>
      <w:r w:rsidRPr="008577F4">
        <w:rPr>
          <w:rFonts w:ascii="Times New Roman" w:hAnsi="Times New Roman" w:cs="Times New Roman"/>
          <w:bCs/>
          <w:sz w:val="20"/>
          <w:szCs w:val="20"/>
          <w:lang w:val="pt-BR"/>
        </w:rPr>
        <w:t xml:space="preserve">Kėdainių kultūros centro turto </w:t>
      </w:r>
      <w:r w:rsidRPr="008577F4">
        <w:rPr>
          <w:rFonts w:ascii="Times New Roman" w:hAnsi="Times New Roman" w:cs="Times New Roman"/>
          <w:bCs/>
          <w:sz w:val="20"/>
          <w:szCs w:val="20"/>
          <w:lang w:val="pt-BR"/>
        </w:rPr>
        <w:br/>
        <w:t xml:space="preserve">nuomos viešojo konkurso sąlygų </w:t>
      </w:r>
      <w:r>
        <w:rPr>
          <w:rFonts w:ascii="Times New Roman" w:hAnsi="Times New Roman" w:cs="Times New Roman"/>
          <w:bCs/>
          <w:sz w:val="20"/>
          <w:szCs w:val="20"/>
          <w:lang w:val="pt-BR"/>
        </w:rPr>
        <w:t>6</w:t>
      </w:r>
      <w:r w:rsidRPr="008577F4">
        <w:rPr>
          <w:rFonts w:ascii="Times New Roman" w:hAnsi="Times New Roman" w:cs="Times New Roman"/>
          <w:bCs/>
          <w:sz w:val="20"/>
          <w:szCs w:val="20"/>
          <w:lang w:val="pt-BR"/>
        </w:rPr>
        <w:t xml:space="preserve"> priedas</w:t>
      </w:r>
    </w:p>
    <w:p w14:paraId="5F435139" w14:textId="31FBE9B0" w:rsidR="0077600C" w:rsidRPr="0077600C" w:rsidRDefault="0077600C" w:rsidP="00F20C7B">
      <w:pPr>
        <w:jc w:val="center"/>
        <w:rPr>
          <w:rFonts w:ascii="Times New Roman" w:hAnsi="Times New Roman" w:cs="Times New Roman"/>
          <w:sz w:val="24"/>
          <w:szCs w:val="24"/>
          <w:lang w:val="pt-BR" w:eastAsia="lt-LT"/>
        </w:rPr>
      </w:pPr>
      <w:r w:rsidRPr="0077600C">
        <w:rPr>
          <w:rFonts w:ascii="Times New Roman" w:hAnsi="Times New Roman" w:cs="Times New Roman"/>
          <w:b/>
          <w:bCs/>
          <w:sz w:val="24"/>
          <w:szCs w:val="24"/>
          <w:lang w:val="pt-BR" w:eastAsia="lt-LT"/>
        </w:rPr>
        <w:t>KĖDAINIŲ RAJONO SAVIVALDYBĖS ILGALAIKIO MATERIALIOJO TURTO PERDAVIMO</w:t>
      </w:r>
      <w:r w:rsidRPr="0077600C">
        <w:rPr>
          <w:rFonts w:ascii="Times New Roman" w:hAnsi="Times New Roman" w:cs="Times New Roman"/>
          <w:sz w:val="24"/>
          <w:szCs w:val="24"/>
          <w:lang w:val="pt-BR" w:eastAsia="lt-LT"/>
        </w:rPr>
        <w:t>–</w:t>
      </w:r>
      <w:r w:rsidRPr="0077600C">
        <w:rPr>
          <w:rFonts w:ascii="Times New Roman" w:hAnsi="Times New Roman" w:cs="Times New Roman"/>
          <w:b/>
          <w:bCs/>
          <w:sz w:val="24"/>
          <w:szCs w:val="24"/>
          <w:lang w:val="pt-BR" w:eastAsia="lt-LT"/>
        </w:rPr>
        <w:t>PRIĖMIMO AKTAS</w:t>
      </w:r>
    </w:p>
    <w:p w14:paraId="0BF0DED6" w14:textId="31D81831" w:rsidR="0077600C" w:rsidRPr="0077600C" w:rsidRDefault="0077600C" w:rsidP="0077600C">
      <w:pPr>
        <w:jc w:val="center"/>
        <w:rPr>
          <w:rFonts w:ascii="Times New Roman" w:hAnsi="Times New Roman" w:cs="Times New Roman"/>
          <w:sz w:val="20"/>
          <w:szCs w:val="20"/>
          <w:lang w:val="pt-BR" w:eastAsia="lt-LT"/>
        </w:rPr>
      </w:pPr>
      <w:r>
        <w:rPr>
          <w:rFonts w:ascii="Times New Roman" w:hAnsi="Times New Roman" w:cs="Times New Roman"/>
          <w:sz w:val="24"/>
          <w:szCs w:val="24"/>
          <w:lang w:val="pt-BR" w:eastAsia="lt-LT"/>
        </w:rPr>
        <w:t xml:space="preserve">         </w:t>
      </w:r>
      <w:r w:rsidRPr="0077600C">
        <w:rPr>
          <w:rFonts w:ascii="Times New Roman" w:hAnsi="Times New Roman" w:cs="Times New Roman"/>
          <w:sz w:val="24"/>
          <w:szCs w:val="24"/>
          <w:lang w:val="pt-BR" w:eastAsia="lt-LT"/>
        </w:rPr>
        <w:t>__________d. Nr. </w:t>
      </w:r>
      <w:r>
        <w:rPr>
          <w:rFonts w:ascii="Times New Roman" w:hAnsi="Times New Roman" w:cs="Times New Roman"/>
          <w:sz w:val="24"/>
          <w:szCs w:val="24"/>
          <w:lang w:val="pt-BR" w:eastAsia="lt-LT"/>
        </w:rPr>
        <w:br/>
      </w:r>
      <w:r w:rsidRPr="0077600C">
        <w:rPr>
          <w:rFonts w:ascii="Times New Roman" w:hAnsi="Times New Roman" w:cs="Times New Roman"/>
          <w:sz w:val="20"/>
          <w:szCs w:val="20"/>
          <w:lang w:val="pt-BR" w:eastAsia="lt-LT"/>
        </w:rPr>
        <w:t>(data)</w:t>
      </w:r>
    </w:p>
    <w:p w14:paraId="77DCDB05" w14:textId="00A35E1D" w:rsidR="0077600C" w:rsidRPr="0077600C" w:rsidRDefault="0077600C" w:rsidP="0077600C">
      <w:pPr>
        <w:jc w:val="center"/>
        <w:rPr>
          <w:rFonts w:ascii="Times New Roman" w:hAnsi="Times New Roman" w:cs="Times New Roman"/>
          <w:sz w:val="24"/>
          <w:szCs w:val="24"/>
          <w:lang w:val="pt-BR" w:eastAsia="lt-LT"/>
        </w:rPr>
      </w:pPr>
      <w:r w:rsidRPr="0077600C">
        <w:rPr>
          <w:rFonts w:ascii="Times New Roman" w:hAnsi="Times New Roman" w:cs="Times New Roman"/>
          <w:sz w:val="24"/>
          <w:szCs w:val="24"/>
          <w:lang w:val="pt-BR" w:eastAsia="lt-LT"/>
        </w:rPr>
        <w:t>_____________________</w:t>
      </w:r>
      <w:r>
        <w:rPr>
          <w:rFonts w:ascii="Times New Roman" w:hAnsi="Times New Roman" w:cs="Times New Roman"/>
          <w:sz w:val="24"/>
          <w:szCs w:val="24"/>
          <w:lang w:val="pt-BR" w:eastAsia="lt-LT"/>
        </w:rPr>
        <w:br/>
      </w:r>
      <w:r w:rsidRPr="0077600C">
        <w:rPr>
          <w:rFonts w:ascii="Times New Roman" w:hAnsi="Times New Roman" w:cs="Times New Roman"/>
          <w:sz w:val="20"/>
          <w:szCs w:val="20"/>
          <w:lang w:val="pt-BR" w:eastAsia="lt-LT"/>
        </w:rPr>
        <w:t>(sudarymo vieta)</w:t>
      </w:r>
      <w:r w:rsidRPr="0077600C">
        <w:rPr>
          <w:rFonts w:ascii="Times New Roman" w:hAnsi="Times New Roman" w:cs="Times New Roman"/>
          <w:sz w:val="24"/>
          <w:szCs w:val="24"/>
          <w:lang w:val="pt-BR" w:eastAsia="lt-LT"/>
        </w:rPr>
        <w:t xml:space="preserve"> </w:t>
      </w:r>
    </w:p>
    <w:p w14:paraId="052B0C9B" w14:textId="77777777" w:rsidR="0077600C" w:rsidRPr="0077600C" w:rsidRDefault="0077600C" w:rsidP="0077600C">
      <w:pPr>
        <w:ind w:firstLine="567"/>
        <w:jc w:val="both"/>
        <w:rPr>
          <w:rFonts w:ascii="Times New Roman" w:hAnsi="Times New Roman" w:cs="Times New Roman"/>
          <w:sz w:val="24"/>
          <w:szCs w:val="24"/>
          <w:lang w:val="pt-BR" w:eastAsia="lt-LT"/>
        </w:rPr>
      </w:pPr>
      <w:r w:rsidRPr="0077600C">
        <w:rPr>
          <w:rFonts w:ascii="Times New Roman" w:hAnsi="Times New Roman" w:cs="Times New Roman"/>
          <w:sz w:val="24"/>
          <w:szCs w:val="24"/>
          <w:lang w:val="pt-BR" w:eastAsia="lt-LT"/>
        </w:rPr>
        <w:t xml:space="preserve">Vadovaujantis _____ m. ____________ ___ d. sudaryta savivaldybės ilgalaikio materialiojo turto nuomos Sutartimi Nr._____________, </w:t>
      </w:r>
    </w:p>
    <w:p w14:paraId="147393B3" w14:textId="346E7EBA" w:rsidR="0077600C" w:rsidRPr="0077600C" w:rsidRDefault="0077600C" w:rsidP="0077600C">
      <w:pPr>
        <w:ind w:firstLine="567"/>
        <w:jc w:val="both"/>
        <w:rPr>
          <w:rFonts w:ascii="Times New Roman" w:hAnsi="Times New Roman" w:cs="Times New Roman"/>
          <w:sz w:val="20"/>
          <w:szCs w:val="20"/>
          <w:lang w:val="pt-BR" w:eastAsia="lt-LT"/>
        </w:rPr>
      </w:pPr>
      <w:r w:rsidRPr="0077600C">
        <w:rPr>
          <w:rFonts w:ascii="Times New Roman" w:hAnsi="Times New Roman" w:cs="Times New Roman"/>
          <w:sz w:val="24"/>
          <w:szCs w:val="24"/>
          <w:lang w:val="pt-BR" w:eastAsia="lt-LT"/>
        </w:rPr>
        <w:t>nuomotojas _____________________________________________________________________________,</w:t>
      </w:r>
      <w:r>
        <w:rPr>
          <w:rFonts w:ascii="Times New Roman" w:hAnsi="Times New Roman" w:cs="Times New Roman"/>
          <w:sz w:val="24"/>
          <w:szCs w:val="24"/>
          <w:lang w:val="pt-BR" w:eastAsia="lt-LT"/>
        </w:rPr>
        <w:br/>
      </w:r>
      <w:r>
        <w:rPr>
          <w:rFonts w:ascii="Times New Roman" w:hAnsi="Times New Roman" w:cs="Times New Roman"/>
          <w:sz w:val="20"/>
          <w:szCs w:val="20"/>
          <w:lang w:val="pt-BR" w:eastAsia="lt-LT"/>
        </w:rPr>
        <w:t xml:space="preserve">                      </w:t>
      </w:r>
      <w:r w:rsidRPr="0077600C">
        <w:rPr>
          <w:rFonts w:ascii="Times New Roman" w:hAnsi="Times New Roman" w:cs="Times New Roman"/>
          <w:sz w:val="20"/>
          <w:szCs w:val="20"/>
          <w:lang w:val="pt-BR" w:eastAsia="lt-LT"/>
        </w:rPr>
        <w:t>(Savivaldybės turto valdytojo teisinė forma, pavadinimas, kodas ir registracijos adresas)</w:t>
      </w:r>
    </w:p>
    <w:p w14:paraId="6521057B" w14:textId="21B04035" w:rsidR="0077600C" w:rsidRPr="0077600C" w:rsidRDefault="0077600C" w:rsidP="0077600C">
      <w:pPr>
        <w:rPr>
          <w:rFonts w:ascii="Times New Roman" w:hAnsi="Times New Roman" w:cs="Times New Roman"/>
          <w:sz w:val="20"/>
          <w:szCs w:val="20"/>
          <w:lang w:val="pt-BR" w:eastAsia="lt-LT"/>
        </w:rPr>
      </w:pPr>
      <w:r w:rsidRPr="0077600C">
        <w:rPr>
          <w:rFonts w:ascii="Times New Roman" w:hAnsi="Times New Roman" w:cs="Times New Roman"/>
          <w:sz w:val="24"/>
          <w:szCs w:val="24"/>
          <w:lang w:val="pt-BR" w:eastAsia="lt-LT"/>
        </w:rPr>
        <w:t>atstovaujamas _________________________________________________________________,</w:t>
      </w:r>
      <w:r>
        <w:rPr>
          <w:rFonts w:ascii="Times New Roman" w:hAnsi="Times New Roman" w:cs="Times New Roman"/>
          <w:sz w:val="24"/>
          <w:szCs w:val="24"/>
          <w:lang w:val="pt-BR" w:eastAsia="lt-LT"/>
        </w:rPr>
        <w:br/>
      </w:r>
      <w:r w:rsidRPr="0077600C">
        <w:rPr>
          <w:rFonts w:ascii="Times New Roman" w:hAnsi="Times New Roman" w:cs="Times New Roman"/>
          <w:sz w:val="20"/>
          <w:szCs w:val="20"/>
          <w:lang w:val="pt-BR" w:eastAsia="lt-LT"/>
        </w:rPr>
        <w:t xml:space="preserve">                                                         (atstovo vardas, pavardė, pareigos)</w:t>
      </w:r>
    </w:p>
    <w:p w14:paraId="22243DCB" w14:textId="695613B4" w:rsidR="0077600C" w:rsidRPr="0077600C" w:rsidRDefault="0077600C" w:rsidP="0077600C">
      <w:pPr>
        <w:rPr>
          <w:rFonts w:ascii="Times New Roman" w:hAnsi="Times New Roman" w:cs="Times New Roman"/>
          <w:sz w:val="20"/>
          <w:szCs w:val="20"/>
          <w:lang w:val="pt-BR" w:eastAsia="lt-LT"/>
        </w:rPr>
      </w:pPr>
      <w:r w:rsidRPr="0077600C">
        <w:rPr>
          <w:rFonts w:ascii="Times New Roman" w:hAnsi="Times New Roman" w:cs="Times New Roman"/>
          <w:sz w:val="24"/>
          <w:szCs w:val="24"/>
          <w:lang w:val="pt-BR" w:eastAsia="lt-LT"/>
        </w:rPr>
        <w:t>veikiančio pagal _______________________________________________________________,</w:t>
      </w:r>
      <w:r>
        <w:rPr>
          <w:rFonts w:ascii="Times New Roman" w:hAnsi="Times New Roman" w:cs="Times New Roman"/>
          <w:sz w:val="24"/>
          <w:szCs w:val="24"/>
          <w:lang w:val="pt-BR" w:eastAsia="lt-LT"/>
        </w:rPr>
        <w:br/>
      </w:r>
      <w:r>
        <w:rPr>
          <w:rFonts w:ascii="Times New Roman" w:hAnsi="Times New Roman" w:cs="Times New Roman"/>
          <w:sz w:val="20"/>
          <w:szCs w:val="20"/>
          <w:lang w:val="pt-BR" w:eastAsia="lt-LT"/>
        </w:rPr>
        <w:t xml:space="preserve">                                                        </w:t>
      </w:r>
      <w:r w:rsidRPr="0077600C">
        <w:rPr>
          <w:rFonts w:ascii="Times New Roman" w:hAnsi="Times New Roman" w:cs="Times New Roman"/>
          <w:sz w:val="20"/>
          <w:szCs w:val="20"/>
          <w:lang w:val="pt-BR" w:eastAsia="lt-LT"/>
        </w:rPr>
        <w:t>(atstovavimo pagrindas, dokumento data, numeris)</w:t>
      </w:r>
    </w:p>
    <w:p w14:paraId="77C18BBB" w14:textId="263EE192" w:rsidR="0077600C" w:rsidRPr="0077600C" w:rsidRDefault="0077600C" w:rsidP="0077600C">
      <w:pPr>
        <w:rPr>
          <w:rFonts w:ascii="Times New Roman" w:hAnsi="Times New Roman" w:cs="Times New Roman"/>
          <w:sz w:val="24"/>
          <w:szCs w:val="24"/>
          <w:lang w:val="pt-BR" w:eastAsia="lt-LT"/>
        </w:rPr>
      </w:pPr>
      <w:r w:rsidRPr="0077600C">
        <w:rPr>
          <w:rFonts w:ascii="Times New Roman" w:hAnsi="Times New Roman" w:cs="Times New Roman"/>
          <w:sz w:val="24"/>
          <w:szCs w:val="24"/>
          <w:lang w:val="pt-BR" w:eastAsia="lt-LT"/>
        </w:rPr>
        <w:t>perduoda, nuomininkas</w:t>
      </w:r>
    </w:p>
    <w:p w14:paraId="2F16659A" w14:textId="456588D8" w:rsidR="0077600C" w:rsidRPr="00F20C7B" w:rsidRDefault="0077600C" w:rsidP="00F20C7B">
      <w:pPr>
        <w:rPr>
          <w:rFonts w:ascii="Times New Roman" w:hAnsi="Times New Roman" w:cs="Times New Roman"/>
          <w:sz w:val="24"/>
          <w:szCs w:val="24"/>
          <w:lang w:val="pt-BR" w:eastAsia="lt-LT"/>
        </w:rPr>
      </w:pPr>
      <w:r w:rsidRPr="0077600C">
        <w:rPr>
          <w:rFonts w:ascii="Times New Roman" w:hAnsi="Times New Roman" w:cs="Times New Roman"/>
          <w:sz w:val="24"/>
          <w:szCs w:val="24"/>
          <w:lang w:val="pt-BR" w:eastAsia="lt-LT"/>
        </w:rPr>
        <w:t>_____________________________________________________________________________,</w:t>
      </w:r>
      <w:r w:rsidR="00F20C7B">
        <w:rPr>
          <w:rFonts w:ascii="Times New Roman" w:hAnsi="Times New Roman" w:cs="Times New Roman"/>
          <w:sz w:val="24"/>
          <w:szCs w:val="24"/>
          <w:lang w:val="pt-BR" w:eastAsia="lt-LT"/>
        </w:rPr>
        <w:br/>
      </w:r>
      <w:r w:rsidRPr="00F20C7B">
        <w:rPr>
          <w:rFonts w:ascii="Times New Roman" w:hAnsi="Times New Roman" w:cs="Times New Roman"/>
          <w:sz w:val="20"/>
          <w:szCs w:val="20"/>
          <w:lang w:val="pt-BR" w:eastAsia="lt-LT"/>
        </w:rPr>
        <w:t>(teisinė forma, pavadinimas, kodas ir registracijos adresas, jeigu nuomininkas yra juridinis asmuo, arba vardas, pavardė, gyvenamosios vietos adresas, jeigu nuomininkas yra fizinis asmuo)</w:t>
      </w:r>
    </w:p>
    <w:p w14:paraId="264A90B0" w14:textId="3E5F8033" w:rsidR="0077600C" w:rsidRPr="00F20C7B" w:rsidRDefault="0077600C" w:rsidP="00F20C7B">
      <w:pPr>
        <w:rPr>
          <w:rFonts w:ascii="Times New Roman" w:hAnsi="Times New Roman" w:cs="Times New Roman"/>
          <w:sz w:val="24"/>
          <w:szCs w:val="24"/>
          <w:lang w:val="pt-BR" w:eastAsia="lt-LT"/>
        </w:rPr>
      </w:pPr>
      <w:r w:rsidRPr="0077600C">
        <w:rPr>
          <w:rFonts w:ascii="Times New Roman" w:hAnsi="Times New Roman" w:cs="Times New Roman"/>
          <w:sz w:val="24"/>
          <w:szCs w:val="24"/>
          <w:lang w:val="pt-BR" w:eastAsia="lt-LT"/>
        </w:rPr>
        <w:t>atstovaujamas _________________________________________________________________,</w:t>
      </w:r>
      <w:r w:rsidR="00F20C7B">
        <w:rPr>
          <w:rFonts w:ascii="Times New Roman" w:hAnsi="Times New Roman" w:cs="Times New Roman"/>
          <w:sz w:val="24"/>
          <w:szCs w:val="24"/>
          <w:lang w:val="pt-BR" w:eastAsia="lt-LT"/>
        </w:rPr>
        <w:br/>
        <w:t xml:space="preserve">                                                        </w:t>
      </w:r>
      <w:r w:rsidRPr="00F20C7B">
        <w:rPr>
          <w:rFonts w:ascii="Times New Roman" w:hAnsi="Times New Roman" w:cs="Times New Roman"/>
          <w:sz w:val="20"/>
          <w:szCs w:val="20"/>
          <w:lang w:val="pt-BR" w:eastAsia="lt-LT"/>
        </w:rPr>
        <w:t>(atstovo vardas, pavardė, pareigos)</w:t>
      </w:r>
    </w:p>
    <w:p w14:paraId="555164C5" w14:textId="7812DF6B" w:rsidR="0077600C" w:rsidRPr="00F20C7B" w:rsidRDefault="0077600C" w:rsidP="00F20C7B">
      <w:pPr>
        <w:jc w:val="both"/>
        <w:rPr>
          <w:rFonts w:ascii="Times New Roman" w:hAnsi="Times New Roman" w:cs="Times New Roman"/>
          <w:sz w:val="24"/>
          <w:szCs w:val="24"/>
          <w:lang w:val="pt-BR" w:eastAsia="lt-LT"/>
        </w:rPr>
      </w:pPr>
      <w:r w:rsidRPr="0077600C">
        <w:rPr>
          <w:rFonts w:ascii="Times New Roman" w:hAnsi="Times New Roman" w:cs="Times New Roman"/>
          <w:sz w:val="24"/>
          <w:szCs w:val="24"/>
          <w:lang w:val="pt-BR" w:eastAsia="lt-LT"/>
        </w:rPr>
        <w:t>veikiančio pagal ________________________________________________________________,</w:t>
      </w:r>
      <w:r w:rsidR="00F20C7B">
        <w:rPr>
          <w:rFonts w:ascii="Times New Roman" w:hAnsi="Times New Roman" w:cs="Times New Roman"/>
          <w:sz w:val="24"/>
          <w:szCs w:val="24"/>
          <w:lang w:val="pt-BR" w:eastAsia="lt-LT"/>
        </w:rPr>
        <w:br/>
        <w:t xml:space="preserve">                                                    </w:t>
      </w:r>
      <w:r w:rsidRPr="00F20C7B">
        <w:rPr>
          <w:rFonts w:ascii="Times New Roman" w:hAnsi="Times New Roman" w:cs="Times New Roman"/>
          <w:sz w:val="20"/>
          <w:szCs w:val="20"/>
          <w:lang w:val="pt-BR" w:eastAsia="lt-LT"/>
        </w:rPr>
        <w:t>(atstovavimo pagrindas, dokumento data, numeris)</w:t>
      </w:r>
    </w:p>
    <w:p w14:paraId="2E93B6A1" w14:textId="77777777" w:rsidR="0077600C" w:rsidRPr="0077600C" w:rsidRDefault="0077600C" w:rsidP="0077600C">
      <w:pPr>
        <w:jc w:val="both"/>
        <w:rPr>
          <w:rFonts w:ascii="Times New Roman" w:hAnsi="Times New Roman" w:cs="Times New Roman"/>
          <w:sz w:val="24"/>
          <w:szCs w:val="24"/>
          <w:lang w:val="pt-BR" w:eastAsia="lt-LT"/>
        </w:rPr>
      </w:pPr>
      <w:r w:rsidRPr="0077600C">
        <w:rPr>
          <w:rFonts w:ascii="Times New Roman" w:hAnsi="Times New Roman" w:cs="Times New Roman"/>
          <w:sz w:val="24"/>
          <w:szCs w:val="24"/>
          <w:lang w:val="pt-BR" w:eastAsia="lt-LT"/>
        </w:rPr>
        <w:t xml:space="preserve">priima </w:t>
      </w:r>
    </w:p>
    <w:p w14:paraId="73D208E4" w14:textId="77777777" w:rsidR="0077600C" w:rsidRPr="0077600C" w:rsidRDefault="0077600C" w:rsidP="0077600C">
      <w:pPr>
        <w:jc w:val="both"/>
        <w:rPr>
          <w:rFonts w:ascii="Times New Roman" w:hAnsi="Times New Roman" w:cs="Times New Roman"/>
          <w:sz w:val="24"/>
          <w:szCs w:val="24"/>
          <w:lang w:val="pt-BR" w:eastAsia="lt-LT"/>
        </w:rPr>
      </w:pPr>
      <w:r w:rsidRPr="0077600C">
        <w:rPr>
          <w:rFonts w:ascii="Times New Roman" w:hAnsi="Times New Roman" w:cs="Times New Roman"/>
          <w:sz w:val="24"/>
          <w:szCs w:val="24"/>
          <w:lang w:val="pt-BR" w:eastAsia="lt-LT"/>
        </w:rPr>
        <w:t>Savivaldybės ilgalaikį materialųjį turtą</w:t>
      </w:r>
    </w:p>
    <w:p w14:paraId="6DAF525B" w14:textId="2EF9FC7B" w:rsidR="0077600C" w:rsidRPr="00F20C7B" w:rsidRDefault="0077600C" w:rsidP="00F20C7B">
      <w:pPr>
        <w:jc w:val="both"/>
        <w:rPr>
          <w:rFonts w:ascii="Times New Roman" w:hAnsi="Times New Roman" w:cs="Times New Roman"/>
          <w:sz w:val="24"/>
          <w:szCs w:val="24"/>
          <w:lang w:val="pt-BR" w:eastAsia="ar-SA"/>
        </w:rPr>
      </w:pPr>
      <w:r w:rsidRPr="0077600C">
        <w:rPr>
          <w:rFonts w:ascii="Times New Roman" w:hAnsi="Times New Roman" w:cs="Times New Roman"/>
          <w:sz w:val="24"/>
          <w:szCs w:val="24"/>
          <w:lang w:val="pt-BR" w:eastAsia="lt-LT"/>
        </w:rPr>
        <w:t>_____________________________________________________________________________</w:t>
      </w:r>
      <w:r w:rsidR="00F20C7B">
        <w:rPr>
          <w:rFonts w:ascii="Times New Roman" w:hAnsi="Times New Roman" w:cs="Times New Roman"/>
          <w:sz w:val="24"/>
          <w:szCs w:val="24"/>
          <w:lang w:val="pt-BR" w:eastAsia="lt-LT"/>
        </w:rPr>
        <w:br/>
      </w:r>
      <w:r w:rsidRPr="00F20C7B">
        <w:rPr>
          <w:rFonts w:ascii="Times New Roman" w:hAnsi="Times New Roman" w:cs="Times New Roman"/>
          <w:sz w:val="24"/>
          <w:szCs w:val="24"/>
          <w:lang w:val="pt-BR" w:eastAsia="lt-LT"/>
        </w:rPr>
        <w:t>_____________________________________________________________________________</w:t>
      </w:r>
      <w:r w:rsidR="00F20C7B">
        <w:rPr>
          <w:rFonts w:ascii="Times New Roman" w:hAnsi="Times New Roman" w:cs="Times New Roman"/>
          <w:sz w:val="24"/>
          <w:szCs w:val="24"/>
          <w:lang w:val="pt-BR" w:eastAsia="lt-LT"/>
        </w:rPr>
        <w:br/>
        <w:t xml:space="preserve">         </w:t>
      </w:r>
      <w:r w:rsidR="00F20C7B" w:rsidRPr="00F20C7B">
        <w:rPr>
          <w:rFonts w:ascii="Times New Roman" w:hAnsi="Times New Roman" w:cs="Times New Roman"/>
          <w:sz w:val="20"/>
          <w:szCs w:val="20"/>
          <w:lang w:val="pt-BR" w:eastAsia="lt-LT"/>
        </w:rPr>
        <w:t>(perduodamo turto pavadinimas, adresas, unikalus numeris, statinio / patalpos plotas, turto būklė ir pan.)</w:t>
      </w:r>
    </w:p>
    <w:p w14:paraId="79F76949" w14:textId="77777777" w:rsidR="0077600C" w:rsidRPr="00F20C7B" w:rsidRDefault="0077600C" w:rsidP="0077600C">
      <w:pPr>
        <w:rPr>
          <w:rFonts w:ascii="Times New Roman" w:hAnsi="Times New Roman" w:cs="Times New Roman"/>
          <w:sz w:val="24"/>
          <w:szCs w:val="24"/>
          <w:lang w:val="pt-BR"/>
        </w:rPr>
      </w:pPr>
    </w:p>
    <w:p w14:paraId="238F1C05" w14:textId="2A82D558" w:rsidR="0077600C" w:rsidRPr="0077600C" w:rsidRDefault="0077600C" w:rsidP="0077600C">
      <w:pPr>
        <w:spacing w:line="200" w:lineRule="atLeast"/>
        <w:jc w:val="both"/>
        <w:rPr>
          <w:rFonts w:ascii="Times New Roman" w:hAnsi="Times New Roman" w:cs="Times New Roman"/>
          <w:sz w:val="24"/>
          <w:szCs w:val="24"/>
          <w:lang w:eastAsia="ar-SA"/>
        </w:rPr>
      </w:pPr>
      <w:proofErr w:type="spellStart"/>
      <w:r w:rsidRPr="0077600C">
        <w:rPr>
          <w:rFonts w:ascii="Times New Roman" w:hAnsi="Times New Roman" w:cs="Times New Roman"/>
          <w:sz w:val="24"/>
          <w:szCs w:val="24"/>
          <w:lang w:eastAsia="ar-SA"/>
        </w:rPr>
        <w:t>Perdavė</w:t>
      </w:r>
      <w:proofErr w:type="spellEnd"/>
      <w:r w:rsidRPr="0077600C">
        <w:rPr>
          <w:rFonts w:ascii="Times New Roman" w:hAnsi="Times New Roman" w:cs="Times New Roman"/>
          <w:sz w:val="24"/>
          <w:szCs w:val="24"/>
          <w:lang w:eastAsia="ar-SA"/>
        </w:rPr>
        <w:tab/>
      </w:r>
      <w:r w:rsidRPr="0077600C">
        <w:rPr>
          <w:rFonts w:ascii="Times New Roman" w:hAnsi="Times New Roman" w:cs="Times New Roman"/>
          <w:sz w:val="24"/>
          <w:szCs w:val="24"/>
          <w:lang w:eastAsia="ar-SA"/>
        </w:rPr>
        <w:tab/>
      </w:r>
      <w:r w:rsidRPr="0077600C">
        <w:rPr>
          <w:rFonts w:ascii="Times New Roman" w:hAnsi="Times New Roman" w:cs="Times New Roman"/>
          <w:sz w:val="24"/>
          <w:szCs w:val="24"/>
          <w:lang w:eastAsia="ar-SA"/>
        </w:rPr>
        <w:tab/>
      </w:r>
      <w:r w:rsidRPr="0077600C">
        <w:rPr>
          <w:rFonts w:ascii="Times New Roman" w:hAnsi="Times New Roman" w:cs="Times New Roman"/>
          <w:sz w:val="24"/>
          <w:szCs w:val="24"/>
          <w:lang w:eastAsia="ar-SA"/>
        </w:rPr>
        <w:tab/>
      </w:r>
      <w:r w:rsidR="00F20C7B">
        <w:rPr>
          <w:rFonts w:ascii="Times New Roman" w:hAnsi="Times New Roman" w:cs="Times New Roman"/>
          <w:sz w:val="24"/>
          <w:szCs w:val="24"/>
          <w:lang w:eastAsia="ar-SA"/>
        </w:rPr>
        <w:tab/>
      </w:r>
      <w:r w:rsidR="00F20C7B">
        <w:rPr>
          <w:rFonts w:ascii="Times New Roman" w:hAnsi="Times New Roman" w:cs="Times New Roman"/>
          <w:sz w:val="24"/>
          <w:szCs w:val="24"/>
          <w:lang w:eastAsia="ar-SA"/>
        </w:rPr>
        <w:tab/>
      </w:r>
      <w:r w:rsidR="00F20C7B">
        <w:rPr>
          <w:rFonts w:ascii="Times New Roman" w:hAnsi="Times New Roman" w:cs="Times New Roman"/>
          <w:sz w:val="24"/>
          <w:szCs w:val="24"/>
          <w:lang w:eastAsia="ar-SA"/>
        </w:rPr>
        <w:tab/>
      </w:r>
      <w:proofErr w:type="spellStart"/>
      <w:r w:rsidRPr="0077600C">
        <w:rPr>
          <w:rFonts w:ascii="Times New Roman" w:hAnsi="Times New Roman" w:cs="Times New Roman"/>
          <w:sz w:val="24"/>
          <w:szCs w:val="24"/>
          <w:lang w:eastAsia="ar-SA"/>
        </w:rPr>
        <w:t>Priėmė</w:t>
      </w:r>
      <w:proofErr w:type="spellEnd"/>
    </w:p>
    <w:p w14:paraId="4432A117" w14:textId="77777777" w:rsidR="0077600C" w:rsidRPr="0077600C" w:rsidRDefault="0077600C" w:rsidP="0077600C">
      <w:pPr>
        <w:rPr>
          <w:rFonts w:ascii="Times New Roman" w:hAnsi="Times New Roman" w:cs="Times New Roman"/>
          <w:sz w:val="24"/>
          <w:szCs w:val="24"/>
        </w:rPr>
      </w:pPr>
    </w:p>
    <w:p w14:paraId="655ACED0" w14:textId="77777777" w:rsidR="0077600C" w:rsidRPr="0077600C" w:rsidRDefault="0077600C" w:rsidP="0077600C">
      <w:pPr>
        <w:spacing w:line="200" w:lineRule="atLeast"/>
        <w:ind w:firstLine="851"/>
        <w:jc w:val="both"/>
        <w:rPr>
          <w:rFonts w:ascii="Times New Roman" w:hAnsi="Times New Roman" w:cs="Times New Roman"/>
          <w:sz w:val="24"/>
          <w:szCs w:val="24"/>
          <w:lang w:eastAsia="ar-SA"/>
        </w:rPr>
      </w:pPr>
    </w:p>
    <w:p w14:paraId="67BCEB22" w14:textId="77777777" w:rsidR="0077600C" w:rsidRPr="0077600C" w:rsidRDefault="0077600C" w:rsidP="0077600C">
      <w:pPr>
        <w:rPr>
          <w:rFonts w:ascii="Times New Roman" w:hAnsi="Times New Roman" w:cs="Times New Roman"/>
          <w:sz w:val="24"/>
          <w:szCs w:val="24"/>
        </w:rPr>
      </w:pPr>
    </w:p>
    <w:p w14:paraId="1A6800D1" w14:textId="77777777" w:rsidR="0077600C" w:rsidRPr="0077600C" w:rsidRDefault="0077600C" w:rsidP="0077600C">
      <w:pPr>
        <w:spacing w:line="240" w:lineRule="auto"/>
        <w:rPr>
          <w:rFonts w:ascii="Times New Roman" w:hAnsi="Times New Roman" w:cs="Times New Roman"/>
          <w:bCs/>
          <w:sz w:val="24"/>
          <w:szCs w:val="24"/>
          <w:lang w:val="pt-BR"/>
        </w:rPr>
      </w:pPr>
    </w:p>
    <w:p w14:paraId="1F60A5F6" w14:textId="77777777" w:rsidR="0077600C" w:rsidRPr="0077600C" w:rsidRDefault="0077600C" w:rsidP="0027429C">
      <w:pPr>
        <w:pStyle w:val="Betarp"/>
        <w:rPr>
          <w:rFonts w:ascii="Times New Roman" w:hAnsi="Times New Roman" w:cs="Times New Roman"/>
          <w:sz w:val="24"/>
          <w:szCs w:val="24"/>
          <w:lang w:val="pt-BR"/>
        </w:rPr>
      </w:pPr>
    </w:p>
    <w:p w14:paraId="71ED2E5C" w14:textId="77777777" w:rsidR="0077600C" w:rsidRPr="0077600C" w:rsidRDefault="0077600C" w:rsidP="0027429C">
      <w:pPr>
        <w:pStyle w:val="Betarp"/>
        <w:rPr>
          <w:rFonts w:ascii="Times New Roman" w:hAnsi="Times New Roman" w:cs="Times New Roman"/>
          <w:sz w:val="24"/>
          <w:szCs w:val="24"/>
          <w:lang w:val="pt-BR"/>
        </w:rPr>
      </w:pPr>
    </w:p>
    <w:p w14:paraId="4A921527" w14:textId="77777777" w:rsidR="0077600C" w:rsidRPr="0077600C" w:rsidRDefault="0077600C" w:rsidP="0027429C">
      <w:pPr>
        <w:pStyle w:val="Betarp"/>
        <w:rPr>
          <w:rFonts w:ascii="Times New Roman" w:hAnsi="Times New Roman" w:cs="Times New Roman"/>
          <w:sz w:val="24"/>
          <w:szCs w:val="24"/>
          <w:lang w:val="pt-BR"/>
        </w:rPr>
      </w:pPr>
    </w:p>
    <w:sectPr w:rsidR="0077600C" w:rsidRPr="0077600C" w:rsidSect="000A6ED9">
      <w:footerReference w:type="default" r:id="rId9"/>
      <w:pgSz w:w="12240" w:h="15840"/>
      <w:pgMar w:top="709" w:right="758" w:bottom="284"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B9F94" w14:textId="77777777" w:rsidR="006040AE" w:rsidRDefault="006040AE" w:rsidP="0003161E">
      <w:pPr>
        <w:spacing w:after="0" w:line="240" w:lineRule="auto"/>
      </w:pPr>
      <w:r>
        <w:separator/>
      </w:r>
    </w:p>
  </w:endnote>
  <w:endnote w:type="continuationSeparator" w:id="0">
    <w:p w14:paraId="78D829C5" w14:textId="77777777" w:rsidR="006040AE" w:rsidRDefault="006040AE" w:rsidP="00031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F22A2" w14:textId="77777777" w:rsidR="007C77D1" w:rsidRDefault="007C77D1">
    <w:pPr>
      <w:pStyle w:val="Porat"/>
      <w:rPr>
        <w:lang w:val="lt-LT"/>
      </w:rPr>
    </w:pPr>
  </w:p>
  <w:p w14:paraId="33DDE992" w14:textId="77777777" w:rsidR="007C77D1" w:rsidRPr="007C77D1" w:rsidRDefault="007C77D1">
    <w:pPr>
      <w:pStyle w:val="Porat"/>
      <w:rPr>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9CAA3" w14:textId="77777777" w:rsidR="006040AE" w:rsidRDefault="006040AE" w:rsidP="0003161E">
      <w:pPr>
        <w:spacing w:after="0" w:line="240" w:lineRule="auto"/>
      </w:pPr>
      <w:r>
        <w:separator/>
      </w:r>
    </w:p>
  </w:footnote>
  <w:footnote w:type="continuationSeparator" w:id="0">
    <w:p w14:paraId="1FA83188" w14:textId="77777777" w:rsidR="006040AE" w:rsidRDefault="006040AE" w:rsidP="000316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raassunumeriai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Sraassuenkleliai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Sraassuenkleliai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raassunumeriai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Sraassuenkleliais"/>
      <w:lvlText w:val=""/>
      <w:lvlJc w:val="left"/>
      <w:pPr>
        <w:tabs>
          <w:tab w:val="num" w:pos="360"/>
        </w:tabs>
        <w:ind w:left="360" w:hanging="360"/>
      </w:pPr>
      <w:rPr>
        <w:rFonts w:ascii="Symbol" w:hAnsi="Symbol" w:hint="default"/>
      </w:rPr>
    </w:lvl>
  </w:abstractNum>
  <w:abstractNum w:abstractNumId="9" w15:restartNumberingAfterBreak="0">
    <w:nsid w:val="2CE2100E"/>
    <w:multiLevelType w:val="multilevel"/>
    <w:tmpl w:val="B3764F66"/>
    <w:lvl w:ilvl="0">
      <w:start w:val="1"/>
      <w:numFmt w:val="decimal"/>
      <w:lvlText w:val="%1."/>
      <w:lvlJc w:val="left"/>
      <w:pPr>
        <w:ind w:left="720" w:hanging="360"/>
      </w:pPr>
      <w:rPr>
        <w:rFonts w:hint="default"/>
      </w:rPr>
    </w:lvl>
    <w:lvl w:ilvl="1">
      <w:start w:val="1"/>
      <w:numFmt w:val="decimal"/>
      <w:isLgl/>
      <w:lvlText w:val="%1.%2."/>
      <w:lvlJc w:val="left"/>
      <w:pPr>
        <w:ind w:left="1898" w:hanging="480"/>
      </w:pPr>
      <w:rPr>
        <w:rFonts w:hint="default"/>
        <w:b w:val="0"/>
        <w:bCs/>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0" w15:restartNumberingAfterBreak="0">
    <w:nsid w:val="2F741EE3"/>
    <w:multiLevelType w:val="hybridMultilevel"/>
    <w:tmpl w:val="1F3828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16729867">
    <w:abstractNumId w:val="8"/>
  </w:num>
  <w:num w:numId="2" w16cid:durableId="1160970481">
    <w:abstractNumId w:val="6"/>
  </w:num>
  <w:num w:numId="3" w16cid:durableId="1342469704">
    <w:abstractNumId w:val="5"/>
  </w:num>
  <w:num w:numId="4" w16cid:durableId="705374477">
    <w:abstractNumId w:val="4"/>
  </w:num>
  <w:num w:numId="5" w16cid:durableId="1462460208">
    <w:abstractNumId w:val="7"/>
  </w:num>
  <w:num w:numId="6" w16cid:durableId="1670983860">
    <w:abstractNumId w:val="3"/>
  </w:num>
  <w:num w:numId="7" w16cid:durableId="2066053849">
    <w:abstractNumId w:val="2"/>
  </w:num>
  <w:num w:numId="8" w16cid:durableId="1732002472">
    <w:abstractNumId w:val="1"/>
  </w:num>
  <w:num w:numId="9" w16cid:durableId="1793667303">
    <w:abstractNumId w:val="0"/>
  </w:num>
  <w:num w:numId="10" w16cid:durableId="23019260">
    <w:abstractNumId w:val="9"/>
  </w:num>
  <w:num w:numId="11" w16cid:durableId="4233090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97B"/>
    <w:rsid w:val="0003161E"/>
    <w:rsid w:val="00034616"/>
    <w:rsid w:val="0004663C"/>
    <w:rsid w:val="0006063C"/>
    <w:rsid w:val="000A6ED9"/>
    <w:rsid w:val="000B0985"/>
    <w:rsid w:val="000B5968"/>
    <w:rsid w:val="000E6FFE"/>
    <w:rsid w:val="0015074B"/>
    <w:rsid w:val="00164756"/>
    <w:rsid w:val="001817E4"/>
    <w:rsid w:val="00195B08"/>
    <w:rsid w:val="001C3569"/>
    <w:rsid w:val="00273DBB"/>
    <w:rsid w:val="0027429C"/>
    <w:rsid w:val="0029639D"/>
    <w:rsid w:val="00314311"/>
    <w:rsid w:val="0032515A"/>
    <w:rsid w:val="00326F90"/>
    <w:rsid w:val="00372AFC"/>
    <w:rsid w:val="00380FC8"/>
    <w:rsid w:val="0039088E"/>
    <w:rsid w:val="00392C7D"/>
    <w:rsid w:val="004009AB"/>
    <w:rsid w:val="00457E51"/>
    <w:rsid w:val="00470916"/>
    <w:rsid w:val="00473442"/>
    <w:rsid w:val="0047532F"/>
    <w:rsid w:val="004C11A9"/>
    <w:rsid w:val="004D7EA2"/>
    <w:rsid w:val="004E63DF"/>
    <w:rsid w:val="00551C35"/>
    <w:rsid w:val="00553939"/>
    <w:rsid w:val="005579CA"/>
    <w:rsid w:val="00585CB4"/>
    <w:rsid w:val="005C7B54"/>
    <w:rsid w:val="005D1E42"/>
    <w:rsid w:val="005D565B"/>
    <w:rsid w:val="006002A8"/>
    <w:rsid w:val="006040AE"/>
    <w:rsid w:val="006833D3"/>
    <w:rsid w:val="006915BB"/>
    <w:rsid w:val="006C7592"/>
    <w:rsid w:val="00736869"/>
    <w:rsid w:val="0077600C"/>
    <w:rsid w:val="007C3F93"/>
    <w:rsid w:val="007C77D1"/>
    <w:rsid w:val="00801C2C"/>
    <w:rsid w:val="00805F62"/>
    <w:rsid w:val="00824141"/>
    <w:rsid w:val="008360B2"/>
    <w:rsid w:val="00836631"/>
    <w:rsid w:val="008577F4"/>
    <w:rsid w:val="008A141D"/>
    <w:rsid w:val="008C6DA5"/>
    <w:rsid w:val="009D28B3"/>
    <w:rsid w:val="00A058C9"/>
    <w:rsid w:val="00A41490"/>
    <w:rsid w:val="00AA1D8D"/>
    <w:rsid w:val="00AA5B05"/>
    <w:rsid w:val="00AB302F"/>
    <w:rsid w:val="00B360C1"/>
    <w:rsid w:val="00B47730"/>
    <w:rsid w:val="00B65627"/>
    <w:rsid w:val="00B80B38"/>
    <w:rsid w:val="00BA0BDE"/>
    <w:rsid w:val="00C21CD6"/>
    <w:rsid w:val="00C3070D"/>
    <w:rsid w:val="00C51800"/>
    <w:rsid w:val="00C55D15"/>
    <w:rsid w:val="00C67BDB"/>
    <w:rsid w:val="00CA0256"/>
    <w:rsid w:val="00CB0664"/>
    <w:rsid w:val="00CB18FF"/>
    <w:rsid w:val="00CE4515"/>
    <w:rsid w:val="00D00125"/>
    <w:rsid w:val="00D0369B"/>
    <w:rsid w:val="00D13218"/>
    <w:rsid w:val="00D1613B"/>
    <w:rsid w:val="00D4363F"/>
    <w:rsid w:val="00E47361"/>
    <w:rsid w:val="00E757EA"/>
    <w:rsid w:val="00E85647"/>
    <w:rsid w:val="00E91153"/>
    <w:rsid w:val="00EC53FF"/>
    <w:rsid w:val="00ED682E"/>
    <w:rsid w:val="00EE574E"/>
    <w:rsid w:val="00EE592A"/>
    <w:rsid w:val="00F204A2"/>
    <w:rsid w:val="00F20C7B"/>
    <w:rsid w:val="00F83F85"/>
    <w:rsid w:val="00F84247"/>
    <w:rsid w:val="00FC27C7"/>
    <w:rsid w:val="00FC693F"/>
    <w:rsid w:val="00FE0D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316CF9"/>
  <w14:defaultImageDpi w14:val="300"/>
  <w15:docId w15:val="{8BA0B67B-B4B0-4FAB-BB02-680D6DC58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C693F"/>
    <w:rPr>
      <w:rFonts w:ascii="Calibri" w:hAnsi="Calibri"/>
    </w:rPr>
  </w:style>
  <w:style w:type="paragraph" w:styleId="Antrat1">
    <w:name w:val="heading 1"/>
    <w:basedOn w:val="prastasis"/>
    <w:next w:val="prastasis"/>
    <w:link w:val="Antrat1Diagrama"/>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Antrat5">
    <w:name w:val="heading 5"/>
    <w:basedOn w:val="prastasis"/>
    <w:next w:val="prastasis"/>
    <w:link w:val="Antrat5Diagrama"/>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Antrat6">
    <w:name w:val="heading 6"/>
    <w:basedOn w:val="prastasis"/>
    <w:next w:val="prastasis"/>
    <w:link w:val="Antrat6Diagrama"/>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Antrat7">
    <w:name w:val="heading 7"/>
    <w:basedOn w:val="prastasis"/>
    <w:next w:val="prastasis"/>
    <w:link w:val="Antrat7Diagrama"/>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Antrat9">
    <w:name w:val="heading 9"/>
    <w:basedOn w:val="prastasis"/>
    <w:next w:val="prastasis"/>
    <w:link w:val="Antrat9Diagrama"/>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618BF"/>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E618BF"/>
  </w:style>
  <w:style w:type="paragraph" w:styleId="Porat">
    <w:name w:val="footer"/>
    <w:basedOn w:val="prastasis"/>
    <w:link w:val="PoratDiagrama"/>
    <w:uiPriority w:val="99"/>
    <w:unhideWhenUsed/>
    <w:rsid w:val="00E618BF"/>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E618BF"/>
  </w:style>
  <w:style w:type="paragraph" w:styleId="Betarp">
    <w:name w:val="No Spacing"/>
    <w:uiPriority w:val="1"/>
    <w:qFormat/>
    <w:rsid w:val="00FC693F"/>
    <w:pPr>
      <w:spacing w:after="0" w:line="240" w:lineRule="auto"/>
    </w:pPr>
  </w:style>
  <w:style w:type="character" w:customStyle="1" w:styleId="Antrat1Diagrama">
    <w:name w:val="Antraštė 1 Diagrama"/>
    <w:basedOn w:val="Numatytasispastraiposriftas"/>
    <w:link w:val="Antra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C693F"/>
    <w:rPr>
      <w:rFonts w:asciiTheme="majorHAnsi" w:eastAsiaTheme="majorEastAsia" w:hAnsiTheme="majorHAnsi" w:cstheme="majorBidi"/>
      <w:b/>
      <w:bCs/>
      <w:color w:val="4F81BD" w:themeColor="accent1"/>
      <w:sz w:val="26"/>
      <w:szCs w:val="26"/>
    </w:rPr>
  </w:style>
  <w:style w:type="character" w:customStyle="1" w:styleId="Antrat3Diagrama">
    <w:name w:val="Antraštė 3 Diagrama"/>
    <w:basedOn w:val="Numatytasispastraiposriftas"/>
    <w:link w:val="Antrat3"/>
    <w:uiPriority w:val="9"/>
    <w:rsid w:val="00FC693F"/>
    <w:rPr>
      <w:rFonts w:asciiTheme="majorHAnsi" w:eastAsiaTheme="majorEastAsia" w:hAnsiTheme="majorHAnsi" w:cstheme="majorBidi"/>
      <w:b/>
      <w:bCs/>
      <w:color w:val="4F81BD" w:themeColor="accent1"/>
    </w:rPr>
  </w:style>
  <w:style w:type="paragraph" w:styleId="Pavadinimas">
    <w:name w:val="Title"/>
    <w:basedOn w:val="prastasis"/>
    <w:next w:val="prastasis"/>
    <w:link w:val="PavadinimasDiagrama"/>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avadinimasDiagrama">
    <w:name w:val="Pavadinimas Diagrama"/>
    <w:basedOn w:val="Numatytasispastraiposriftas"/>
    <w:link w:val="Pavadinimas"/>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aantrat">
    <w:name w:val="Subtitle"/>
    <w:basedOn w:val="prastasis"/>
    <w:next w:val="prastasis"/>
    <w:link w:val="PaantratDiagrama"/>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aantratDiagrama">
    <w:name w:val="Paantraštė Diagrama"/>
    <w:basedOn w:val="Numatytasispastraiposriftas"/>
    <w:link w:val="Paantrat"/>
    <w:uiPriority w:val="11"/>
    <w:rsid w:val="00FC693F"/>
    <w:rPr>
      <w:rFonts w:asciiTheme="majorHAnsi" w:eastAsiaTheme="majorEastAsia" w:hAnsiTheme="majorHAnsi" w:cstheme="majorBidi"/>
      <w:i/>
      <w:iCs/>
      <w:color w:val="4F81BD" w:themeColor="accent1"/>
      <w:spacing w:val="15"/>
      <w:sz w:val="24"/>
      <w:szCs w:val="24"/>
    </w:rPr>
  </w:style>
  <w:style w:type="paragraph" w:styleId="Sraopastraipa">
    <w:name w:val="List Paragraph"/>
    <w:basedOn w:val="prastasis"/>
    <w:uiPriority w:val="34"/>
    <w:qFormat/>
    <w:rsid w:val="00FC693F"/>
    <w:pPr>
      <w:ind w:left="720"/>
      <w:contextualSpacing/>
    </w:pPr>
  </w:style>
  <w:style w:type="paragraph" w:styleId="Pagrindinistekstas">
    <w:name w:val="Body Text"/>
    <w:basedOn w:val="prastasis"/>
    <w:link w:val="PagrindinistekstasDiagrama"/>
    <w:uiPriority w:val="99"/>
    <w:unhideWhenUsed/>
    <w:rsid w:val="00AA1D8D"/>
    <w:pPr>
      <w:spacing w:after="120"/>
    </w:pPr>
  </w:style>
  <w:style w:type="character" w:customStyle="1" w:styleId="PagrindinistekstasDiagrama">
    <w:name w:val="Pagrindinis tekstas Diagrama"/>
    <w:basedOn w:val="Numatytasispastraiposriftas"/>
    <w:link w:val="Pagrindinistekstas"/>
    <w:uiPriority w:val="99"/>
    <w:rsid w:val="00AA1D8D"/>
  </w:style>
  <w:style w:type="paragraph" w:styleId="Pagrindinistekstas2">
    <w:name w:val="Body Text 2"/>
    <w:basedOn w:val="prastasis"/>
    <w:link w:val="Pagrindinistekstas2Diagrama"/>
    <w:uiPriority w:val="99"/>
    <w:unhideWhenUsed/>
    <w:rsid w:val="00AA1D8D"/>
    <w:pPr>
      <w:spacing w:after="120" w:line="480" w:lineRule="auto"/>
    </w:pPr>
  </w:style>
  <w:style w:type="character" w:customStyle="1" w:styleId="Pagrindinistekstas2Diagrama">
    <w:name w:val="Pagrindinis tekstas 2 Diagrama"/>
    <w:basedOn w:val="Numatytasispastraiposriftas"/>
    <w:link w:val="Pagrindinistekstas2"/>
    <w:uiPriority w:val="99"/>
    <w:rsid w:val="00AA1D8D"/>
  </w:style>
  <w:style w:type="paragraph" w:styleId="Pagrindinistekstas3">
    <w:name w:val="Body Text 3"/>
    <w:basedOn w:val="prastasis"/>
    <w:link w:val="Pagrindinistekstas3Diagrama"/>
    <w:uiPriority w:val="99"/>
    <w:unhideWhenUsed/>
    <w:rsid w:val="00AA1D8D"/>
    <w:pPr>
      <w:spacing w:after="120"/>
    </w:pPr>
    <w:rPr>
      <w:sz w:val="16"/>
      <w:szCs w:val="16"/>
    </w:rPr>
  </w:style>
  <w:style w:type="character" w:customStyle="1" w:styleId="Pagrindinistekstas3Diagrama">
    <w:name w:val="Pagrindinis tekstas 3 Diagrama"/>
    <w:basedOn w:val="Numatytasispastraiposriftas"/>
    <w:link w:val="Pagrindinistekstas3"/>
    <w:uiPriority w:val="99"/>
    <w:rsid w:val="00AA1D8D"/>
    <w:rPr>
      <w:sz w:val="16"/>
      <w:szCs w:val="16"/>
    </w:rPr>
  </w:style>
  <w:style w:type="paragraph" w:styleId="Sraas">
    <w:name w:val="List"/>
    <w:basedOn w:val="prastasis"/>
    <w:uiPriority w:val="99"/>
    <w:unhideWhenUsed/>
    <w:rsid w:val="00AA1D8D"/>
    <w:pPr>
      <w:ind w:left="360" w:hanging="360"/>
      <w:contextualSpacing/>
    </w:pPr>
  </w:style>
  <w:style w:type="paragraph" w:styleId="Sraas2">
    <w:name w:val="List 2"/>
    <w:basedOn w:val="prastasis"/>
    <w:uiPriority w:val="99"/>
    <w:unhideWhenUsed/>
    <w:rsid w:val="00326F90"/>
    <w:pPr>
      <w:ind w:left="720" w:hanging="360"/>
      <w:contextualSpacing/>
    </w:pPr>
  </w:style>
  <w:style w:type="paragraph" w:styleId="Sraas3">
    <w:name w:val="List 3"/>
    <w:basedOn w:val="prastasis"/>
    <w:uiPriority w:val="99"/>
    <w:unhideWhenUsed/>
    <w:rsid w:val="00326F90"/>
    <w:pPr>
      <w:ind w:left="1080" w:hanging="360"/>
      <w:contextualSpacing/>
    </w:pPr>
  </w:style>
  <w:style w:type="paragraph" w:styleId="Sraassuenkleliais">
    <w:name w:val="List Bullet"/>
    <w:basedOn w:val="prastasis"/>
    <w:uiPriority w:val="99"/>
    <w:unhideWhenUsed/>
    <w:rsid w:val="00326F90"/>
    <w:pPr>
      <w:numPr>
        <w:numId w:val="1"/>
      </w:numPr>
      <w:contextualSpacing/>
    </w:pPr>
  </w:style>
  <w:style w:type="paragraph" w:styleId="Sraassuenkleliais2">
    <w:name w:val="List Bullet 2"/>
    <w:basedOn w:val="prastasis"/>
    <w:uiPriority w:val="99"/>
    <w:unhideWhenUsed/>
    <w:rsid w:val="00326F90"/>
    <w:pPr>
      <w:numPr>
        <w:numId w:val="2"/>
      </w:numPr>
      <w:contextualSpacing/>
    </w:pPr>
  </w:style>
  <w:style w:type="paragraph" w:styleId="Sraassuenkleliais3">
    <w:name w:val="List Bullet 3"/>
    <w:basedOn w:val="prastasis"/>
    <w:uiPriority w:val="99"/>
    <w:unhideWhenUsed/>
    <w:rsid w:val="00326F90"/>
    <w:pPr>
      <w:numPr>
        <w:numId w:val="3"/>
      </w:numPr>
      <w:contextualSpacing/>
    </w:pPr>
  </w:style>
  <w:style w:type="paragraph" w:styleId="Sraassunumeriais">
    <w:name w:val="List Number"/>
    <w:basedOn w:val="prastasis"/>
    <w:uiPriority w:val="99"/>
    <w:unhideWhenUsed/>
    <w:rsid w:val="00326F90"/>
    <w:pPr>
      <w:numPr>
        <w:numId w:val="5"/>
      </w:numPr>
      <w:contextualSpacing/>
    </w:pPr>
  </w:style>
  <w:style w:type="paragraph" w:styleId="Sraassunumeriais2">
    <w:name w:val="List Number 2"/>
    <w:basedOn w:val="prastasis"/>
    <w:uiPriority w:val="99"/>
    <w:unhideWhenUsed/>
    <w:rsid w:val="0029639D"/>
    <w:pPr>
      <w:numPr>
        <w:numId w:val="6"/>
      </w:numPr>
      <w:contextualSpacing/>
    </w:pPr>
  </w:style>
  <w:style w:type="paragraph" w:styleId="Sraassunumeriais3">
    <w:name w:val="List Number 3"/>
    <w:basedOn w:val="prastasis"/>
    <w:uiPriority w:val="99"/>
    <w:unhideWhenUsed/>
    <w:rsid w:val="0029639D"/>
    <w:pPr>
      <w:numPr>
        <w:numId w:val="7"/>
      </w:numPr>
      <w:contextualSpacing/>
    </w:pPr>
  </w:style>
  <w:style w:type="paragraph" w:styleId="Sraotsinys">
    <w:name w:val="List Continue"/>
    <w:basedOn w:val="prastasis"/>
    <w:uiPriority w:val="99"/>
    <w:unhideWhenUsed/>
    <w:rsid w:val="0029639D"/>
    <w:pPr>
      <w:spacing w:after="120"/>
      <w:ind w:left="360"/>
      <w:contextualSpacing/>
    </w:pPr>
  </w:style>
  <w:style w:type="paragraph" w:styleId="Sraotsinys2">
    <w:name w:val="List Continue 2"/>
    <w:basedOn w:val="prastasis"/>
    <w:uiPriority w:val="99"/>
    <w:unhideWhenUsed/>
    <w:rsid w:val="0029639D"/>
    <w:pPr>
      <w:spacing w:after="120"/>
      <w:ind w:left="720"/>
      <w:contextualSpacing/>
    </w:pPr>
  </w:style>
  <w:style w:type="paragraph" w:styleId="Sraotsinys3">
    <w:name w:val="List Continue 3"/>
    <w:basedOn w:val="prastasis"/>
    <w:uiPriority w:val="99"/>
    <w:unhideWhenUsed/>
    <w:rsid w:val="0029639D"/>
    <w:pPr>
      <w:spacing w:after="120"/>
      <w:ind w:left="1080"/>
      <w:contextualSpacing/>
    </w:pPr>
  </w:style>
  <w:style w:type="paragraph" w:styleId="Makrokomandostekstas">
    <w:name w:val="macro"/>
    <w:link w:val="MakrokomandostekstasDiagrama"/>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komandostekstasDiagrama">
    <w:name w:val="Makrokomandos tekstas Diagrama"/>
    <w:basedOn w:val="Numatytasispastraiposriftas"/>
    <w:link w:val="Makrokomandostekstas"/>
    <w:uiPriority w:val="99"/>
    <w:rsid w:val="0029639D"/>
    <w:rPr>
      <w:rFonts w:ascii="Courier" w:hAnsi="Courier"/>
      <w:sz w:val="20"/>
      <w:szCs w:val="20"/>
    </w:rPr>
  </w:style>
  <w:style w:type="paragraph" w:styleId="Citata">
    <w:name w:val="Quote"/>
    <w:basedOn w:val="prastasis"/>
    <w:next w:val="prastasis"/>
    <w:link w:val="CitataDiagrama"/>
    <w:uiPriority w:val="29"/>
    <w:qFormat/>
    <w:rsid w:val="00FC693F"/>
    <w:rPr>
      <w:i/>
      <w:iCs/>
      <w:color w:val="000000" w:themeColor="text1"/>
    </w:rPr>
  </w:style>
  <w:style w:type="character" w:customStyle="1" w:styleId="CitataDiagrama">
    <w:name w:val="Citata Diagrama"/>
    <w:basedOn w:val="Numatytasispastraiposriftas"/>
    <w:link w:val="Citata"/>
    <w:uiPriority w:val="29"/>
    <w:rsid w:val="00FC693F"/>
    <w:rPr>
      <w:i/>
      <w:iCs/>
      <w:color w:val="000000" w:themeColor="text1"/>
    </w:rPr>
  </w:style>
  <w:style w:type="character" w:customStyle="1" w:styleId="Antrat4Diagrama">
    <w:name w:val="Antraštė 4 Diagrama"/>
    <w:basedOn w:val="Numatytasispastraiposriftas"/>
    <w:link w:val="Antrat4"/>
    <w:uiPriority w:val="9"/>
    <w:semiHidden/>
    <w:rsid w:val="00FC693F"/>
    <w:rPr>
      <w:rFonts w:asciiTheme="majorHAnsi" w:eastAsiaTheme="majorEastAsia" w:hAnsiTheme="majorHAnsi" w:cstheme="majorBidi"/>
      <w:b/>
      <w:bCs/>
      <w:i/>
      <w:iCs/>
      <w:color w:val="4F81BD" w:themeColor="accent1"/>
    </w:rPr>
  </w:style>
  <w:style w:type="character" w:customStyle="1" w:styleId="Antrat5Diagrama">
    <w:name w:val="Antraštė 5 Diagrama"/>
    <w:basedOn w:val="Numatytasispastraiposriftas"/>
    <w:link w:val="Antrat5"/>
    <w:uiPriority w:val="9"/>
    <w:semiHidden/>
    <w:rsid w:val="00FC693F"/>
    <w:rPr>
      <w:rFonts w:asciiTheme="majorHAnsi" w:eastAsiaTheme="majorEastAsia" w:hAnsiTheme="majorHAnsi" w:cstheme="majorBidi"/>
      <w:color w:val="243F60" w:themeColor="accent1" w:themeShade="7F"/>
    </w:rPr>
  </w:style>
  <w:style w:type="character" w:customStyle="1" w:styleId="Antrat6Diagrama">
    <w:name w:val="Antraštė 6 Diagrama"/>
    <w:basedOn w:val="Numatytasispastraiposriftas"/>
    <w:link w:val="Antrat6"/>
    <w:uiPriority w:val="9"/>
    <w:semiHidden/>
    <w:rsid w:val="00FC693F"/>
    <w:rPr>
      <w:rFonts w:asciiTheme="majorHAnsi" w:eastAsiaTheme="majorEastAsia" w:hAnsiTheme="majorHAnsi" w:cstheme="majorBidi"/>
      <w:i/>
      <w:iCs/>
      <w:color w:val="243F60" w:themeColor="accent1" w:themeShade="7F"/>
    </w:rPr>
  </w:style>
  <w:style w:type="character" w:customStyle="1" w:styleId="Antrat7Diagrama">
    <w:name w:val="Antraštė 7 Diagrama"/>
    <w:basedOn w:val="Numatytasispastraiposriftas"/>
    <w:link w:val="Antrat7"/>
    <w:uiPriority w:val="9"/>
    <w:semiHidden/>
    <w:rsid w:val="00FC693F"/>
    <w:rPr>
      <w:rFonts w:asciiTheme="majorHAnsi" w:eastAsiaTheme="majorEastAsia" w:hAnsiTheme="majorHAnsi" w:cstheme="majorBidi"/>
      <w:i/>
      <w:iCs/>
      <w:color w:val="404040" w:themeColor="text1" w:themeTint="BF"/>
    </w:rPr>
  </w:style>
  <w:style w:type="character" w:customStyle="1" w:styleId="Antrat8Diagrama">
    <w:name w:val="Antraštė 8 Diagrama"/>
    <w:basedOn w:val="Numatytasispastraiposriftas"/>
    <w:link w:val="Antrat8"/>
    <w:uiPriority w:val="9"/>
    <w:semiHidden/>
    <w:rsid w:val="00FC693F"/>
    <w:rPr>
      <w:rFonts w:asciiTheme="majorHAnsi" w:eastAsiaTheme="majorEastAsia" w:hAnsiTheme="majorHAnsi" w:cstheme="majorBidi"/>
      <w:color w:val="4F81BD" w:themeColor="accent1"/>
      <w:sz w:val="20"/>
      <w:szCs w:val="20"/>
    </w:rPr>
  </w:style>
  <w:style w:type="character" w:customStyle="1" w:styleId="Antrat9Diagrama">
    <w:name w:val="Antraštė 9 Diagrama"/>
    <w:basedOn w:val="Numatytasispastraiposriftas"/>
    <w:link w:val="Antrat9"/>
    <w:uiPriority w:val="9"/>
    <w:semiHidden/>
    <w:rsid w:val="00FC693F"/>
    <w:rPr>
      <w:rFonts w:asciiTheme="majorHAnsi" w:eastAsiaTheme="majorEastAsia" w:hAnsiTheme="majorHAnsi" w:cstheme="majorBidi"/>
      <w:i/>
      <w:iCs/>
      <w:color w:val="404040" w:themeColor="text1" w:themeTint="BF"/>
      <w:sz w:val="20"/>
      <w:szCs w:val="20"/>
    </w:rPr>
  </w:style>
  <w:style w:type="paragraph" w:styleId="Antrat">
    <w:name w:val="caption"/>
    <w:basedOn w:val="prastasis"/>
    <w:next w:val="prastasis"/>
    <w:uiPriority w:val="35"/>
    <w:semiHidden/>
    <w:unhideWhenUsed/>
    <w:qFormat/>
    <w:rsid w:val="00FC693F"/>
    <w:pPr>
      <w:spacing w:line="240" w:lineRule="auto"/>
    </w:pPr>
    <w:rPr>
      <w:b/>
      <w:bCs/>
      <w:color w:val="4F81BD" w:themeColor="accent1"/>
      <w:sz w:val="18"/>
      <w:szCs w:val="18"/>
    </w:rPr>
  </w:style>
  <w:style w:type="character" w:styleId="Grietas">
    <w:name w:val="Strong"/>
    <w:basedOn w:val="Numatytasispastraiposriftas"/>
    <w:uiPriority w:val="22"/>
    <w:qFormat/>
    <w:rsid w:val="00FC693F"/>
    <w:rPr>
      <w:b/>
      <w:bCs/>
    </w:rPr>
  </w:style>
  <w:style w:type="character" w:styleId="Emfaz">
    <w:name w:val="Emphasis"/>
    <w:basedOn w:val="Numatytasispastraiposriftas"/>
    <w:uiPriority w:val="20"/>
    <w:qFormat/>
    <w:rsid w:val="00FC693F"/>
    <w:rPr>
      <w:i/>
      <w:iCs/>
    </w:rPr>
  </w:style>
  <w:style w:type="paragraph" w:styleId="Iskirtacitata">
    <w:name w:val="Intense Quote"/>
    <w:basedOn w:val="prastasis"/>
    <w:next w:val="prastasis"/>
    <w:link w:val="IskirtacitataDiagrama"/>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skirtacitataDiagrama">
    <w:name w:val="Išskirta citata Diagrama"/>
    <w:basedOn w:val="Numatytasispastraiposriftas"/>
    <w:link w:val="Iskirtacitata"/>
    <w:uiPriority w:val="30"/>
    <w:rsid w:val="00FC693F"/>
    <w:rPr>
      <w:b/>
      <w:bCs/>
      <w:i/>
      <w:iCs/>
      <w:color w:val="4F81BD" w:themeColor="accent1"/>
    </w:rPr>
  </w:style>
  <w:style w:type="character" w:styleId="Nerykuspabraukimas">
    <w:name w:val="Subtle Emphasis"/>
    <w:basedOn w:val="Numatytasispastraiposriftas"/>
    <w:uiPriority w:val="19"/>
    <w:qFormat/>
    <w:rsid w:val="00FC693F"/>
    <w:rPr>
      <w:i/>
      <w:iCs/>
      <w:color w:val="808080" w:themeColor="text1" w:themeTint="7F"/>
    </w:rPr>
  </w:style>
  <w:style w:type="character" w:styleId="Rykuspabraukimas">
    <w:name w:val="Intense Emphasis"/>
    <w:basedOn w:val="Numatytasispastraiposriftas"/>
    <w:uiPriority w:val="21"/>
    <w:qFormat/>
    <w:rsid w:val="00FC693F"/>
    <w:rPr>
      <w:b/>
      <w:bCs/>
      <w:i/>
      <w:iCs/>
      <w:color w:val="4F81BD" w:themeColor="accent1"/>
    </w:rPr>
  </w:style>
  <w:style w:type="character" w:styleId="Nerykinuoroda">
    <w:name w:val="Subtle Reference"/>
    <w:basedOn w:val="Numatytasispastraiposriftas"/>
    <w:uiPriority w:val="31"/>
    <w:qFormat/>
    <w:rsid w:val="00FC693F"/>
    <w:rPr>
      <w:smallCaps/>
      <w:color w:val="C0504D" w:themeColor="accent2"/>
      <w:u w:val="single"/>
    </w:rPr>
  </w:style>
  <w:style w:type="character" w:styleId="Rykinuoroda">
    <w:name w:val="Intense Reference"/>
    <w:basedOn w:val="Numatytasispastraiposriftas"/>
    <w:uiPriority w:val="32"/>
    <w:qFormat/>
    <w:rsid w:val="00FC693F"/>
    <w:rPr>
      <w:b/>
      <w:bCs/>
      <w:smallCaps/>
      <w:color w:val="C0504D" w:themeColor="accent2"/>
      <w:spacing w:val="5"/>
      <w:u w:val="single"/>
    </w:rPr>
  </w:style>
  <w:style w:type="character" w:styleId="Knygospavadinimas">
    <w:name w:val="Book Title"/>
    <w:basedOn w:val="Numatytasispastraiposriftas"/>
    <w:uiPriority w:val="33"/>
    <w:qFormat/>
    <w:rsid w:val="00FC693F"/>
    <w:rPr>
      <w:b/>
      <w:bCs/>
      <w:smallCaps/>
      <w:spacing w:val="5"/>
    </w:rPr>
  </w:style>
  <w:style w:type="paragraph" w:styleId="Turinioantrat">
    <w:name w:val="TOC Heading"/>
    <w:basedOn w:val="Antrat1"/>
    <w:next w:val="prastasis"/>
    <w:uiPriority w:val="39"/>
    <w:semiHidden/>
    <w:unhideWhenUsed/>
    <w:qFormat/>
    <w:rsid w:val="00FC693F"/>
    <w:pPr>
      <w:outlineLvl w:val="9"/>
    </w:pPr>
  </w:style>
  <w:style w:type="table" w:styleId="Lentelstinklelis">
    <w:name w:val="Table Grid"/>
    <w:basedOn w:val="prastojilent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esusisspalvinimas">
    <w:name w:val="Light Shading"/>
    <w:basedOn w:val="prastojilent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viesusspalvinimas1parykinimas">
    <w:name w:val="Light Shading Accent 1"/>
    <w:basedOn w:val="prastojilent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viesusspalvinimas2parykinimas">
    <w:name w:val="Light Shading Accent 2"/>
    <w:basedOn w:val="prastojilent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viesusspalvinimas3parykinimas">
    <w:name w:val="Light Shading Accent 3"/>
    <w:basedOn w:val="prastojilent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viesusspalvinimas4parykinimas">
    <w:name w:val="Light Shading Accent 4"/>
    <w:basedOn w:val="prastojilent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viesusspalvinimas5parykinimas">
    <w:name w:val="Light Shading Accent 5"/>
    <w:basedOn w:val="prastojilent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viesusspalvinimas6parykinimas">
    <w:name w:val="Light Shading Accent 6"/>
    <w:basedOn w:val="prastojilent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viesussraas">
    <w:name w:val="Light List"/>
    <w:basedOn w:val="prastojilent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viesussraas1parykinimas">
    <w:name w:val="Light List Accent 1"/>
    <w:basedOn w:val="prastojilent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viesussraas2parykinimas">
    <w:name w:val="Light List Accent 2"/>
    <w:basedOn w:val="prastojilent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viesussraas3parykinimas">
    <w:name w:val="Light List Accent 3"/>
    <w:basedOn w:val="prastojilent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viesussraas4parykinimas">
    <w:name w:val="Light List Accent 4"/>
    <w:basedOn w:val="prastojilent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viesussraas5parykinimas">
    <w:name w:val="Light List Accent 5"/>
    <w:basedOn w:val="prastojilent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viesussraas6parykinimas">
    <w:name w:val="Light List Accent 6"/>
    <w:basedOn w:val="prastojilent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viesustinklelis">
    <w:name w:val="Light Grid"/>
    <w:basedOn w:val="prastojilent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viesustinklelis1parykinimas">
    <w:name w:val="Light Grid Accent 1"/>
    <w:basedOn w:val="prastojilent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viesustinklelis2parykinimas">
    <w:name w:val="Light Grid Accent 2"/>
    <w:basedOn w:val="prastojilent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viesustinklelis3parykinimas">
    <w:name w:val="Light Grid Accent 3"/>
    <w:basedOn w:val="prastojilent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viesustinklelis4parykinimas">
    <w:name w:val="Light Grid Accent 4"/>
    <w:basedOn w:val="prastojilent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viesustinklelis5parykinimas">
    <w:name w:val="Light Grid Accent 5"/>
    <w:basedOn w:val="prastojilent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viesustinklelis6parykinimas">
    <w:name w:val="Light Grid Accent 6"/>
    <w:basedOn w:val="prastojilent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vidutinisspalvinimas">
    <w:name w:val="Medium Shading 1"/>
    <w:basedOn w:val="prastojilent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vidutinisspalvinimas1parykinimas">
    <w:name w:val="Medium Shading 1 Accent 1"/>
    <w:basedOn w:val="prastojilent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vidutinisspalvinimas2parykinimas">
    <w:name w:val="Medium Shading 1 Accent 2"/>
    <w:basedOn w:val="prastojilent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vidutinisspalvinimas3parykinimas">
    <w:name w:val="Medium Shading 1 Accent 3"/>
    <w:basedOn w:val="prastojilent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vidutinisspalvinimas4parykinimas">
    <w:name w:val="Medium Shading 1 Accent 4"/>
    <w:basedOn w:val="prastojilent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vidutinisspalvinimas5parykinimas">
    <w:name w:val="Medium Shading 1 Accent 5"/>
    <w:basedOn w:val="prastojilent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vidutinisspalvinimas6parykinimas">
    <w:name w:val="Medium Shading 1 Accent 6"/>
    <w:basedOn w:val="prastojilent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vidutinisspalvinimas">
    <w:name w:val="Medium Shading 2"/>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1parykinimas">
    <w:name w:val="Medium Shading 2 Accent 1"/>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2parykinimas">
    <w:name w:val="Medium Shading 2 Accent 2"/>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3parykinimas">
    <w:name w:val="Medium Shading 2 Accent 3"/>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4parykinimas">
    <w:name w:val="Medium Shading 2 Accent 4"/>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5parykinimas">
    <w:name w:val="Medium Shading 2 Accent 5"/>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vidutinisspalvinimas6parykinimas">
    <w:name w:val="Medium Shading 2 Accent 6"/>
    <w:basedOn w:val="prastojilent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vidutinissraas">
    <w:name w:val="Medium List 1"/>
    <w:basedOn w:val="prastojilent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vidutinissraas1parykinimas">
    <w:name w:val="Medium List 1 Accent 1"/>
    <w:basedOn w:val="prastojilent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vidutinissraas2parykinimas">
    <w:name w:val="Medium List 1 Accent 2"/>
    <w:basedOn w:val="prastojilent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vidutinissraas3parykinimas">
    <w:name w:val="Medium List 1 Accent 3"/>
    <w:basedOn w:val="prastojilent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vidutinissraas4parykinimas">
    <w:name w:val="Medium List 1 Accent 4"/>
    <w:basedOn w:val="prastojilent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vidutinissraas5parykinimas">
    <w:name w:val="Medium List 1 Accent 5"/>
    <w:basedOn w:val="prastojilent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vidutinissraas6parykinimas">
    <w:name w:val="Medium List 1 Accent 6"/>
    <w:basedOn w:val="prastojilent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vidutinissraas">
    <w:name w:val="Medium List 2"/>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1parykinimas">
    <w:name w:val="Medium List 2 Accent 1"/>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2parykinimas">
    <w:name w:val="Medium List 2 Accent 2"/>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3parykinimas">
    <w:name w:val="Medium List 2 Accent 3"/>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4parykinimas">
    <w:name w:val="Medium List 2 Accent 4"/>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5parykinimas">
    <w:name w:val="Medium List 2 Accent 5"/>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vidutinissraas6parykinimas">
    <w:name w:val="Medium List 2 Accent 6"/>
    <w:basedOn w:val="prastojilent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vidutinistinklelis">
    <w:name w:val="Medium Grid 1"/>
    <w:basedOn w:val="prastojilent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vidutinistinklelis1parykinimas">
    <w:name w:val="Medium Grid 1 Accent 1"/>
    <w:basedOn w:val="prastojilent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vidutinistinklelis2parykinimas">
    <w:name w:val="Medium Grid 1 Accent 2"/>
    <w:basedOn w:val="prastojilent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vidutinistinklelis3parykinimas">
    <w:name w:val="Medium Grid 1 Accent 3"/>
    <w:basedOn w:val="prastojilent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vidutinistinklelis4parykinimas">
    <w:name w:val="Medium Grid 1 Accent 4"/>
    <w:basedOn w:val="prastojilent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vidutinistinklelis5parykinimas">
    <w:name w:val="Medium Grid 1 Accent 5"/>
    <w:basedOn w:val="prastojilent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vidutinistinklelis6parykinimas">
    <w:name w:val="Medium Grid 1 Accent 6"/>
    <w:basedOn w:val="prastojilent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vidutinistinklelis">
    <w:name w:val="Medium Grid 2"/>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vidutinistinklelis1parykinimas">
    <w:name w:val="Medium Grid 2 Accent 1"/>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vidutinistinklelis2parykinimas">
    <w:name w:val="Medium Grid 2 Accent 2"/>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vidutinistinklelis3parykinimas">
    <w:name w:val="Medium Grid 2 Accent 3"/>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vidutinistinklelis4parykinimas">
    <w:name w:val="Medium Grid 2 Accent 4"/>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vidutinistinklelis5parykinimas">
    <w:name w:val="Medium Grid 2 Accent 5"/>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vidutinistinklelis6parykinimas">
    <w:name w:val="Medium Grid 2 Accent 6"/>
    <w:basedOn w:val="prastojilent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vidutinistinklelis">
    <w:name w:val="Medium Grid 3"/>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vidutinistinklelis1parykinimas">
    <w:name w:val="Medium Grid 3 Accent 1"/>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vidutinistinklelis2parykinimas">
    <w:name w:val="Medium Grid 3 Accent 2"/>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vidutinistinklelis3parykinimas">
    <w:name w:val="Medium Grid 3 Accent 3"/>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vidutinistinklelis4parykinimas">
    <w:name w:val="Medium Grid 3 Accent 4"/>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vidutinistinklelis5parykinimas">
    <w:name w:val="Medium Grid 3 Accent 5"/>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vidutinistinklelis6parykinimas">
    <w:name w:val="Medium Grid 3 Accent 6"/>
    <w:basedOn w:val="prastojilent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amsussraas">
    <w:name w:val="Dark List"/>
    <w:basedOn w:val="prastojilent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sussraas1parykinimas">
    <w:name w:val="Dark List Accent 1"/>
    <w:basedOn w:val="prastojilent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sussraas2parykinimas">
    <w:name w:val="Dark List Accent 2"/>
    <w:basedOn w:val="prastojilent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sussraas3parykinimas">
    <w:name w:val="Dark List Accent 3"/>
    <w:basedOn w:val="prastojilent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sussraas4parykinimas">
    <w:name w:val="Dark List Accent 4"/>
    <w:basedOn w:val="prastojilent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sussraas5parykinimas">
    <w:name w:val="Dark List Accent 5"/>
    <w:basedOn w:val="prastojilent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sussraas6parykinimas">
    <w:name w:val="Dark List Accent 6"/>
    <w:basedOn w:val="prastojilent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palvotasspalvinimas">
    <w:name w:val="Colorful Shading"/>
    <w:basedOn w:val="prastojilent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palvotasspalvinimas1parykinimas">
    <w:name w:val="Colorful Shading Accent 1"/>
    <w:basedOn w:val="prastojilent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palvotasspalvinimas2parykinimas">
    <w:name w:val="Colorful Shading Accent 2"/>
    <w:basedOn w:val="prastojilent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palvotasspalvinimas3parykinimas">
    <w:name w:val="Colorful Shading Accent 3"/>
    <w:basedOn w:val="prastojilent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palvotasspalvinimas4parykinimas">
    <w:name w:val="Colorful Shading Accent 4"/>
    <w:basedOn w:val="prastojilent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palvotasspalvinimas5parykinimas">
    <w:name w:val="Colorful Shading Accent 5"/>
    <w:basedOn w:val="prastojilent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palvotasspalvinimas6parykinimas">
    <w:name w:val="Colorful Shading Accent 6"/>
    <w:basedOn w:val="prastojilent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Spalvotassraas">
    <w:name w:val="Colorful List"/>
    <w:basedOn w:val="prastojilent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Spalvotassraas1parykinimas">
    <w:name w:val="Colorful List Accent 1"/>
    <w:basedOn w:val="prastojilent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Spalvotassraas2parykinimas">
    <w:name w:val="Colorful List Accent 2"/>
    <w:basedOn w:val="prastojilent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Spalvotassraas3parykinimas">
    <w:name w:val="Colorful List Accent 3"/>
    <w:basedOn w:val="prastojilent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Spalvotassraas4parykinimas">
    <w:name w:val="Colorful List Accent 4"/>
    <w:basedOn w:val="prastojilent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Spalvotassraas5parykinimas">
    <w:name w:val="Colorful List Accent 5"/>
    <w:basedOn w:val="prastojilent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Spalvotassraas6parykinimas">
    <w:name w:val="Colorful List Accent 6"/>
    <w:basedOn w:val="prastojilent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Spalvotastinklelis">
    <w:name w:val="Colorful Grid"/>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palvotastinklelis1parykinimas">
    <w:name w:val="Colorful Grid Accent 1"/>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palvotastinklelis2parykinimas">
    <w:name w:val="Colorful Grid Accent 2"/>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palvotastinklelis3parykinimas">
    <w:name w:val="Colorful Grid Accent 3"/>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palvotastinklelis4parykinimas">
    <w:name w:val="Colorful Grid Accent 4"/>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palvotastinklelis5parykinimas">
    <w:name w:val="Colorful Grid Accent 5"/>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palvotastinklelis6parykinimas">
    <w:name w:val="Colorful Grid Accent 6"/>
    <w:basedOn w:val="prastojilent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saitas">
    <w:name w:val="Hyperlink"/>
    <w:basedOn w:val="Numatytasispastraiposriftas"/>
    <w:uiPriority w:val="99"/>
    <w:unhideWhenUsed/>
    <w:rsid w:val="008A141D"/>
    <w:rPr>
      <w:color w:val="0000FF" w:themeColor="hyperlink"/>
      <w:u w:val="single"/>
    </w:rPr>
  </w:style>
  <w:style w:type="character" w:styleId="Neapdorotaspaminjimas">
    <w:name w:val="Unresolved Mention"/>
    <w:basedOn w:val="Numatytasispastraiposriftas"/>
    <w:uiPriority w:val="99"/>
    <w:semiHidden/>
    <w:unhideWhenUsed/>
    <w:rsid w:val="008A14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16</Pages>
  <Words>4068</Words>
  <Characters>23191</Characters>
  <Application>Microsoft Office Word</Application>
  <DocSecurity>0</DocSecurity>
  <Lines>193</Lines>
  <Paragraphs>54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27205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Ukis KKC</cp:lastModifiedBy>
  <cp:revision>13</cp:revision>
  <cp:lastPrinted>2026-08-17T06:41:00Z</cp:lastPrinted>
  <dcterms:created xsi:type="dcterms:W3CDTF">2013-12-23T23:15:00Z</dcterms:created>
  <dcterms:modified xsi:type="dcterms:W3CDTF">2026-08-17T08:29:00Z</dcterms:modified>
  <cp:category/>
</cp:coreProperties>
</file>